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Президиум ВАС РФ · Постановление Президиума ВАС РФ от 05.11.2013 № 9738/13 по делу № А57-1954/2011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Президиум ВАС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05.11.2013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Постановление Президиума ВАС РФ от 05.11.2013 № 9738/13 по делу № А57-1954/2011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1, ст. 10, ст. 168, ст. 304, ст. 305, ст. 421, ст. 61.2, ст. 61.3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Банкротство, Недействительность сделок, Заём, кредит и банковские операции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председательствующего - Председателя Высшего Арбитражного Суда Российской Федерации Иванова А.А.; членов Президиума: Абсалямова А.В., Бациева В.В., Горячевой Ю.Ю., Завьяловой Т.В., Козловой О.А., Першутова А.Г., Потихониной Ж.Н., Слесарева В.Л., Юхнея М.Ф. - рассмотрел заявление гражданина Иванова Сергея Александровича о пересмотре в порядке надзора постановления Двенадцатого арбитражного апелляционного суда от 04.02.2013 и постановления Федерального арбитражного суда Поволжского округа от 11.04.2013 по делу № А57-1954/2011 Арбитражного суда Саратовской области. В заседании приняли участие представители: от заявителя - гражданина Иванова С.А. - Светов И.Б.; от открытого акционерного общества "Сбербанк России" - Чуклин А.В. Заслушав и обсудив доклад судьи Потихониной Ж.Н., а также объяснения представителей участвующих в деле лиц, Президиум установил следующее.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признании закрытого акционерного общества "Горькореченское" (далее - общество "Горькореченское", должник) несостоятельным (банкротом) гражданин Иванов С.А. обратился с требованием о включении в реестр требований кредиторов должника его требования в размере 20 846 833 рублей 33 копеек.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Саратовской области от 11.04.2012 к участию в деле в качестве третьего лица, не заявляющего самостоятельных требований относительно предмета спора, привлечено общество с ограниченной ответственностью "СОЛО" (далее - общество "СОЛО") - универсальный правопреемник общества с ограниченной ответственностью "Конгресс" (далее - общество "Конгресс").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в Арбитражный суд Саратовской области обратилась конкурсный управляющий должником Ефремова О.Н. (далее - конкурсный управляющий) с заявлением о признании недействительными заключенных обществами "Горькореченское" и "Конгресс" договоров займа от 07.04.2009 № 8-з и от 15.05.2009 № 17-з, а также договора новации от 09.11.2010 на основании пунктов 1, 2 статьи 61.2, пункта 3 статьи 61.3 Федерального закона от 26.10.2002 № 127-ФЗ "О несостоятельности (банкротстве)" (далее - Закон о банкротстве), поскольку, по мнению конкурсного управляющего, все оспариваемые сделки являются подозрительными, а договор новации - также и сделкой с предпочтением.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Саратовской области от 31.08.2012 требования Иванова С.А. и конкурсного управляющего объединены в одно производство.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Саратовской области от 30.11.2012 в удовлетворении заявленных требований конкурсного управляющего отказано; требование Иванова С.А. установлено и включено в реестр требований кредиторов должника для удовлетворения в третью очередь в размере 20 584 500 рублей, из которых 11 700 000 рублей - сумма займа и 8 884 500 рублей процентов, в удовлетворении остальной части требования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Двенадцатого арбитражного апелляционного суда от 04.02.2013 определение от 30.11.2012 отменено: заявленные требования конкурсного управляющего удовлетворены, в удовлетворении требования Иванова С.А.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Федеральный арбитражный суд Поволжского округа постановлением от 11.04.2013 постановление суда апелляционной инстанции от 04.02.2013 оставил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заявлении, поданном в Высший Арбитражный Суд Российской Федерации, о пересмотре в порядке надзора постановлений судов апелляционной и кассационной инстанций Иванов С.А. просит их отменить в части удовлетворения заявления конкурсного управляющего, ссылаясь на нарушение единообразия в толковании и применении арбитражными судами норм права, определение от 30.11.2012 в части включения в реестр требований кредиторов должника требования Иванова С.А. в размере 11 700 000 рублей займа оставить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заявление открытое акционерное общество "Сбербанк России" (кредитор) просит оспариваемые судебные акты оставить без изменения как соответствующие действующему законодательству.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заявлении, отзыве на него и выступлениях присутствующих в заседании представителей участвующих в деле лиц, Президиум считает, что определение от 30.11.2012 и постановления от 04.02.2013 и от 11.04.2013 подлежат отмене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усматривается из материалов дела, общество "Горькореченское" (продавец) и общество "Конгресс" (покупатель) заключили договоры от 11.12.2007 № 40 ПК, от 01.02.2008 № 3/ПК, от 24.03.2008 ПК № 4 и от 08.04.2008 № 6/ПК, согласно которым продавец обязался передать соответствующее количество пшеницы урожая 2008 года в собственность покупателя, а покупатель обязался принять этот товар и оплатить 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Также общества "Горькореченское" (заемщик) и "Конгресс" (займодавец) заключили договоры займа от 07.04.2009 № 8-з и от 15.05.2009 № 17-з, в соответствии с условиями которых займодавец передает в собственность заемщика 2 000 000 рублей, а заемщик обязуется возвратить их в установленный срок и уплачивать проценты: 5 процентов от суммы займа за каждый месяц.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Всего по договорам поставки и займа в период с 11.12.2007 по 20.06.2008 общество "Конгресс" перечислило обществу "Горькореченское" 11 700 000 рублей.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Доказательства исполнения обществом "Горькореченское" своих обязательств по указанным договорам материалы дела не содержат.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Общества "Горькореченское" (продавец) и "Конгресс" (покупатель) 09.11.2010 заключили договор новации, согласно которому неисполненные обязательства должника по поставке зерна на сумму 9 700 000 рублей заменены заемным обязательством должника возвратить такую же сумму и начисленные на нее проценты в размере 5 процентов от суммы займа за каждый месяц через 1 год с даты подписания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"Конгресс" (цедент) и Иванов С.А. (цессионарий) 01.08.2011 заключили договор уступки требования, в соответствии с которым цедент передал цессионарию требования к обществу "Горькореченское", вытекающие из договоров займа от 07.04.2009 № 8-з и от 15.05.2009 № 17-з, а также договора новации от 09.11.2010 за 1 000 000 рублей.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инстанции, удовлетворяя требование Иванова С.А. и отказывая в удовлетворении требований конкурсного управляющего, пришел к выводу о доказанности Ивановым С.А. требований по праву и размеру и недоказанности противоречия оспариваемых сделок действующему законодательству.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не согласился с названными выводами и отметил, что процентная ставка по договорам займа и новации (60 процентов годовых) более чем в три раза превышает ставку рефинансирования Банка России, является несоразмерной условиям кредитования при сравнимых обстоятельствах, что может повлечь причинение убытков обществу и его кредиторам. В связи с этим суд счел договоры займа не отвечающими требованиям статьи 10 Гражданского кодекса Российской Федерации (далее - Кодекс) и признал их ничтожными на основании статьи 168 Кодекса. Договор новации признан судом недействительным по основаниям, предусмотренным пунктами 1, 2 статьи 61.2 Закона о банкротстве.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кассационной инстанции поддержал позицию суда апелляционной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суды трех инстанций не учли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2 статьи 1 Кодекса граждане (физические лица) и юридические лица приобретают и осуществляют свои гражданские права своей волей и в своем интересе, и свободны в установлении своих прав и обязанностей на основе договора и в определении любых не противоречащих законодательству условий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статьи 421 Кодекса граждане и юридические лица свободны в заключении договора. Понуждение к заключению договора не допускается, за исключением случаев, когда обязанность заключить договор предусмотрена Кодексом, законом или добровольно принятым обязательством.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 (статья 422 Кодекса).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Принцип свободы договора является фундаментальным частноправовым принципом, основополагающим началом для организации современного рыночного оборота, его ограничения могут быть допущены лишь в крайних случаях в целях защиты интересов и экономических ожиданий третьих лиц, слабой стороны договора (потребителей), основ правопорядка или нравственности или интересов общества в целом.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Одним из таких случаев ограничения свободы договора является направленность сделки на причинение вреда должнику и его кредиторам.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7 постановления Пленума Высшего Арбитражного Суда Российской Федерации от 23.12.2010 № 63 "О некоторых вопросах, связанных с применением главы III.1 Федерального закона "О несостоятельности (банкротстве)" в силу абзаца первого пункта 2 статьи 61.2 Закона о банкротстве предполагается, что другая сторона сделки знала о совершении сделки с целью причинить вред имущественным правам кредиторов, если она признана заинтересованным лицом (статья 19 Закона о банкротстве) либо если она знала или должна была знать об ущемлении интересов кредиторов должника либо о признаках неплатежеспособности или недостаточности имущества должника. При решении вопроса о том, должна ли была другая сторона сделки знать об указанных обстоятельствах, во внимание принимается то, насколько она могла, действуя разумно и проявляя требующуюся от нее по условиям оборота осмотрительность, установить наличие этих обстоятельств.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Однако, делая вывод об отсутствии законных оснований для признания оспариваемых сделок недействительными, суд первой инстанции оценивал каждую из оспариваемых сделок без учета сложившихся с 2007 года правоотношений между обществами "Конгресс" и "Горькореченское", которые выражались в последовательном заключении ряда взаимосвязанных сделок. Исходя из представленных в дело документов суть этих сделок сводилась к тому, что первое общество непрерывно кредитовало второе несмотря на неисполнение им в полном объеме ранее возникших и уже просроченных обязательств, а также длительное время не требовало причитающегося исполнения.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оценка условий сделок, в том числе о размере процентов за пользование суммой займа, напрямую зависит от характера правоотношений сторон, который определяет наличие или отсутствие обстоятельств, свидетельствующих о том, что при заключении спорных договоров волеизъявление заемщика не было свободным, о чем не могла не знать другая сторона.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Признавая недействительным условие о процентах за пользование займом, суды апелляционной и кассационной инстанций не привели оснований признания недействительными оспариваемых сделок в части основного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статье 180 Кодекса недействительность части сделки не влечет недействительности прочих ее частей, если можно предположить, что сделка была бы совершена и без включения недействительной ее части.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содержащимся в Кодексе правовым регулированием отношений по займу заключение договора займа предполагает уплату процентов за пользование заемными средствами.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Возможность заключения рассматриваемых договоров займа в зависимости от установленного в них конкретного размера процентов судами не исследовалась.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Такое правовое регулирование, наделяющее суд необходимыми для осуществления правосудия дискреционными полномочиями по определению того, была бы сделка совершена и без включения недействительной ее части исходя из фактических обстоятельств дела, направлено на сохранение стабильности, предсказуемости и надежности гражданского оборота.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названных условиях определение от 30.11.2012 и постановления от 04.02.2013 и от 11.04.2013 согласно пункту 1 части 1 статьи 304 Арбитражного процессуального кодекса как нарушающие единообразие в толковании и применении арбитражными судами норм права подлежат отмене.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подлежит направлению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Учитывая изложенное и руководствуясь статьей 303, пунктом 2 части 1 статьи 305, статьей 306 Арбитражного процессуального кодекса Российской Федерации, Президиум Высшего Арбитражного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постановил: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Саратовской области от 30.11.2012 по делу № А57-1954/2011, постановление Двенадцатого арбитражного апелляционного суда от 04.02.2013 и постановление Федерального арбитражного суда Поволжского округа от 11.04.2013 по тому же делу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направить на новое рассмотрение в Арбитражный суд Саратовской области.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Президиума ВАС РФ от 05.11.2013 № 9738/13 по делу № А57-1954/2011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Президиум ВАС РФ · Постановление Президиума ВАС РФ от 05.11.2013 № 9738/13 по делу № А57-1954/2011</dc:title>
  <dc:subject/>
  <dc:creator>CasusLegal</dc:creator>
  <cp:keywords/>
  <dc:description/>
  <cp:lastModifiedBy>CasusLegal</cp:lastModifiedBy>
  <cp:revision>1</cp:revision>
  <dcterms:created xsi:type="dcterms:W3CDTF">2026-08-16T12:11:54Z</dcterms:created>
  <dcterms:modified xsi:type="dcterms:W3CDTF">2026-08-16T12:11:54Z</dcterms:modified>
  <cp:category/>
</cp:coreProperties>
</file>