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 свободе договора и ее пределах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Пленум ВАС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14.03.2014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Постановление Пленума ВАС РФ от 14.03.2014 № 16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1, ст. 1 ГК, ст. 10 ГК, ст. 13, ст. 28.2, ст. 29, ст. 4 ГК, ст. 410 ГК, ст. 421, ст. 421 ГК, ст. 422 ГК, ст. 427 ГК, ст. 428 ГК, ст. 463 ГК, ст. 544 ГК, ст. 6 ГК, ст. 610 ГК, ст. 782 ГК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Процессуальные вопросы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Пункт 10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рассмотрении споров о защите от несправедливых договорных условий суд должен оценивать спорные условия в совокупности со всеми условиями договора и с учетом всех обстоятельств дела. Так, в частности, суд определяет фактическое соотношение переговорных возможностей сторон и выясняет, было ли присоединение к предложенным условиям вынужденным, а также учитывает уровень профессионализма сторон в соответствующей сфере, конкуренцию на соответствующем рынке, наличие у присоединившейся стороны реальной возможности вести переговоры или заключить аналогичный договор с третьими лицами на иных условиях и т.д.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при оценке того, являются ли условия договора явно обременительными и нарушают ли существенным образом баланс интересов сторон, судам следует иметь в виду, что сторона вправе в обоснование своих возражений, в частности, представлять доказательства того, что данный договор, содержащий условия, создающие для нее существенные преимущества, был заключен на этих условиях в связи с наличием другого договора (договоров), где содержатся условия, создающие, наоборот, существенные преимущества для другой стороны (хотя бы это и не было прямо упомянуто ни в одном из этих договоров), поэтому нарушение баланса интересов сторон на самом деле отсутствует.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Пленума ВАС РФ от 14.03.2014 № 16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свободе договора и ее пределах</dc:title>
  <dc:subject/>
  <dc:creator>CasusLegal</dc:creator>
  <cp:keywords/>
  <dc:description/>
  <cp:lastModifiedBy>CasusLegal</cp:lastModifiedBy>
  <cp:revision>1</cp:revision>
  <dcterms:created xsi:type="dcterms:W3CDTF">2026-08-16T12:11:09Z</dcterms:created>
  <dcterms:modified xsi:type="dcterms:W3CDTF">2026-08-16T12:11:09Z</dcterms:modified>
  <cp:category/>
</cp:coreProperties>
</file>