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Президиум ВАС РФ · Постановление Президиума ВАС РФ от 08.04.2014 № 16973/13 по делу № А40-118038/12-105-1100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Президиум ВАС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08.04.2014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Постановление Президиума ВАС РФ от 08.04.2014 № 16973/13 по делу № А40-118038/12-105-1100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304, ст. 305, ст. 429, ст. 445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аренды, Неустойка и ответственность за нарушение обязательств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председательствующего - заместителя Председателя Высшего Арбитражного Суда Российской Федерации Слесарева В.Л.; членов Президиума: Абсалямова А.В., Амосова С.М., Андреевой Т.К., Бациева В.В., Завьяловой Т.В., Козловой О.А., Маковской А.А., Першутова А.Г., Сарбаша С.В. - рассмотрел заявление открытого акционерного общества "Норильский горно-металлургический комбинат им. А.П. Завенягина" о пересмотре в порядке надзора постановления Девятого арбитражного апелляционного суда от 26.03.2013 и постановления Федерального арбитражного суда Московского округа от 05.08.2013 по делу № А40-118038/12-105-1100 Арбитражного суда города Москвы. В заседании приняли участие представители: от заявителя - открытого акционерного общества "Норильский горно-металлургический комбинат им. А.П. Завенягина" (истца) - Ошовская Г.Ю.; от частной компании с ограниченной ответственностью "Тверская Файненс Б.В." (Tverskaya Finance B.V., Нидерланды) (ответчика) - Муратова Е.А., Полетаева Д.М. Заслушав и обсудив доклад судьи Бациева В.В., а также объяснения представителей участвующих в деле лиц, Президиум установил следующее.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условиям предварительного договора аренды от 18.03.2011 (далее - предварительный договор), заключенного между частной компанией с ограниченной ответственностью "Тверская Файненс Б.В." (арендодателем; далее - компания) и открытым акционерным обществом "Норильский горно-металлургический комбинат им. А.П. Завенягина" (арендатором; далее - общество), стороны договорились заключить в будущем краткосрочный договор аренды (далее - договор аренды) нежилых помещений общей площадью 170,49 кв. метра на третьем этаже здания, расположенного по адресу: Москва, ул. Знаменка, д. 9, стр. 3.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условий преамбулы и пунктов 3.1 и 3.2 предварительного договора компания обязалась осуществить не позднее 01.09.2011 регистрацию права собственности на упомянутое здание, после чего сторонами в срок до 18.02.2012 должен был быть заключен договор аренды.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4.1 предварительного договора в обеспечение исполнения обязательства по заключению договора аренды общество платежным поручением от 11.04.2011 № 346 перечислило компании сумму, поименованную сторонами страховым депозитом, в размере 923 096 рублей 48 копеек, что эквивалентно 27 818,44 доллара США.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Пункт 9.1 предварительного договора устанавливает, что в случае, если в срок и на условиях, указанных в предварительном договоре, компания не подпишет договор аренды при надлежащем выполнении обществом обязательств по предварительному договору, общество вправе по своему выбору либо требовать заключения договора аренды в судебном порядке, либо отказаться от его заключения путем направления компании письменного уведомления об этом. В случае отказа общества от заключения договора аренды по основанию, предусмотренному пунктом 9.1 предварительного договора, компания обязалась в течение 20 рабочих дней со дня получения письменного уведомления вернуть сумму, поименованную сторонами страховым депозитом, а также в этот же срок уплатить обществу штраф в двукратном размере названной суммы.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Письмом от 13.02.2012 общество предложило заключить договор аренды в срок не позднее 18.02.2012 на условиях предварительного договора. Поскольку право собственности на здание не было зарегистрировано, компания сообщила о невозможности заключить договор аренды в связи с этим обстоятельством и вернула обществу полученную от него сумму.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Принимая во внимание изложенное, общество обратилось к компании с требованием от 17.02.2012 об уплате штрафа, установленного пунктом 9.1 предварительного договора, в размере 55 636,88 доллара США по курсу Центрального банка Российской Федерации на дату платежа. Неисполнение данного требования явилось основанием для обращения общества в Арбитражный суд города Москвы с иском к компании о взыскании указанной суммы штрафа.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города Москвы от 13.12.2012 требование общества удовлетворено в части: с компании взыскан штраф в размере 27 818,44 доллара США по курсу Центрального банка Российской Федерации на дату платежа; в удовлетворении остальной части требования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Частично удовлетворяя требование общества, суд первой инстанции пришел к выводу о наличии оснований для взыскания штрафа, а также о его несоразмерности последствиям нарушения обязательства и, руководствуясь статьей 333 Гражданского кодекса Российской Федерации, снизил размер подлежащей взысканию суммы.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Девятого арбитражного апелляционного суда от 26.03.2013 решение суда первой инстанции отменено, в удовлетворении искового требования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Федеральный арбитражный суд Московского округа постановлением от 05.08.2013 постановление суда апелляционной инстанции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заявлении, поданном в Высший Арбитражный Суд Российской Федерации, о пересмотре в порядке надзора постановлений судов апелляционной и кассационной инстанций общество просит их отменить, ссылаясь на нарушение единообразия в толковании и применении арбитражными судами норм материального права, и оставить без изменения решение суда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заявление компания просит оставить оспариваемые судебные акты без изменения как соответствующие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заявлении, отзыве на него и выступлениях присутствующих в заседании представителей участвующих в деле лиц, Президиум полагает, что заявление подлежит удовлетворению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апелляционной и кассационной инстанций, отказывая в удовлетворении требования общества, исходили из того, что действующим гражданским законодательством не предусмотрена возможность обеспечения исполнения обязанности заключить основной договор путем согласования в предварительном договоре условия о неустойке за отказ либо за нарушение срока заключения основного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мнению судов, из системного толкования положений пунктов 1 и 5 статьи 429, пункта 4 статьи 445 Гражданского кодекса Российской Федерации следует, что при уклонении одной из сторон от заключения основного договора другая сторона вправе обратиться в суд только с требованиями о понуждении заключить договор и о возмещении убытков, причиненных необоснованным уклонением от исполнения указанной обязанности. Организационная природа предварительного договора не допускает возможность установления сторонами неустойки как способа обеспечения исполнения обязанности по заключению основного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правовой позицией, выраженной в Постановлении Президиума Высшего Арбитражного Суда Российской Федерации от 12.02.2013 № 13585/12, положения статей 429, 445 Гражданского кодекса Российской Федерации устанавливают гражданско-правовые последствия уклонения стороны предварительного договора от заключения основного договора и не регулируют отношений, связанных с обеспечением исполнения обязательств, вытекающих из предварительного договора. Гражданское законодательство не содержит норм, запрещающих применение сторонами неустойки в целях обеспечения исполнения обязательств, предусмотренных предварительным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по настоящему делу установлено, что соответствующее условие о взыскании штрафа за отказ компании от заключения договора аренды было определено пунктом 9.1 предварительного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обстоятельствах оспариваемые судебные акты подлежат отмене на основании пункта 1 части 1 статьи 304 Арбитражного процессуального кодекса Российской Федерации как нарушающие единообразие в толковании и применении арбитражными судами норм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Учитывая изложенное и руководствуясь статьей 303, пунктом 5 части 1 статьи 305, статьей 306 Арбитражного процессуального кодекса Российской Федерации, Президиум Высшего Арбитражного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постановил: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Девятого арбитражного апелляционного суда от 26.03.2013 и постановление Федерального арбитражного суда Московского округа от 05.08.2013 по делу № А40-118038/12-105-1100 Арбитражного суда города Москвы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города Москвы от 13.12.2012 по указанному делу оставить без изменения.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Президиума ВАС РФ от 08.04.2014 № 16973/13 по делу № А40-118038/12-105-1100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Президиум ВАС РФ · Постановление Президиума ВАС РФ от 08.04.2014 № 16973/13 по делу № А40-118038/12-105-1100</dc:title>
  <dc:subject/>
  <dc:creator>CasusLegal</dc:creator>
  <cp:keywords/>
  <dc:description/>
  <cp:lastModifiedBy>CasusLegal</cp:lastModifiedBy>
  <cp:revision>1</cp:revision>
  <dcterms:created xsi:type="dcterms:W3CDTF">2026-08-16T12:14:02Z</dcterms:created>
  <dcterms:modified xsi:type="dcterms:W3CDTF">2026-08-16T12:14:02Z</dcterms:modified>
  <cp:category/>
</cp:coreProperties>
</file>