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Верховного Суда Российской Федерации № 2 (2026),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01.07.2026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18А/2026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200 ГК РФ, ст. 203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Исковая давность, Начало течения исковой давности, Обязательство с определенным сроком, Признание долга, Перерыв исковой давности, Оплата юридических услуг, Акт приема-передачи услуг, Статья 200 ГК РФ, Статья 203 ГК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обязательству с определенным сроком исполнения исковая давность начинает течь после окончания этого срока. Подписание должником акта приема-передачи с указанием подлежащей уплате суммы признает долг и прерывает течение давности; в споре об оплате юридических услуг срок исчислялся от согласованной даты оплаты после подписания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обязательствам с определенным сроком исполнения течение срока исковой давности начинается по окончании срока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Подписание должником акта приема-передачи, в котором указана подлежащая уплате им сумма, является признанием долга, прерывающим течение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С. обратился в суд с иском к А. о взыскании задолженности по договору на оказание юридических услуг от 1 ноября 2017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Ответчик просил в удовлетворении иска отказать, в том числе в связи с пропуском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1 ноября 2017 г. между А. (заказчик) и индивидуальным предпринимателем С. (исполнитель) заключен договор на оказание юридических услуг. В соответствии с пунктом 1 договора исполнитель обязан по заданию заказчика оказать юридические услуги по представлению интересов заказчика в суде по гражданскому делу, а заказчик обязан принять и оплатить услуги.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Пунктом 7 договора установлено, что заказчик производит оплату услуг исполнителю в течение двух дней с момента подписания акта сдачи-приемки услуг, а если заказчик не подпишет этот акт, то оплата услуг производится в течение трех дней с момента получения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 ноября 2020 г. между С. и А. подписан акт сдачи-приемки услуг.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28 марта 2024 г. между С. (цедент) и К. (цессионарий) заключен договор уступки требования (цессии), по условиям которого цедент передает, а цессионарий принимает право требования к А., принадлежащее цеденту на основании договора на оказание юридических услуг от 1 ноября 2017 г., в том числе право требования уплаты задолженности в связи с неисполнением должником обязательств по выплате вознаграждения.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иске, суд первой инстанции пришел к выводу о том, что требование первоначального кредитора (С.) по договору цессии перешло к новому кредитору (К.), при этом С. не доказано наличие оснований для обращения с иском к ответчику после уступки требования 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суд первой инстанции указал на пропуск истцом срока исковой давности, поскольку услуги следует считать оказанными с 21 декабря 2018 г., то есть с момента вступления в законную силу решения суда, и с этого времени истец знал, что его право на оплату оказанных услуг было нарушено, однако с иском обратился в суд 1 октября 2023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выводами суда первой инстанции согласились суды апелляционной и кассационной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Федерации, рассматривая дело по кассационной жалобе К., пришла к выводу, что постановления судов подлежат изменению путем исключения из их мотивировочной части выводов о пропуске истцом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2 статьи 200 ГК РФ по обязательствам с определенным сроком исполнения течение срока исковой давности начинается по окончании срока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материалов дела следует, что согласно пункту 7 договора на оказание юридических услуг от 1 ноября 2017 г. ответчик обязан произвести оплату в течение двух дней с момента подписания акта сдачи-приемки услуг, который подписан сторонами 1 ноября 2020 г., следовательно, срок исковой давности следует исчислять по истечении двух дней с этой даты, а не с момента вступления в силу решения суда первой инстанции по делу, в котором истец осуществлял представительство ответчика.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подписание должником акта приема-передачи, в котором указана подлежащая уплате им сумма, является признанием долга, с которым статья 203 ГК РФ связывает прерывание течения срока исковой давности, а следовательно, срок исковой давности по данному делу в любом случае не пропущен.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Неправильные выводы судов о пропуске С. как цедентом срока исковой давности нарушают права К. как цессионария на предъявление требований к ответчику.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Судебная коллегия по гражданским делам Верховного Суда Российской Федерации изменила постановления судов первой, апелляционной и кассационной инстанций, исключив из мотивировочной части судебных актов выводы о пропуске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№ 5-КГ25-186-К2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Верховного Суда Российской Федерации № 2 (2026)",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Верховного Суда Российской Федерации № 2 (2026), п. 4</dc:title>
  <dc:subject/>
  <dc:creator>CasusLegal</dc:creator>
  <cp:keywords/>
  <dc:description/>
  <cp:lastModifiedBy>CasusLegal</cp:lastModifiedBy>
  <cp:revision>1</cp:revision>
  <dcterms:created xsi:type="dcterms:W3CDTF">2026-08-16T11:28:50Z</dcterms:created>
  <dcterms:modified xsi:type="dcterms:W3CDTF">2026-08-16T11:28:50Z</dcterms:modified>
  <cp:category/>
</cp:coreProperties>
</file>