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10.07.2026 № 307-ЭС26-1129 по делу № А56-72544/2020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10.07.2026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Определение Судебной коллегии по экономическим спорам Верховного Суда Российской Федерации от 10.07.2026 № 307-ЭС26-1129 по делу № А56-72544/2020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142 ФЗ, ст. 291.11 АПК РФ, ст. 328 ГК РФ, ст. 407 ГК РФ, ст. 410 ГК РФ, ст. 411 ГК РФ, ст. 63 Закона о банкротстве, ст. 746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Банкротство подрядчика, Сальдирование взаимных требований, Зачет в банкротстве, Завершающая обязанность сторон, Договор подряда, Предпочтительное удовлетворение, Исключение требования из реестра, Статья 63 Закона о банкротстве, Статья 410 ГК РФ, Статья 411 ГК РФ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Обжаловался отказ признать погашенными взаимные требования заказчика и подрядчика после введения наблюдения в отношении подрядчика. Коллегия разграничила запрещенный зачет с предпочтением и сальдирование, при котором в рамках одного договора определяется единственная завершающая обязанность путем сопоставления встречных предоставлений. Требования об оплате работ, услуг генподрядчика и неустойке возникли из одного договора, а позднее заявление о сальдировании не лишает сторону права определить итоговый расчет. Судебные акты отменены, взаимные требования заказчика признаны погашенными и исключены из реестра.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Категория: Банкротство организации. Требования кредиторов: О признании требований к должнику погашенными.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Резолютивная часть определения объявлена 29 июня 2026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изготовлено в полном объеме 10 июля 2026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экономическим спорам Верховного Суда Российской Федерации в составе: председательствующего судьи Самуйлова С.В., судей Букиной И.А. и Разумова И.В. -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рассмотрела в судебном заседании кассационную жалобу акционерного общества "Главное управление обустройства войск" (далее - общество "ГУОВ")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определение Арбитражного суда города Санкт-Петербурга и Ленинградской области от 12.01.2025, постановление Тринадцатого арбитражного апелляционного суда от 22.07.2025 и постановление Арбитражного суда Северо-Западного округа от 03.12.2025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делу № А56-72544/2020 о банкротстве общества с ограниченной ответственностью "СоюзСпецСтрой".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заседании принял участие представитель общества "ГУОВ" - Бойко О.А.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Заслушав доклад судьи Верховного Суда Российской Федерации Самуйлова С.В., вынесшего определение от 14.05.2026 о передаче кассационной жалобы вместе с делом для рассмотрения в судебном заседании, а также объяснения представителя заявителя, Судебная коллегия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установила: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следует из материалов дела и установлено судами, 20.02.2017 в целях исполнения государственного оборонного заказа общество "ГУОВ" (генподрядчик, заказчик) заключило с обществом "СоюзСпецСтрой" (подрядчиком) договор: подрядчик обязался в согласованные сторонами сроки выполнить строительно-монтажные работы по отделке помещений медицинской клиники и передать их заказчику, а заказчик - принять выполненные работы и оплатить их.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04.10.2019 решением Арбитражного суда города Москвы по делу № А40-138964/2019 с общества "СоюзСпецСтрой" в пользу общества "ГУОВ" взыскано 3 080 451,46 руб. неустойки за нарушение сроков выполнения работ.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11.09.2020 возбуждено дело о банкротстве общества "СоюзСпецСтрой", 16.12.2020 введено наблюдение, 19.04.2021 общество признано банкротом, открыто конкурсное производство.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24.05.2021 решением Арбитражного суда города Москвы по делу № А40-55106/2020 с общества "ГУОВ" в пользу общества "СоюзСпецСтрой" взыскано 38 839 700 руб. задолженности по оплате выполненных работ и 5 024 395,93 руб. процентов за пользование чужими средствами.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21.12.2021 в третью очередь реестра требований кредиторов общества "СоюзСпецСтрой" включены требования общества "ГУОВ":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- 10 459 900 руб. - основной долг (стоимость услуг генерального подрядчика, определенная на основании пункта 4.17 договора от 20.02.2017 от стоимости работ, выполненных подрядчиком; стоимость этих услуг установлена в решении суда от 24.05.2021 по делу № А40-55106/2020);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- 3 080 451,46 руб. - неустойки, взысканной решением от 04.10.2019 по делу № А40-138964/2019.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25.09.2024 общество "ГУОВ" обратилось в арбитражный суд с заявлением о признании его требования к должнику погашенным ввиду того, что общества "ГУОВ" и "СоюзСпецСтрой" прекратили правоотношения по подряду и общество "ГУОВ" должно больше, чем имеет право требовать с общества "СоюзСпецСтрой".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города Санкт-Петербурга и Ленинградской области определением от 12.01.2025, оставленным без изменения постановлениями апелляционного суда от 22.07.2025 и суда округа от 03.12.2025, в удовлетворении заявления отказал.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исходили из того, что работы по подряду завершены в декабре 2017 года, а общество "ГУОВ" не заявляло о соотнесении взаимных предоставлений сторон по договору ни в деле о взыскании с него задолженности (дело № А40-55106/2020), ни в обособленном споре в деле о банкротстве общества "СоюзСпецСтрой" о включении своих требований в реестр требований кредиторов. Такое поведение, по выводам судов, лишило общество "ГУОВ" права на сальдирование, а зачет встречных требований в банкротстве недопустим, так как это необоснованно повлечет предпочтительное удовлетворение требований общества "ГУОВ" по сравнению с прочими кредиторами общества "СоюзСпецСтрой".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сослались на пункт 6 статьи 16, пункт 8 статьи 142 Федерального закона от 26.10.2002 № 127-ФЗ "О несостоятельности (банкротстве)" (далее - Закон о банкротстве), абзац третий пункта 31 постановления Пленума Высшего Арбитражного Суда Российской Федерации от 22.06.2012 № 35 "О некоторых процессуальных вопросах, связанных с рассмотрением дел о банкротстве".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 общество "ГУОВ" просило отменить судебные акты и признать его требования к обществу "СоюзСпецСтрой" погашенными.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Доводы заявителя сводились к тому, что общество "СоюзСпецСтрой", просрочившее сдачу работ, не вправе претендовать на их оплату в полном объеме. Закон не запрещает погашать взаимные требования сторон, вытекающие из одних и тех же правоотношений и определяющие завершающее обязательство в их расчетах, в том числе и в случае банкротства этих лиц. Преимущественное удовлетворение требования кредитора при таком подходе не возникает. По мнению общества "ГУОВ", момент заявления кредитора о его встречном требовании в расчетах значения не имеет, так как оно должно учитываться автоматически. Итоговое сальдо сложилось в пользу общества "СоюзСпецСтрой", поэтому требование общества "ГУОВ", включенное в реестр требований кредиторов должника, полностью погашено и подлежит исключению из реестра.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Заявитель сослался на пункты 1, 2 статей 328, 393, пункт 1 статьи 702, пункт 1 статьи 711, пункт 1 статьи 746 Гражданского кодекса Российской Федерации (далее - ГК РФ), а также на правовые позиции, изложенные в определениях Верховного Суда Российской Федерации, принятых по результатам рассмотрения судебных дел в судебных заседаниях.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"СоюзСпецСтрой" в отзыве просило судебные акты оставить без изменения, кассационную жалобу - без удовлетворения.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судебном заседании представитель заявителя поддержал доводы, изложенные в кассационной жалобе.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результатам рассмотрения кассационной жалобы Судебная коллегия пришла к следующим выводам.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обязательства должник обязан совершить в пользу кредитора определенное действие либо воздержаться от определенного действия, а кредитор имеет право требовать от должника исполнения его обязанности. Исполнение обязательства одной из сторон, которое обусловлено исполнением другой стороной своих обязательств, признается встречным (пункт 1 статьи 307, пункт 1 статьи 328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1 статьи 407 ГК РФ обязательство прекращается полностью или частично по основаниям, предусмотренным ГК РФ, другими законами, иными правовыми актами или договором.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Обязательство прекращается полностью или частично зачетом встречного однородного требования, срок которого наступил либо срок которого не указан или определен моментом востребования. В случаях, предусмотренных законом, допускается зачет встречного однородного требования, срок которого не наступил. Для зачета достаточно заявления одной стороны (статья 410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абзацем 6 статьи 411 ГК РФ не допускается зачет требований в случаях, предусмотренных законом. Так, в частности, в силу абзаца 7 пункта 1 статьи 63 Закона о банкротстве с даты вынесения арбитражным судом определения о введении в отношении должника наблюдения не допускается прекращение его денежных обязательств путем зачета встречного однородного требования, если это ведет к предпочтительному удовлетворению требования кредитора.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Однако, определение сторонами в рамках одного договора либо нескольких взаимосвязанных договоров завершающей обязанности этих сторон при прекращении договорных отношений полностью либо их отдельного этапа (сальдирование) не влечет таких последствий. В случае сальдирования стороны подводят финансовый итог в рамках одних правоотношений: сопоставляются взаимные обязанности сторон и осуществляются арифметические (расчетные) операции с целью определения лица, на которого возлагается завершающее исполнение с суммой такого исполнения.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осуществлении сальдирования в правоотношениях с лицом, находящимся в состоянии банкротства, отсутствует такой признак, как получение второй стороной какого-либо предпочтения: итоговая денежная сумма определяется сопоставлением размера встречных обязательств по принципам возмездности и эквивалентности встречного предоставления. Так, например, если результат работ сдан не в срок или ненадлежащего качества, то, как правило, по договору нет оснований для их оплаты в полном объеме. Поэтому требование об оплате работ уменьшается на требование о выплате неустойки за соответствующее нарушение (сальдируется). Тем самым определяется размер суммы, подлежащей оплате за реально выполненную работу. При этом размер оплаты фактически уменьшает сам подрядчик своим ненадлежащим исполнением основного обязательства, а не заказчик, констатировавший расчетную операцию сальдирования. Соответственно, в подобной ситуации не возникают встречные обязанности, а формируется лишь единственная завершающая обязанность одной из сторон договора.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вопросу сальдирования в банкротстве сложилась устойчивая судебная практика (пункт 19 Обзора судебной практики Верховного Суда Российской Федерации № 2(2018), утвержденного 04.07.2018; пункт 17 Обзора судебной практики разрешения споров о несостоятельности (банкротстве) за 2022 г., утвержденного 26.04.2023, пункт 4 Обзора судебной практики разрешения споров о несостоятельности (банкротстве) за 2023 г., утвержденного 15.05.2024, определения Верховного Суда Российской Федерации от 29.01.2018 № 304-ЭС17-14946, от 12.03.2018 № 305-ЭС17-17564, от 29.08.2019 № 305-ЭС19-10075, от 02.09.2019 № 304-ЭС19-11744, от 11.06.2020 № 305-ЭС19-18890(2), от 10.12.2020 № 306-ЭС20-15629, от 08.04.2021 № 308-ЭС19-24043(2,3), от 23.06.2021 № 305-ЭС19-17221(2), от 20.01.2022 № 302-ЭС21-17975 и проч.).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данном случае общества "ГУОВ" и "СоюзСпецСтрой" имеют взаимные обязательства друг перед другом по расчетам за выполненную работу: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- общество "ГУОВ" должно обществу "СоюзСпецСтрой" 38 839 700 руб. основного долга по оплате выполненных работ и 5 024 395,93 руб. процентов;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- общество "СоюзСпецСтрой" должно обществу "ГУОВ" 10 459 900 руб. основного долга по оплате услуг генподрядчика и 3 080 451,46 руб. неустойки.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Взаимные требования возникли в рамках одного и того же договора и должны учитываться (взаимопогашаться) при определении завершающего расчета между сторонами по оплате подрядных работ, поэтому эти требования подлежат сальдированию без ущерба для интересов третьих лиц. Заявление общества "ГУОВ" о сальдировании взаимных обязательств направлено не на получение исполнения с предпочтением, а на констатацию сформировавшейся к этому моменту завершающей обязанности одной из сторон договора.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Факт того, что общество "ГУОВ" ранее не заявляло о сальдировании при рассмотрении различных судебных споров, вопреки выводам судов сам по себе не лишил его права сделать это позже и не препятствовал определению итогового сальдо взаимных обязательств. Аналогичный вывод имеется в определении Верховного Суда Российской Федерации от 26.10.2023 № 305-ЭС23-8241.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Прочих оснований, препятствующих сальдированию, судами не установлено.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существенным нарушением норм права, которые повлияли на исход дела и без устранения которых невозможны восстановление и защита нарушенных прав и законных интересов общества "ГУОВ" в сфере экономической деятельности, на основании пункта 1 статьи 291.11 Арбитражного процессуального кодекса Российской Федерации обжалованные судебные акты подлежат отмене с принятием нового решения об удовлетворении требований заявителя. Требование общества "ГУОВ" к обществу "СоюзСпецСтрой" в размере 10 459 900 руб. основного долга и 3 080 451,46 руб. неустойки погашено и подлежит исключению из реестра требований кредиторов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291.11 - 291.14 Арбитражного процессуального кодекса Российской Федерации, Судебная коллегия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10.07.2026 № 307-ЭС26-1129 по делу № А56-72544/2020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10.07.2026 № 307-ЭС26-1129 по делу № А56-72544/2020</dc:title>
  <dc:subject/>
  <dc:creator>CasusLegal</dc:creator>
  <cp:keywords/>
  <dc:description/>
  <cp:lastModifiedBy>CasusLegal</cp:lastModifiedBy>
  <cp:revision>1</cp:revision>
  <dcterms:created xsi:type="dcterms:W3CDTF">2026-08-16T11:32:32Z</dcterms:created>
  <dcterms:modified xsi:type="dcterms:W3CDTF">2026-08-16T11:32:32Z</dcterms:modified>
  <cp:category/>
</cp:coreProperties>
</file>