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29.06.2026 № 308-ЭС25-15496 по делу № А32-56775/2023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29.06.2026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Определение Судебной коллегии по экономическим спорам Верховного Суда Российской Федерации от 29.06.2026 № 308-ЭС25-15496 по делу № А32-56775/2023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10 ГК РФ, ст. 1079 ГК РФ, ст. 213.28 Закона о банкротстве, ст. 291.10 АПК РФ, ст. 291.11 АПК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Банкротство гражданина, Освобождение от обязательств, Злоупотребление правом, Причинение вреда без ОСАГО, Источник повышенной опасности, Статья 213.28 Закона о банкротстве, Статья 10 ГК РФ, Постановление Пленума ВС РФ № 45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Категория: Банкротство гражданина.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Требования: Об освобождении от дальнейшего исполнения требований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15 июня 2026 г. Полный текст определения изготовлен 29 июня 2026 г. Судебная коллегия по экономическим спорам Верховного Суда Российской Федерации в составе председательствующего судьи Ксенофонтовой Н.А., судей Самуйлова С.В. и Шилохвоста О.Ю. рассмотрела в открытом судебном заседании кассационную жалобу Кабаргина Дмитрия Александровича на определение Арбитражного суда Краснодарского края от 24 марта 2025 г., постановление Пятнадцатого арбитражного апелляционного суда от 29 августа 2025 г. и постановление Арбитражного суда Северо-Кавказского округа от 23 октября 2025 г. по делу № А32-56775/2023. Заслушав и обсудив доклад судьи Верховного Суда Российской Федерации Ксенофонтовой Н.А., Судебная коллегия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итогу рассмотрения отчета финансового управляющего в деле о банкротстве Мелконян Анастасии Вячеславовны (далее - в том числе должник) определением Арбитражного суда Краснодарского края от 24 марта 2025 г., оставленным без изменения постановлением Пятнадцатого арбитражного апелляционного суда от 29 августа 2025 г. и постановлением Арбитражного суда Северо-Кавказского округа от 23 октября 2025 г., завершена процедура реализации имущества, должник освобожден от дальнейшего исполнения требований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 Кабаргин Д.А. (далее - в том числе заявитель) просит об отмене судебных актов в части освобождения должника от исполнения перед ним обязательства и об отказе в освобождении должника от этого обязательства, ссылаясь на неправильную оценку действий должника по причинению имущественного вреда.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от 8 мая 2026 г. кассационная жалоба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на основании части 2 статьи 291.10 Арбитражного процессуального кодекса Российской Федерации определила рассмотреть жалобу в отсутствие неявившихся надлежаще извещенных о рассмотрении жалобы участников дела.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жалобе, Судебная коллегия считает судебные акты подлежащими частичной отмене.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материалов дела усматриваются и судами установлены следующие обстоятельства.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Мелконян А.В. 18 октября 2023 г. подала заявление о признании ее несостоятельной (банкротом), в котором просила ввести процедуру реализации имущества. Решением от 18 января 2024 г. требования удовлетворены.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процессе проведения процедуры не выявлено имущества, за счет реализации которого могли быть погашены требования кредиторов, и источников для пополнения конкурсной массы, в связи с чем финансовый управляющий ходатайствовал о завершении процедуры реализации имущества и освобождении должника от дальнейшего исполнения требований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отчету финансового управляющего у должника имеется единственное находящееся в третьей очереди реестра требование Кабаргина Д.А., возразившего против освобождения должника от исполнения обязательства перед ним.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Требование основано на решении Щербиновского районного суда Краснодарского края от 25 июля 2023 г. по делу № 2-123/2023, которым с должника в пользу Кабаргина Д.А. взыскан 1 306 871 рубль расходов на восстановительный ремонт транспортного средства и судебных расходов.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Названный суд установил вину должника в дорожно-транспортном происшествии, в котором был поврежден автомобиль заявителя, и признал самостоятельную обязанность должника по возмещению ущерба, учитывая, что в момент причинения вреда его автогражданская ответственность застрахована не была.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Выплат кредитору в счет возмещения ущерба должник не производил.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пунктами 4, 5 *** Федерального закона от 26 октября 2002 г. № 127-ФЗ "О несостоятельности (банкротстве)" (далее - Закон о банкротстве), пунктами 45, 46 постановления Пленума Верховного Суда Российской Федерации от 13 октября 2015 № 45 "О некоторых вопросах, связанных с введением в действие процедур, применяемых в делах о несостоятельности (банкротстве) граждан" (далее - постановление № 45) и установив отсутствие умысла или грубой неосторожности в причинении кредитору ущерба, причинно-следственной связи между управлением должником транспортным средством без полиса обязательного страхования гражданской ответственности и причиненным ущербом, противоправных действий должника в рамках процедуры банкротства, суды сложили с должника обязанность погашения долгов по завершении процедуры.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Признав находящимися в законных пределах действия должника при возникновении и исполнении обязательства перед заявителем, суды не учли следующего.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Обязательство перед заявителем возникло вследствие причинения вреда при управлении должником транспортным средством, являющимся источником повышенной опасности.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Высокая вероятность причинения вреда при использовании транспортного средства и существенность наступающих вследствие причинения вреда последствий обусловливают особые условия ответственности самого владельца источника повышенной опасности (статья 1079 Гражданского кодекса Российской Федерации) и обязательное страхование им своей ответственности перед третьими лицами (Федеральный закон от 25 апреля 2002 г. № 40-ФЗ "Об обязательном страховании гражданской ответственности владельцев транспортных средств" (далее - Закон об ОСАГО).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Закон об ОСАГО устанавливает всеобщность и обязательность страхования гражданской ответственности владельцами транспортных средств и недопустимость использования на территории Российской Федерации транспортных средств, владельцы которых не исполнили установленную им обязанность по страхованию своей гражданской ответственности (статья 3), и будучи законными эти принципы являются общеизвестными.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Принятый в целях защиты прав потерпевших на возмещение вреда, причиненного их жизни, здоровью или имуществу при использовании транспортных средств иными лицами Закон об ОСАГО гарантирует потерпевшим возмещение вреда в установленных пределах (на случай повреждения имущества - в размере 400 000 рублей (статья 7)) специально созданными для этого лицами (страховщиками) за счет аккумулируемых ими для этого средств владельцев.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Должник, осознавая риски и последствия в связи с использованием транспортного средства без страхования ответственности перед третьими лицами, допустил наступление для заявителя вреда, который заявитель не может возместить в гарантированной Законом об ОСАГО сумме посредством обращения к страховщику.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Должник и самостоятельно не намеревался возмещать заявителю ущерб, на что указывает инициирование процедуры банкротства сразу после присуждения долга в отсутствие сколько-нибудь значимых долгов перед иными лицами.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Такие действия должника в их последовательности и совокупности выходят за законные пределы осуществления гражданских прав и указывают на заведомо недобросовестное их осуществление (злоупотребление правом), последствием которого статья 10 Гражданского кодекса Российской Федерации признает отказ в защите права, в данном случае - права быть освобожденным от долгов на законном основании по итогу процедуры банкротства.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45 постановления № 45 в силу абзаца четвертого пункта 4 статьи 213.28 Закона о банкротстве освобождение должника от обязательств не допускается, если доказано, что при возникновении или исполнении обязательства, на котором конкурсный кредитор или уполномоченный орган основывал свое требование в деле о банкротстве должника, последний действовал незаконно, в том числе злостно уклонился от погашения кредиторской задолженности. Соответствующие обстоятельства могут быть установлены в рамках любого судебного процесса (обособленного спора) по делу о банкротстве должника, а также в иных делах.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в рамках спора о подведении итогов процедуры банкротства разрешили дальнейшую судьбу обязательства из причинения вреда заявителю в противоречие с обстоятельствами возникновения и исполнения этого обязательства и абзацем четвертым пункта 4 статьи 213.28 Закона о банкротстве в приведенном толковании, поэтому судебные акты в части обязательства перед заявителем подлежат отмене на основании части 1 статьи 291.11 Арбитражного процессуального кодекса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Исследованных судами обстоятельств достаточно для принятия нового решения о неосвобождении Мелконян А.В. от исполнения обязательства перед Кабаргиным Д.А.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184, 291.12 - 291.15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удовлетворении требования отказано, так как должник, осознавая риски использования автомобиля без страхования ответственности, допустил наступление вреда, который кредитор не может возместить в гарантированной Законом об ОСАГО сумме. Инициирование процедуры банкротства сразу после присуждения долга, в отсутствие иных значимых долгов, указывает на отсутствие намерения возмещать ущерб. Такие действия должника выходят за пределы осуществления прав и являются злоупотреблением правом, последствием которого является отказ в освобождении от долгов по итогам банкротства.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29.06.2026 № 308-ЭС25-15496 по делу № А32-56775/2023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29.06.2026 № 308-ЭС25-15496 по делу № А32-56775/2023</dc:title>
  <dc:subject/>
  <dc:creator>CasusLegal</dc:creator>
  <cp:keywords/>
  <dc:description/>
  <cp:lastModifiedBy>CasusLegal</cp:lastModifiedBy>
  <cp:revision>1</cp:revision>
  <dcterms:created xsi:type="dcterms:W3CDTF">2026-08-16T11:30:09Z</dcterms:created>
  <dcterms:modified xsi:type="dcterms:W3CDTF">2026-08-16T11:30:09Z</dcterms:modified>
  <cp:category/>
</cp:coreProperties>
</file>