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Тематический обзор Верховного Суда Российской Федерации № 14/2026., п. 23</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01.07.2026</w:t>
      </w:r>
    </w:p>
    <w:p>
      <w:pPr>
        <w:spacing w:after="40"/>
      </w:pPr>
      <w:r>
        <w:rPr>
          <w:rFonts w:ascii="Inter" w:hAnsi="Inter"/>
          <w:b/>
          <w:color w:val="8B8171"/>
          <w:sz w:val="18"/>
        </w:rPr>
        <w:t xml:space="preserve">Номер дела: </w:t>
      </w:r>
      <w:r>
        <w:rPr>
          <w:rFonts w:ascii="Inter" w:hAnsi="Inter"/>
          <w:color w:val="655D50"/>
          <w:sz w:val="18"/>
        </w:rPr>
        <w:t>17А/2026</w:t>
      </w:r>
    </w:p>
    <w:p>
      <w:pPr>
        <w:spacing w:after="40"/>
      </w:pPr>
      <w:r>
        <w:rPr>
          <w:rFonts w:ascii="Inter" w:hAnsi="Inter"/>
          <w:b/>
          <w:color w:val="8B8171"/>
          <w:sz w:val="18"/>
        </w:rPr>
        <w:t xml:space="preserve">Применённые нормы: </w:t>
      </w:r>
      <w:r>
        <w:rPr>
          <w:rFonts w:ascii="Inter" w:hAnsi="Inter"/>
          <w:color w:val="655D50"/>
          <w:sz w:val="18"/>
        </w:rPr>
        <w:t>часть 3 статьи 30 и части 1, 3 статьи 159 УК РФ, статья 153 ГК РФ, часть 1 статьи 14 УК РФ, статья 168 ГК РФ, статья 169 ГК РФ, статья 167 ГК РФ, подпункт 8 пункта 2 статьи 235 ГК РФ, постановление Конституционного Суда РФ от 31 октября 2024 года № 49-П, Федеральный закон «О противодействии коррупции», Федеральный закон «О контроле за соответствием расходов лиц, замещающих государственные должности, и иных лиц их доходам»</w:t>
      </w:r>
    </w:p>
    <w:p>
      <w:pPr>
        <w:spacing w:after="40"/>
      </w:pPr>
      <w:r>
        <w:rPr>
          <w:rFonts w:ascii="Inter" w:hAnsi="Inter"/>
          <w:b/>
          <w:color w:val="8B8171"/>
          <w:sz w:val="18"/>
        </w:rPr>
        <w:t xml:space="preserve">Теги: </w:t>
      </w:r>
      <w:r>
        <w:rPr>
          <w:rFonts w:ascii="Inter" w:hAnsi="Inter"/>
          <w:color w:val="655D50"/>
          <w:sz w:val="18"/>
        </w:rPr>
        <w:t>преступление коррупционной направленности, ничтожная сделка, антикоррупционный иск прокурора, обращение имущества в доход РФ, мошенничество под видом взятки, гражданское судопроизводство вместо уголовного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Имущество, полученное лицом в результате совершения преступления коррупционной направленности, правовая судьба которого не могла быть разрешена в уголовно-процессуальном порядке, подлежит обращению в доход Российской Федерации по результатам рассмотрения антикоррупционного иска прокурора в порядке гражданского судопроизводства. Прокурор обратился в суд с требованием к А. и другим о применении последствий недействительности ничтожных сделок и взыскании денежных средств в доход Российской Федерации. Вступившим в законную силу приговором суда А. признан виновным в совершении преступлений, предусмотренных частью 3 статьи 30 и частями 1, 3 статьи 159 Уголовного кодекса Российской Федерации (далее – УК РФ), ему назначено наказание в виде штрафа. Из приговора следует, что А., являясь сотрудником органов внутренних дел, действуя умышленно и из корыстных побуждений, путем обмана якобы для передачи взятки должностным лицам МВД России совершил хищение денежных средств, принадлежащих гражданам, на общую сумму 1 615 000 руб. В ходе производства по уголовному делу денежные средства в указанном размере обнаружены не были и не изымались, А. распорядился ими по своему усмотрению. Отказывая в удовлетворении требований, суды исходили из отсутствия специальной нормы, позволяющей в данном случае применить такое последствие недействительности ничтожной сделки, как обращение полученных по ней денежных средств в доход государства. Отменяя судебные постановления нижестоящих судов и направляя дело на новое рассмотрение, Судебная коллегия по гражданским делам Верховного Суда Российской Федерации указала следующее. Исходя из положений статьи 153 ГК РФ, части 1 статьи 14 УК РФ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 п. При этом признание лица виновным в совершении преступления и назначение ему справедливого наказания по нормам УК РФ сами по себе не означают, что действия осужденного не повлекли изменения прав и обязанностей участников гражданских правоотношений, а также не означают отсутствие необходимости в исправлении таких последствий. Сделка, нарушающая требования закона или иного правового акта, признается недействительной по основаниям, предусмотренным статьей 168 ГК РФ, в отсутствие иных, специальных оснований признания сделки недействительной. В статье 169 ГК РФ закреплено, что сделка, совершенная с целью, заведомо противной основам правопорядка или нравственности, ничтожна и влечет последствия, установленные статьей 167 этого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В силу подпункта 8 пункта 2 статьи 235 ГК РФ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Согласно правовой позиции Конституционного Суда Российской Федерации, изложенной в постановлении от 31 октября 2024 года № 49-П,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ГК РФ, Федеральный закон «О противодействии коррупции», Федеральный закон «О контроле за соответствием расходов лиц, замещающих государственные должности, и иных лиц их доходам»). В этом же постановлении Конституционным Судом Российской Федерации отмечено, что хотя в подпункте 8 пункта 2 статьи 235 ГК РФ указано на последствия в виде прекращения права собственности на имущество, в отношении которого не было представлено сведений, подтверждающих его приобретение на законные доходы,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значимые должности, данная норма гражданского законодательства во взаимосвязи со статьей 169 ГК РФ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 Соответственно, в тех случаях, когда правовая судьба предмета преступления коррупционной направленности не могла быть определена судом в уголовно-процессуальном порядке, вопрос об обращении такого имущества в доход Российской Федерации подлежит разрешению судом по результатам рассмотрения антикоррупционного иска прокурора в порядке гражданского судопроизводства.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"Тематический обзор Верховного Суда Российской Федерации № 14/2026. О рассмотрении судами дел, связанных с применением законодательства о противодействии коррупции и обращением в доход Российской Федерации имущества, приобретенного в результате нарушения требований и запретов, направленных на предотвращение коррупции", п. 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обзор Верховного Суда Российской Федерации № 14/2026., п. 23</dc:title>
  <dc:subject/>
  <dc:creator>CasusLegal</dc:creator>
  <cp:keywords/>
  <dc:description/>
  <cp:lastModifiedBy>CasusLegal</cp:lastModifiedBy>
  <cp:revision>1</cp:revision>
  <dcterms:created xsi:type="dcterms:W3CDTF">2026-08-16T11:30:21Z</dcterms:created>
  <dcterms:modified xsi:type="dcterms:W3CDTF">2026-08-16T11:30:21Z</dcterms:modified>
  <cp:category/>
</cp:coreProperties>
</file>