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Тематический обзор Верховного Суда Российской Федерации № 8/2026., п. 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17.06.2026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11А/2026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166 ГК РФ, ст. 168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проверка действительности сделки по инициативе суда, ничтожность договора уступки, полномочия суда, уступка требования, временный порядок исполнения обязательств, статья 166 ГК РФ, специальные экономические меры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вправе по собственной инициативе оценить действительность договора уступки требования о взыскании задолженности по обязательству, исполнение которого осуществляется в соответствии с временным порядком, установленным указами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Президента Российской Федерации, вне зависимости от доводов сторон.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Предприниматель обратился в арбитражный суд с иском о взыскании с общества задолженности по лицензионному договору на основании договора уступки требования, заключенного между предпринимателем и компанией, являющейся иностранным лицом. Суд первой инстанции решением, оставленным без изменения постановлением суда апелляционной инстанции, иск удовлетворил. Должник, несогласный с размером взысканных денежных средств, обратился с кассационной жалобой. Суд кассационной инстанции отменил принятые судебные акты по следующим основаниям. Предпринимателю (цессионарию) было передано требование уплаты задолженности по договорам, заключенным с иностранным правообладателем исключительных прав, связанным с государством, которое совершает в отношении Российской Федерации недружественные действия. Указом Президента Российской Федерации № 322 предусмотрен особый порядок исполнения обязательств. Положения названного указа распространяются на все правоотношения, предусматривающие исполнение денежных обязательств, связанных с использованием объектов интеллектуальной собственности, перед правообладателями, перечисленными в пункте 1 Указа Президента Российской Федерации № 322 (за исключением случаев, предусмотренных пунктом 17 Указа Президента Российской Федерации № 322). Уступка иностранным лицом требований лицу, на которое действие Указа Президента Российской Федерации № 322 не распространяется, направлена на получение денежных средств в обход названных положений данного указа и является ничтожной (статьи 10, 168 ГК РФ). Суд признал несостоятельными доводы цессионария о полномочии суда кассационной инстанции рассматривать кассационную жалобу только в пределах изложенных в ней доводов, в которых о ничтожности не заявлялось. Суд кассационной инстанции вправе отменить или изменить решение суда первой инстанции и (или) постановление суда апелляционной инстанции полностью или в части и, не передавая дело на новое рассмотрение, принять новый судебный акт на основании пункта 2 части 1 статьи 287 Арбитражного процессуального кодекса Российской Федерации (далее– АПК РФ), если установленные судами фактические обстоятельства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соответствуют имеющимся в деле доказательствам и позволяют правильно применить нормы права, подлежащие применению (абзац четвертый пункта 32 постановления Пленума Верховного Суда Российской Федерации от 30 июня 2020 г. № 13 «О применении Арбитражного процессуального кодекса Российской Федерации при рассмотрении дел в арбитражном суде кассационной инстанции»). Ничтожные сделки являются недействительными вне зависимости от их признания таковыми судом с момента их совершения (пункт 1 статьи 166 ГК РФ). По смыслу пунктов 1, 4 статьи 166 ГК РФ, части 1 статьи 168 АПК РФ суд вправе оценить, является ли договор уступки требования, на основании которого предъявлен иск цессионарием, или на основании которого цессионарий, вступив в процесс, получает удовлетворение исковых требований, ничтожным независимо от наличия или отсутствия соответствующих доводов у лиц, участвующих в деле, учитывая в том числе необходимость защиты публичных интересов. Удовлетворяя заявленные требования и не оценивая договор уступки на предмет ничтожности, суды допустили взыскание денежных средств в обход специального порядка, предусмотренного Указом Президента Российской Федерации № 322. Между тем это нарушает публичные интересы, заключающиеся в контроле за перечислением денежных средств по обязательствам с участием иностранных лиц, связанных с государством, которое совершает в отношении Российской Федерации недружественные действия. В связи с этим денежные средства, перечисленные должником на расчетный счет цессионария, подлежат возврату в порядке реституции (статья 167 ГК РФ).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"Тематический обзор Верховного Суда Российской Федерации № 8/2026. О применении арбитражными судами законодательства о специальных экономических мерах, предусмотренных в целях защиты национальных интересов Российской Федерации", п. 7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обзор Верховного Суда Российской Федерации № 8/2026., п. 7</dc:title>
  <dc:subject/>
  <dc:creator>CasusLegal</dc:creator>
  <cp:keywords/>
  <dc:description/>
  <cp:lastModifiedBy>CasusLegal</cp:lastModifiedBy>
  <cp:revision>1</cp:revision>
  <dcterms:created xsi:type="dcterms:W3CDTF">2026-08-16T11:29:19Z</dcterms:created>
  <dcterms:modified xsi:type="dcterms:W3CDTF">2026-08-16T11:29:19Z</dcterms:modified>
  <cp:category/>
</cp:coreProperties>
</file>