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муниципальных…, п. 28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28.06.2017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28.06.2017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1062 ГК РФ, ст. 381.1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обеспечительный платёж, статья 381.1 ГК РФ, параграф 8 главы 23 ГК РФ, статья 96 Закона о контрактной системе, контрактная система, обеспечение исполнения контракта, возврат обеспечительного платежа, прекращение обеспеченного обязательства, гарантийный срок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Денежные средства, внесенные исполнителем в качестве обеспечения исполнения контракта, подлежат возврату заказчиком в случае надлежащего исполнения обязательств по контракту или, если это предусмотрено контрактом, по истечении гарантийного срока. При этом правовой режим данных денежных средств определяется в соответствии с нормами параграфа 8 главы 23 ГК РФ об обеспечительном платеже.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Обществом подано исковое заявление к муниципальному заказчику о возврате денежных средств, внесенных в качестве обеспечения исполнения обязательств по контракту.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заявленное требование удовлетворено.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Анализируя положения законодательства о контрактной системе, суд отметил, что частями 3 и 7 статьи 96 Закона о контрактной системе прямо не предусмотрена обязательность возврата денежных средств, переданных в качестве обеспечения государственного (муниципального) контракта, после исполнения обязательств, предусмотренных контрактом. Вместе с тем законодательство о контрактной системе основывается на положениях ГК РФ (часть 1 статьи 2 Закона о контрактной системе); в отсутствие прямого регулирования в указанном законе подлежат применению нормы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положений пункта 1 статьи 381.1 ГК РФ, внесенные денежные средства представляют собой обеспечительный платеж, правила о котором содержатся в параграфе 8 главы 23 ГК РФ. Обеспечительный платеж обеспечивает денежное обязательство, в том числе обязательства, которые возникнут в будущем, включая обязанность возместить убытки или уплатить неустойку в случае нарушения договора, и обязательства, возникшие по основаниям, предусмотренным пунктом 2 статьи 1062 ГК РФ. При наступлении обстоятельств, предусмотренных договором, сумма обеспечительного платежа засчитывается в счет исполнения соответствующего обязательства.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2 данной статьи в случае ненаступления обстоятельств в предусмотренный договором срок или прекращения обеспеченного обязательства обеспечительный платеж подлежит возврату, если иное не предусмотрено соглашением сторон.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Оценивая материалы дела, суд также отметил, что в соответствии с условиями заключенного контракта обеспечение исполнения обязательств в форме денежных средств, перечисленных на расчетный счет заказчика, возвращается подрядчику не позднее чем через 30 календарных дней после даты завершения подрядчиком своих обязательств по контракту.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контракте предусмотрены случаи, в которых заказчик вправе обратить взыскание на денежные средства, полученные от подрядчика в качестве обеспечения. Судом установлено, что данные обстоятельства не наступили, ссылки ответчика на наличие таких обстоятельств также отсутствовали, контракт исполнен обществом, но денежные средства, переданные в качестве обеспечения, исполнителю не возвращены, в связи с чем суд удовлетворил заявленные требования.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другом деле суд отказал в удовлетворении требования о возврате обеспечительного платежа, указав, что по условиям контракта данный платеж подлежит возврату по истечении гарантийного срока на результат работ, и данный срок к моменту рассмотрения требования не истек.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нужд", п. 28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муниципальных…, п. 28</dc:title>
  <dc:subject/>
  <dc:creator>CasusLegal</dc:creator>
  <cp:keywords/>
  <dc:description/>
  <cp:lastModifiedBy>CasusLegal</cp:lastModifiedBy>
  <cp:revision>1</cp:revision>
  <dcterms:created xsi:type="dcterms:W3CDTF">2026-08-16T11:30:07Z</dcterms:created>
  <dcterms:modified xsi:type="dcterms:W3CDTF">2026-08-16T11:30:07Z</dcterms:modified>
  <cp:category/>
</cp:coreProperties>
</file>