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5/2026. О судебной практике разрешения споров о несостоятельности (банкротстве) за 2025 год, п. 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29.04.2026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7А/2026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20.4 Закона о банкротстве, ст. 200 ГК РФ, ст. 60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исковая давность, статья 200 ГК РФ, убытки арбитражного управляющего, статья 20.4 Закона о банкротстве, статья 60 Закона о банкротстве, несостоятельность (банкротство), деликтная ответственность, осведомленность о нарушении права, обжалование действий арбитражного управляющего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Сроки исковой давности по требованию о взыскании убытков с арбитражного управляющего и по требованию о признании его действий (бездействия) незаконными по общему правилу начинают течь одновременно.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юридического лица по жалобе конкурсного кредитора признаны неправомерными действия конкурсного управляющего должника. Впоследствии другой конкурсный кредитор обратился в суд с заявлением о взыскании с конкурсного управляющего убытков по двум эпизодам.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взыскал с управляющего убытки по первому эпизоду, отказав в остальной части требований в связи с истечением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суда апелляционной инстанции, оставленным без изменения постановлением суда округа, определение суда первой инстанции в части отказа в удовлетворении требования кредитора отменено, требование удовлетворено в полном объеме. Суды исходили из соблюдения конкурсным кредитором срока исковой давности, поскольку взыскание убытков является продолжением процесса по жалобе на действия управляющего, а жалоба была подана с соблюдением срока.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Федерации, отменяя принятые по обособленному спору судебные акты и направляя спор на новое рассмотрение,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60 Закона о банкротстве лица, участвующие в деле о банкротстве, для защиты нарушенных прав и законных интересов вправе подать жалобу, если они полагают, что арбитражный управляющий не исполняет или ненадлежащим образом исполняет возложенные на него обязанности. Кроме того, за неправомерное поведение арбитражного управляющего в форме действия или бездействия в процедуре банкротства должника, которые повлекли убытки для кредиторов, управляющий подлежит привлечению к ответственности в виде возмещения убытков (пункт 4 статьи 20.4 Закона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для обжалования действий арбитражного управляющего, так и для заявления требований о взыскании с него убытков установлен общий трехлетний срок исковой давности, который начинает течь по общим правилам, то есть со дня, когда лицо узнало или должно было узнать о нарушении своего права и о том, кто является надлежащим ответчиком по иску о защите этого права (пункт 1 статьи 200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разрешении вопроса о том, когда истец (заявитель) узнал либо должен был узнать о нарушении своего права, следует исходить из существа искового требования и фактических обстоятельств, на которых оно основано. Как правило, основанием для заявления требований о взыскании убытков с арбитражного управляющего служат те же фактические обстоятельства, что и для обжалования в суде действий (бездействия) арбитражного управляющего.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под осведомленностью о нарушении права понимается субъективное реальное или потенциальное знание потерпевшего о совокупности признаков деликта как сложного юридического состава, основанное на его собственном понимании произошедших событий.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сам факт возбуждения заявителем судебного процесса о восстановлении нарушенного права указывал на то, что он знал обо всех обстоятельствах спора значительно раньше. С учетом изложенного судебные акты судов нижестоящих инстанций были отменены, обособленный спор направлен на новое рассмотрение.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5/2026. О судебной практике разрешения споров о несостоятельности (банкротстве) за 2025 год", п. 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5/2026. О судебной практике разрешения споров о несостоятельности (банкротстве) за 2025 год, п. 21</dc:title>
  <dc:subject/>
  <dc:creator>CasusLegal</dc:creator>
  <cp:keywords/>
  <dc:description/>
  <cp:lastModifiedBy>CasusLegal</cp:lastModifiedBy>
  <cp:revision>1</cp:revision>
  <dcterms:created xsi:type="dcterms:W3CDTF">2026-08-16T11:30:20Z</dcterms:created>
  <dcterms:modified xsi:type="dcterms:W3CDTF">2026-08-16T11:30:20Z</dcterms:modified>
  <cp:category/>
</cp:coreProperties>
</file>