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Тематический обзор Верховного Суда Российской Федерации № 5/2026. О судебной практике разрешения споров о несостоятельности (банкротстве) за 2025 год, п. 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29.04.2026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7А/2026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4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статья 4 Закона о банкротстве, статья 140 ГК РФ, статья 317 ГК РФ, валюта долга, валюта платежа, косвенная валютная оговорка, реестр требований кредиторов, банкротство, иностранная валюта, конвертация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кредитора, выраженное в иностранной валюте, подлежит включению в реестр с учетом условий договора о порядке конвертации валюты долга в валюту платежа при отсутствии признаков недобросовестности.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деле о банкротстве юридического лица кредитор обратился с заявлением о включении требования в реестр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суда первой инстанции, оставленным без изменения постановлением суда апелляционной инстанции, заявление удовлетворено. При этом размер задолженности определен с учетом условия договора, согласно которому размер долга определен в иностранной валюте, тогда как все суммы должны быть выплачены в российских рублях с конвертацией по курсу Банка России на дату платежа, увеличенному на 1 процент.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 судебные акты судов нижестоящих инстанций изменил, требование включил в реестр в меньшем размере. Суд исходил из положений статьи 4 Закона о банкротстве и указал, что установление в реестре требования, выраженного в иностранной валюте, по курсу, отличающемуся от официального курса Банка России на дату введения соответствующей процедуры банкротства, является нарушением положений указанных норм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экономическим спорам Верховного Суда Российской Федерации, отменяя постановление суда округа и оставляя в силе определение суда первой инстанции и постановление суда апелляционной инстанции, указала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статей 140 и 317 ГК РФ при рассмотрении споров, связанных с исполнением денежных обязательств, следует различать валюту долга и валюту платежа. Под валютой долга понимается та валюта, в которой денежное обязательство выражено, а под валютой платежа - та, в которой данное обязательство подлежит исполнению (погашению).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по условиям договора валютой долга является определенная иностранная валюта, а валютой платежа - российский рубль (косвенная валютная оговорка), то сумма выплаты по договору не является твердой и подлежит расчету по правилам, предусмотренным сторонами в договоре. Предусмотрев в договоре условие об увеличении на 1 процент определенной в иностранной валюте стоимости услуг, стороны фактически согласились компенсировать получателю платежа возможные будущие потери, связанные с последующей конвертационной операцией (обратной конвертацией рублей в иностранную валюту, оплатой услуг субподрядчиков, исчисляемой в иностранной валюте и т.д.), что является общепринятым в практике делового оборота фактором ценообразования.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спорное условие договора определяло итоговую цену услуг по договору, выраженную в рублях, и не противоречило абзацу четвертому части 1 статьи 4 Закона о банкротстве, на что правильно указали суды первой и апелляционной инстанций. Выводы суда округа об обратном являлись ошибочными.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постановление суда округа подлежало отмене с оставлением в силе судебных актов судов первой и апелляционной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Оспаривание сделок должника и привлечение к субсидиарной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ответственности по его долгам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"Тематический обзор Верховного Суда Российской Федерации № 5/2026. О судебной практике разрешения споров о несостоятельности (банкротстве) за 2025 год", п. 9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обзор Верховного Суда Российской Федерации № 5/2026. О судебной практике разрешения споров о несостоятельности (банкротстве) за 2025 год, п. 9</dc:title>
  <dc:subject/>
  <dc:creator>CasusLegal</dc:creator>
  <cp:keywords/>
  <dc:description/>
  <cp:lastModifiedBy>CasusLegal</cp:lastModifiedBy>
  <cp:revision>1</cp:revision>
  <dcterms:created xsi:type="dcterms:W3CDTF">2026-08-16T11:28:09Z</dcterms:created>
  <dcterms:modified xsi:type="dcterms:W3CDTF">2026-08-16T11:28:09Z</dcterms:modified>
  <cp:category/>
</cp:coreProperties>
</file>