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Тематический обзор Верховного Суда Российской Федерации № 5/2026. О судебной практике разрешения споров о несостоятельности (банкротстве) за 2025 год, п. 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29.04.2026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7А/2026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334 ГК РФ, ст. 334.1 ГК РФ, ст. 347 ГК РФ, ст. 61.4 Закона о банкротстве, ст. 72 НК РФ, ст. 73 НК РФ, ст. 77 НК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залог в силу закона, статья 73 НК РФ, статья 334 ГК РФ, статья 334.1 ГК РФ, залоговый кредитор, банкротство, статья 18.1 Закона о банкротстве, статья 138 Закона о банкротстве, арест имущества, статья 77 НК РФ, обеспечительные меры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Залог, возникающий на основании положений статьи 73 Налогового кодекса Российской Федерации, предоставляет уполномоченному налоговому органу статус залогового кредитора в деле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деле о банкротстве юридического лица в объединенном производстве рассмотрены вопрос об установлении залогового статуса требования уполномоченного органа (Федеральной налоговой службы России) в размере 109 млн рублей и заявление конкурсного управляющего должника о признании недействительной сделки по установлению уполномоченным налоговым органом залога в отношении отдельных объектов, находящихся в собственности у должника (4 объекта недвижимости и 153 единицы движимого имущества), и о применении последствий недействительности в виде признания залога отсутствующим.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 заявление конкурсного управляющего удовлетворил, в удовлетворении заявления уполномоченного органа отказал.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инстанции, чье постановление оставлено без изменения судом округа, определение суда первой инстанции отменил, заявление конкурсного управляющего оставил без удовлетворения, заявление уполномоченного органа удовлетворил.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Федерации, оставляя судебные акты суда апелляционной инстанции и суда округа без изменения,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Смысл предусмотренного гражданским законодательством института залога как способа обеспечения исполнения обязательств по общему правилу состоит в возможности получить приоритетное удовлетворение из стоимости заложенного имущества преимущественно перед другими кредиторами должника (пункт 1 статьи 334 Гражданского кодекса Российской Федерации, далее - ГК РФ). Ординарный залог, дающий приоритет залогодержателю в процедуре банкротства, возникает в силу договора или закона (пункт 1 статьи 334.1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Наряду с приоритетным удовлетворением требования кредитора из стоимости предмета залога другая ключевая функция залога состоит в обеспечении сохранности имущества залогодателя и предоставлении залогодержателю механизмов контроля над этим имуществом (пункт 3 статьи 343 и статья 347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Федеральным законом от 29 сентября 2019 г. № 325-ФЗ "О внесении изменений в части первую и вторую Налогового кодекса Российской Федерации" статья 73 Налогового кодекса Российской Федерации (далее - НК РФ) была дополнена пунктом 2(1). Положения введенной нормы прямо указывают на возникновение залога в силу закона, что соотносится с содержанием пункта 1 статьи 334.1 ГК РФ, статей 18.1 и 138 Федерального закона от 26 октября 2002 г. № 127-ФЗ "О несостоятельности (банкротстве)" (далее - Закон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в рамках налоговых правоотношений при наложении ареста в порядке статьи 77 НК РФ и применении обеспечительных мер в соответствии со статьей 101 НК РФ происходит идентификация и отделение имущества, что подтверждает особый характер возникающих залоговых прав государства в силу закона. Результаты идентификации и отделения имущества должника подлежат обязательному публичному раскрытию на официальном сайте федерального органа исполнительной власти, уполномоченного по контролю и надзору в области налогов и сборов, с указанием имущества, в отношении которого вынесено соответствующее решение (пункт 4 статьи 72 НК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этой причине арест, наложенный уполномоченным налоговым органом, порождает на основании пункта 2.1 статьи 73 НК РФ залог в силу закона, в связи с чем требования уполномоченного органа в деле о банкротстве устанавливаются как обеспеченные залогом, а сам уполномоченный орган как кредитор имеет права залогодержателя в отношении имущества, на которое ранее был наложен арест.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в данном деле с учетом положений пункта 4 статьи 61.4 Закона о банкротстве отсутствовали основания для признания обеспечительных мер и последующего возникновения залогового права недействительными сделками.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"Тематический обзор Верховного Суда Российской Федерации № 5/2026. О судебной практике разрешения споров о несостоятельности (банкротстве) за 2025 год", п. 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обзор Верховного Суда Российской Федерации № 5/2026. О судебной практике разрешения споров о несостоятельности (банкротстве) за 2025 год, п. 1</dc:title>
  <dc:subject/>
  <dc:creator>CasusLegal</dc:creator>
  <cp:keywords/>
  <dc:description/>
  <cp:lastModifiedBy>CasusLegal</cp:lastModifiedBy>
  <cp:revision>1</cp:revision>
  <dcterms:created xsi:type="dcterms:W3CDTF">2026-08-16T11:27:58Z</dcterms:created>
  <dcterms:modified xsi:type="dcterms:W3CDTF">2026-08-16T11:27:58Z</dcterms:modified>
  <cp:category/>
</cp:coreProperties>
</file>