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судами споров, связанных с принудительным исполнением требований исполнительных документов банками и иными кредитными…, п. 17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16.06.2021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16.06.2021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15 ГК РФ, ст. 859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расторжение договора банковского счета, закрытие банковского счета, статья 859 ГК РФ, статья 15 ГК РФ, убытки, часть 5 статьи 70 Федерального закона «Об исполнительном производстве», Инструкция Банка России № 153-И, неисполнение исполнительного документа банком, судебный приказ, банковский счет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 банка исполнить исполнительный документ по причине прекращения договора банковского счета с должником может являться основанием для взыскания с банка убытков, если на момент такого отказа банковский счет должника не закрыт.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 февраля 2017 года в банк на исполнение поступил судебный приказ о взыскании задолженности по трудовому договору с должника в пользу физического лица.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Банк, указав на прекращение договорных отношений между должником и банком, отказал в исполнении указанного судебного приказа.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Позднее между физическим лицом и взыскателем заключен договор цессии, по условиям которого взыскателю от физического лица переданы требования к банку, возникшие в результате неисполнения банком указанного судебного приказа.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Ссылаясь на неправомерное неисполнение банком судебного приказа, взыскатель обратился в суд с требованием о взыскании убытков.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 в удовлетворении заявленного требования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суда апелляционной инстанции, оставленным без изменения постановлением суда кассационной инстанции, решение суда первой инстанции отменено, исковое заявление взыскателя удовлетворено в связи со следующим.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пунктам 1 и 3 статьи 859 ГК РФ договор банковского счета расторгается по заявлению клиента в любое время, остаток денежных средств на счете выдается клиенту либо по его указанию перечисляется на другой счет не позднее семи дней после получения соответствующего письменного заявления клиента.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как следует из пункта 8.1 Инструкции Центрального банка Российской Федерации от 30 мая 2014 года № 153-И "Об открытии и закрытии банковских счетов, счетов по вкладам (депозитам), депозитных счетов" (далее - Инструкция) основанием для закрытия банковского счета является прекращение договора банковского счета.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8.2 Инструкции после прекращения договора банковского счета приходные и расходные операции по счету клиента не осуществляются, за исключением операций, предусмотренных пунктом 8.3 Инструкции; денежные средства, поступившие клиенту после прекращения договора банковского счета, возвращаются отправителю.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После прекращения договора банковского счета до истечения семи дней после получения соответствующего письменного заявления клиента остаток денежных средств банк выдает с банковского счета клиенту наличными денежными средствами либо осуществляет перевод денежных средств платежным поручением (пункт 8.3 Инструкции).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закрытие счета предполагает проведение банком определенных мероприятий в одностороннем порядке, поэтому момент расторжения договора банковского счета и момент закрытия счета могут не совпадать по времени.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информации, полученной от налогового органа, в отношении счета должника, открытого в банке, датой расторжения договора значится 2 февраля 2017 года, датой закрытия счета - 16 февраля 2017 года, в связи с чем после получения судебного приказа (3 февраля) банк обязан был незамедлительно приступить к его исполнению.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смысла части 5 статьи 70 Закона об исполнительном производстве банк, осуществляющий обслуживание счетов должника, обязан незамедлительно исполнять содержащиеся в исполнительном документе требования о взыскании денежных средств без согласия владельца счета.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статье 15 ГК РФ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 При этом 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Реализация такого способа защиты нарушенного права как возмещение убытков возможна лишь при наличии общих условий гражданско-правовой ответственности: совершения противоправного действия (бездействия), возникновения у потерпевшего убытков и их размер, причинно-следственной связи между действиями и наступившими последствиями.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отказывая в исполнении судебного приказа, банк нарушил требования законодательства, поскольку судом установлено, что в период между расторжением договора банковского счета и закрытием счета на нем имелись денежные средства, что повлекло за собой причинение имущественного вреда взыскателю, выразившегося в несвоевременном исполнении судебного приказа о взыскании с должника денежных средств по долговому обязательству в рамках трудовых отношений.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Указанные обстоятельства явились основанием для взыскания с банка убытков.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судами споров, связанных с принудительным исполнением требований исполнительных документов банками и иными кредитными организациями", п. 17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судами споров, связанных с принудительным исполнением требований исполнительных документов банками и иными кредитными…, п. 17</dc:title>
  <dc:subject/>
  <dc:creator>CasusLegal</dc:creator>
  <cp:keywords/>
  <dc:description/>
  <cp:lastModifiedBy>CasusLegal</cp:lastModifiedBy>
  <cp:revision>1</cp:revision>
  <dcterms:created xsi:type="dcterms:W3CDTF">2026-08-16T11:30:20Z</dcterms:created>
  <dcterms:modified xsi:type="dcterms:W3CDTF">2026-08-16T11:30:20Z</dcterms:modified>
  <cp:category/>
</cp:coreProperties>
</file>