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практики рассмотрения судами споров, возникающих из отношений по добровольному личному страхованию, связанному с предоставлением потребительского…, п. 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Закон РФ "О защите прав потребителей", добровольное личное страхование, потребительское кредитование, компенсация морального вреда, штраф за несоблюдение требований потребителя, неосновательное обогащение, договор присоединения, п. 2 ст. 854 ГК РФ, расторжение договора страхования, потребитель финансовой услуги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отношения между физическим лицом - потребителем финансовой услуги, заключившим договор добровольного личного страхования одновременно с потребительским кредитным договором, и финансовой организацией распространяются положения Закона РФ "О защите прав потребителей".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Д. обратилась в суд с иском к банку о признании договора присоединения к программе страхования жизни и трудоспособности заемщиков кредитов и держателей кредитных карт в банке расторгнутым, взыскании платы за подключение к программе страхования, денежной компенсации морального вреда и штрафа, предусмотренного п. 6 ст. 13 Закона РФ от 7 февраля 1992 г. № 2300-1 "О защите прав потребителей" (далее - Закон о защите прав потребителей).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 и частично удовлетворяя исковые требования, суд первой инстанции исходил из того, что в пользу Д. с банка подлежат взысканию штраф и денежная компенсация морального вреда, предусмотренные п. 6 ст. 13 и ст. 15 Закона о защите прав потребителей, поскольку банк отказался прекратить действие договора добровольного личного страхования досрочно и продолжал списывать с банковского счета Д. денежные средства в качестве платы за присоединение к программе страхования.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Отменяя решение суда в части взыскания в пользу истца штрафа и денежной компенсации морального вреда, суд апелляционной инстанции указал на то, что правоотношения по обязательствам, возникшим из неосновательного обогащения, Законом о защите прав потребителей не регулируются, а нормы Гражданского кодекса РФ не предусматривают взыскание штрафа и денежной компенсации морального вреда в качестве ответственности при невозврате неосновательного обогащения.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РФ, признавая апелляционное определение вынесенным с нарушением норм материального права и направляя дело на новое апелляционное рассмотрение, руководствовалась положениями ст. 9 Федерального закона от 26 января 1996 г. № 15-ФЗ "О введении в действие части второй Гражданского кодекса Российской Федерации", п. 1 ст. 1 Закона о защите прав потребителей и исходила из того, что гражданин, заключая договор добровольного личного страхования одновременно с потребительским кредитным договором, является потребителем финансовой услуги. Отношения по оказанию финансовой услуги регулируются как нормами Гражданского кодекса РФ, так и положениями Закона о защите прав потребителей в том случае, если банковский счет используется таким гражданином для личных, семейных, домашних и иных нужд.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Данная позиция вытекает из преамбулы Закона о защите прав потребителей и разъяснений, изложенных в п. 3 постановления Пленума Верховного Суда РФ от 28 июня 2012 г. № 17 "О рассмотрении судами гражданских дел по спорам о защите прав потребителей".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установлено, что Д. выразила желание досрочно расторгнуть договор добровольного личного страхования, что допускается в соответствии с его условиями, однако банк продолжал списывать с банковского счета Д. денежные средства в качестве платы за присоединение к программе страхования в отсутствие оснований для такого списания, чем нарушил п. 2 ст. 854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того, что банк нарушил права Д., предусмотренные п. 2 ст. 854 ГК РФ, оснований для отказа в удовлетворении требования истца о компенсации морального вреда и взыскании штрафа не имелось.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(Определение Судебной коллегии по гражданским делам Верховного Суда РФ от 6 марта 2018 г. № 66-КГ17-15)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практики рассмотрения судами споров, возникающих из отношений по добровольному личному страхованию, связанному с предоставлением потребительского кредита", п. 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практики рассмотрения судами споров, возникающих из отношений по добровольному личному страхованию, связанному с предоставлением потребительского…, п. 1</dc:title>
  <dc:subject/>
  <dc:creator>CasusLegal</dc:creator>
  <cp:keywords/>
  <dc:description/>
  <cp:lastModifiedBy>CasusLegal</cp:lastModifiedBy>
  <cp:revision>1</cp:revision>
  <dcterms:created xsi:type="dcterms:W3CDTF">2026-08-16T11:32:15Z</dcterms:created>
  <dcterms:modified xsi:type="dcterms:W3CDTF">2026-08-16T11:32:15Z</dcterms:modified>
  <cp:category/>
</cp:coreProperties>
</file>