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вопросам, связанным с индексацией присужденных судом денежных сумм на день исполнения решения суда, п. 12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18.12.2024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18.12.2024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388 ГК РФ, ст. 388.1 ГК РФ, ст. 44 ГПК РФ, ст. 44 КАС РФ, ст. 48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индексация присужденных сумм, уступка требования, цессия, будущее требование, статья 388.1 ГК РФ, статья 383 ГК РФ, процессуальное правопреемство, статья 44 ГПК РФ, постановление Пленума ВС №54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Право на индексацию присужденных денежных сумм может быть уступлено в том числе после исполнения судебного акта, кроме случаев, когда в законе установлен прямой запрет на уступку требования.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статьи 44 ГПК РФ, статьи 48 АПК РФ, статьи 44 КАС РФ в случаях выбытия одной из сторон в спорном или установленном решением суда правоотношении (смерть гражданина, реорганизация юридического лица, уступка требования, перевод долга и другие случаи перемены лиц в обязательствах) суд допускает замену этой стороны ее правопреемником. Правопреемство возможно на любой стадии судопроизводства.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разъяснениями, изложенными в пункте 6 постановления Пленума Верховного Суда Российской Федерации от 21 декабря 2017 года № 54 "О некоторых вопросах применения положений главы 24 Гражданского кодекса Российской Федерации о перемене лиц в обязательстве на основании сделки", договор, на основании которого производится уступка, может быть заключен не только в отношении требования, принадлежащего цеденту в момент заключения договора, но и в отношении требования, которое возникнет в будущем или будет приобретено цедентом у третьего лица (будущее требование). Если иное не установлено законом, будущее требование переходит к цессионарию, соответственно, непосредственно после момента его возникновения или его приобретения цедентом. Соглашением сторон может быть предусмотрено, что будущее требование переходит позднее (пункт 2 статьи 388.1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Отсутствие судебного акта о взыскании суммы индексации на дату заключения договора уступки требования не может ограничивать право цессионария на взыскание индексации, вызванной длительным неисполнением должником судебного акта.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заявление цессионария об индексации присужденных судом денежных сумм после исполнения должником судебного акта может быть удовлетворено судом при наличии предусмотренных законом оснований, кроме случаев, когда в законе установлен прямой запрет на уступку требования (например, статья 383, пункт 2 статьи 388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Срок обращения с заявлением об индексации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вопросам, связанным с индексацией присужденных судом денежных сумм на день исполнения решения суда", п. 12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вопросам, связанным с индексацией присужденных судом денежных сумм на день исполнения решения суда, п. 12</dc:title>
  <dc:subject/>
  <dc:creator>CasusLegal</dc:creator>
  <cp:keywords/>
  <dc:description/>
  <cp:lastModifiedBy>CasusLegal</cp:lastModifiedBy>
  <cp:revision>1</cp:revision>
  <dcterms:created xsi:type="dcterms:W3CDTF">2026-08-16T11:32:14Z</dcterms:created>
  <dcterms:modified xsi:type="dcterms:W3CDTF">2026-08-16T11:32:14Z</dcterms:modified>
  <cp:category/>
</cp:coreProperties>
</file>