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вопросам, связанным с индексацией присужденных судом денежных сумм на день исполнения решения суда, п. 11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18.12.2024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18.12.2024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384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цессии, уступка требования, индексация присужденных сумм, статья 382 ГК РФ, статья 384 ГК РФ, переход прав кредитора, цессионарий, объем уступаемых прав, гражданское право, процессуальное право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заключенным договором цессии прямо не установлено, что к цессионарию не переходит право на индексацию присужденных денежных сумм, то он вправе обратиться в суд с заявлением об их индексации.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382 ГК РФ право (требование), принадлежащее на основании обязательства кредитору, может быть передано им другому лицу по сделке (уступка требования) или может перейти к другому лицу на основании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иное не предусмотрено законом или договором, право первоначального кредитора переходит к новому кредитору в том объеме и на тех условиях, которые существовали к моменту перехода права. В частности, к новому кредитору переходят права, обеспечивающие исполнение обязательства, а также другие связанные с требованием права, в том числе право на проценты (пункт 1 статьи 384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приведенных положений закона по общему правилу право на индексацию денежных сумм за весь период неисполнения должником судебного постановления также переходит к новому кредитору, если только договором, на основании которого произведена уступка требований, прямо не установлено обратное.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если заключенным договором цессии прямо не установлено, что к цессионарию не переходит право на индексацию присужденных денежных сумм, то он вправе обратиться в суд с заявлением об их индексации.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вопросам, связанным с индексацией присужденных судом денежных сумм на день исполнения решения суда", п. 11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вопросам, связанным с индексацией присужденных судом денежных сумм на день исполнения решения суда, п. 11</dc:title>
  <dc:subject/>
  <dc:creator>CasusLegal</dc:creator>
  <cp:keywords/>
  <dc:description/>
  <cp:lastModifiedBy>CasusLegal</cp:lastModifiedBy>
  <cp:revision>1</cp:revision>
  <dcterms:created xsi:type="dcterms:W3CDTF">2026-08-16T11:32:09Z</dcterms:created>
  <dcterms:modified xsi:type="dcterms:W3CDTF">2026-08-16T11:32:09Z</dcterms:modified>
  <cp:category/>
</cp:coreProperties>
</file>