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вопросам, связанным с индексацией присужденных судом денежных сумм на день исполнения решения суда, п. 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18.12.2024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18.12.2024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140 ГК РФ, ст. 183 АПК РФ, ст. 208 ГПК РФ, ст. 317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индексация присужденных сумм, статья 208 ГПК РФ, статья 183 АПК РФ, иностранная валюта, валюта долга, валюта платежа, инфляция, индекс потребительских цен, статья 317 ГК РФ, компенсация финансовых потерь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Присужденная в иностранной валюте сумма долга не подлежит индексации в порядке, предусмотренном статьей 208 ГПК РФ и статьей 183 АПК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суда первой инстанции, оставленным без изменения судами апелляционной и кассационной инстанций, удовлетворено заявление взыскателя об индексации присужденных денежных сумм. В пользу взыскателя в порядке индексации взыскана сумма в евро в рублях по курсу Центрального банка Российской Федерации на дату платежа.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Верховного Суда Российской Федерации отменила принятые по делу судебные акты и отказала в удовлетворении заявления взыскателя, отметив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статьи 140 ГК РФ законным платежным средством, обязательным к приему по нарицательной стоимости на всей территории Российской Федерации, является рубль. Случаи, порядок и условия использования иностранной валюты на территории Российской Федерации определяются законом или в установленном им порядке.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пунктов 1 и 2 статьи 317 ГК РФ денежные обязательства должны быть выражены в рублях. В денежном обязательстве может быть предусмотрено, что оно подлежит оплате в рублях в сумме, эквивалентной определенной сумме в иностранной валюте или в условных денежных единицах (экю, "специальных правах заимствования" и др.). В этом случае подлежащая уплате в рублях сумма определяется по официальному курсу соответствующей валюты или условных денежных единиц на день платежа, если иной курс или иная дата его определения не установлены законом или соглашением сторон.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общему правилу, закрепленному в части 3 статьи 208 ГПК РФ, абзаце третьем части 1 статьи 183 АПК РФ, для целей определения суммы индексации используется официальная статистическая информация об индексе потребительских цен на товары и услуги в Российской Федерации, если иное не предусмотрено федеральным законом или договором.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Данный индекс потребительских цен является одним из важнейших показателей, характеризующих инфляционные процессы в Российской Федерации, где денежной единицей является рубль.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Системное толкование вышеуказанных норм позволяет сделать вывод о том, что применение установленного процессуальным законодательством порядка расчета индексации предполагается для ситуаций, когда присужденная судом сумма выражена в рублях, поскольку данный порядок непосредственно рассчитан для определения инфляционных процессов, происходящих именно с рублем в условиях ослабления его покупательной способности.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разъяснениям, данным в пункте 27 постановления Пленума Верховного Суда Российской Федерации от 22 ноября 2016 года № 54 "О некоторых вопросах применения общих положений Гражданского кодекса Российской Федерации об обязательствах и их исполнении", в силу статей 140 и 317 ГК РФ при рассмотрении споров, связанных с исполнением денежных обязательств, следует различать валюту, в которой денежное обязательство выражено (валюту долга), и валюту, в которой это денежное обязательство должно быть исполнено (валюту платежа).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материалов дела и установлено судами, валютой долга и валютой платежа является евро, что следует из условий заключенного сторонами спора договора, а также из поведения сторон при его исполнении.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Тем самым стороны обязательства, действуя своей волей и в своем интересе, договариваясь об иностранной валюте как валюте долга и платежа, заранее реализовали свое право на компенсацию происходящих с рублем инфляционных процессов, выбирая конкретный способ реализации такого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Соотнесение на стадии вступления в договорные отношения долга и платежа с иностранной валютой по своей сути является для взыскателя альтернативным способом компенсировать влияние рублевой инфляции по сравнению с механизмом, заложенным в статье 208 ГПК РФ и статье 183 АПК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Поскольку, заранее договорившись о валюте долга и платежа, стороны приняли на себя риск возможного колебания курса рубля как в одну, так и в другую сторону, происходящее за период неисполнения судебного акта возможное изменение курса рубля по сравнению с выбранной сторонами валютой не может рассматриваться как лишающее кредитора компенсации его имущественных потерь.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Указание в резолютивной части решения на взыскание долга в иностранной валюте по курсу, установленному Центральным банком Российской Федерации на дату платежа, уже само по себе создает для кредитора справедливый механизм компенсации финансовых потерь за период неисполнения судебного акта.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вопросам, связанным с индексацией присужденных судом денежных сумм на день исполнения решения суда", п. 7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вопросам, связанным с индексацией присужденных судом денежных сумм на день исполнения решения суда, п. 7</dc:title>
  <dc:subject/>
  <dc:creator>CasusLegal</dc:creator>
  <cp:keywords/>
  <dc:description/>
  <cp:lastModifiedBy>CasusLegal</cp:lastModifiedBy>
  <cp:revision>1</cp:revision>
  <dcterms:created xsi:type="dcterms:W3CDTF">2026-08-16T11:32:33Z</dcterms:created>
  <dcterms:modified xsi:type="dcterms:W3CDTF">2026-08-16T11:32:33Z</dcterms:modified>
  <cp:category/>
</cp:coreProperties>
</file>