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споров, связанных с применением законодательства о независимой гарантии, п. 16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ст. 376 ГК РФ, ст. 328 ГК РФ, ст. 423 ГК РФ, ст. 424 ГК РФ, принципал, бенефициар, превышение суммы гарантии, договор подряда, взыскание неосновательного обогащения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Принципал вправе взыскать с бенефициара превышение суммы, полученной бенефициаром по независимой гарантии от гаранта, над действительным размером обязательств принципала перед бенефициаром.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(гарант) произвел платеж по независимой гарантии, выданной в обеспечение исполнения обязательств по договору подряда. Впоследствии он списал в безакцептном порядке денежные средства со счета принципала (подрядчика) в сумме, равной выплаченной бенефициару, на основании соглашения о выдаче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Сославшись на то, что работы выполнены в установленные договором подряда сроки и с надлежащим качеством, ввиду чего отсутствовали основания для предъявления бенефициаром требования о выплате по банковской гарантии, принципал обратился в суд с иском к бенефициару о взыскании полученного им в нарушение условий основного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инстанции, оставленным без изменения постановлениями судов апелляционной инстанции и округа, исковые требования удовлетворены.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данного спора суды признали доводы принципала о состоянии подрядных отношений обоснованными, а соответствующие факты - доказанными.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исчерпывающего перечня оснований для отказа в выплате по независимой гарантии (ст. 376 ГК РФ) выплата гарантом бенефициару денежных сумм по гарантии являлась правомерной, поскольку бенефициаром соблюдены формальные требования, установленные законом и условиями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Независимый характер обязательства гаранта перед бенефициаром и правила о возмещении гаранту сумм, выплаченных по гарантии, не означают, что бенефициар вправе получить за счет принципала денежные средства в большем размере, чем ему причитается по обеспечиваемому договору. Принципал не лишен возможности обратиться к бенефициару с иском о взыскании средств, полученных бенефициаром без осуществления какого-либо встречного предоставления с его стороны в нарушение условий основного договора (ст. 328, п. 1 ст. 423, абз. 1 п. 1 ст. 424 ГК РФ).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споров, связанных с применением законодательства о независимой гарантии", п. 16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споров, связанных с применением законодательства о независимой гарантии, п. 16</dc:title>
  <dc:subject/>
  <dc:creator>CasusLegal</dc:creator>
  <cp:keywords/>
  <dc:description/>
  <cp:lastModifiedBy>CasusLegal</cp:lastModifiedBy>
  <cp:revision>1</cp:revision>
  <dcterms:created xsi:type="dcterms:W3CDTF">2026-08-16T11:28:29Z</dcterms:created>
  <dcterms:modified xsi:type="dcterms:W3CDTF">2026-08-16T11:28:29Z</dcterms:modified>
  <cp:category/>
</cp:coreProperties>
</file>