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разрешения споров, связанных с применением законодательства о независимой гарантии, п. 15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05.06.2019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независимая гарантия, банковская гарантия, исковая давность, статья 196 ГК РФ, статья 374 ГК РФ, статья 378 ГК РФ, поручительство, бенефициар, гарант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Иск бенефициара к гаранту, отказавшемуся удовлетворить своевременно предъявленное требование о платеже по независимой гарантии, может быть заявлен в пределах общего срока исковой давности. Бенефициар обратился в арбитражный суд с иском к гаранту о взыскании денежной суммы по банковской гарантии. Суд первой инстанции отказал в удовлетворении иска по мотиву его подачи после прекращения срока действия гарантии, сославшись на подп. 2 п. 1 ст. 378 ГК РФ и по аналогии закона на нормы о поручительстве (п. 6 ст. 367 Кодекса). В апелляционном порядке решение суда первой инстанции отменено. Суд апелляционной инстанции указал на то, что нормы о сроке действия поручительства не подлежат применению к обязательствам по независимым гарантиям, специально урегулированным параграфом 6 главы 23 ГК РФ. По смыслу ст. 374 Гражданского кодекса в пределах срока действия гарантии бенефициару достаточно заявить письменное требование о выплате по ней, предусмотренное названной статьей. В рассматриваемом случае такие действия бенефициар совершил. Поскольку гарант в отведенный срок требование бенефициара не удовлетворил, последний вправе в пределах общего срока исковой давности (ст. 196 Кодекса) обратиться в суд с иском о принудительном взыскании денежной суммы по банковской гарантии.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разрешения споров, связанных с применением законодательства о независимой гарантии", п. 15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разрешения споров, связанных с применением законодательства о независимой гарантии, п. 15</dc:title>
  <dc:subject/>
  <dc:creator>CasusLegal</dc:creator>
  <cp:keywords/>
  <dc:description/>
  <cp:lastModifiedBy>CasusLegal</cp:lastModifiedBy>
  <cp:revision>1</cp:revision>
  <dcterms:created xsi:type="dcterms:W3CDTF">2026-08-16T11:29:06Z</dcterms:created>
  <dcterms:modified xsi:type="dcterms:W3CDTF">2026-08-16T11:29:06Z</dcterms:modified>
  <cp:category/>
</cp:coreProperties>
</file>