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14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банкротство гаранта, обеспечительная функция, соразмерность вознаграждения, статья 378 ГК РФ, перерасчет платы за гарантию, Закон о несостоятельности (банкротстве), конкурсное производство, снижение эффективности гарантии, судебная экспертиза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Банкротство лица, выдавшего независимую гарантию, которое наступило в период действия гарантии, не является основанием для прекращения обязательств из гарантии, но свидетельствует о снижении обеспечительной функции гарантии и может являться основанием для перерасчета согласованной ранее платы за выдачу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(гарант) обратился в суд с иском к обществу (принципалу) о взыскании задолженности по соглашению о выдаче банковских гарантий, предоставленных в обеспечение исполнения государственных контрактов.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инстанции, оставленным без изменения постановлениями судов апелляционной инстанции и округа, в удовлетворении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сочли, что с момента признания банка банкротом он фактически не может исполнить свои обязательства по банковским гарантиям, т.е. выплатить суммы, предусмотренные гарантиями, по требованиям бенефициаров, а следовательно, не вправе претендовать на вознаграждение за банковские услуги по выдаче гарантий.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судебные акты и направляя дело на новое рассмотрение в суд первой инстанции, Судебная коллегия по экономическим спорам Верховного Суда РФ указала, что банкротство гаранта само по себе не является основанием прекращения его обязательств перед бенефициарами по банковским гарантиям ни в силу Федерального закона от 26 октября 2002 г. № 127-ФЗ "О несостоятельности (банкротстве)" (далее - Закон о банкротстве), ни в силу положений ст. 378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Кредитор, не отказавшийся от своих прав по гарантии (подп. 3 п. 1 ст. 378 Кодекса), вправе потребовать от банка исполнения по гарантии и в процедуре конкурсного производства в порядке, установленном Законом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указала, что гарантиями, предоставленными в обеспечение исполнения основных договоров, общество частично удовлетворило свой интерес (заключило государственные контракты, и определенное время гарантии полноценно выполняли обеспечительную функцию), в то же время с момента признания банка банкротом эффективность банковских гарантий действительно снизилась.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 судам необходимо было оценивать стоимость реального исполнения, предоставленного банком (исходя из всего срока, на протяжении которого гарантии являлись безупречным обеспечением, и с учетом вероятности получения платежа по ним в конкурсном производстве), рассмотрев вопрос о необходимости назначения по делу судебной экспертизы.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14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14</dc:title>
  <dc:subject/>
  <dc:creator>CasusLegal</dc:creator>
  <cp:keywords/>
  <dc:description/>
  <cp:lastModifiedBy>CasusLegal</cp:lastModifiedBy>
  <cp:revision>1</cp:revision>
  <dcterms:created xsi:type="dcterms:W3CDTF">2026-08-16T11:31:33Z</dcterms:created>
  <dcterms:modified xsi:type="dcterms:W3CDTF">2026-08-16T11:31:33Z</dcterms:modified>
  <cp:category/>
</cp:coreProperties>
</file>