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разрешения споров, связанных с применением законодательства о независимой гарантии, п. 12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независимая гарантия, статья 379 ГК РФ, статья 370 ГК РФ, неосновательное обогащение, статья 1102 ГК РФ, банковская гарантия, возмещение принципала, формальная проверка требования, безакцептное списание, независимость обязательства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Денежные суммы, уплаченные гарантом бенефициару по независимой гарантии, возмещаются принципалом в порядке, предусмотренном ст. 379 ГК РФ. Соответствующее возмещение не может быть квалифицировано в качестве неосновательного обогащения гаранта, если он произвел выплату по гарантии согласно ее условиям.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Федеральное агентство (бенефициар) предъявило банку (гаранту) требование об осуществлении платежа по банковской гарантии, мотивированное ненадлежащим исполнением строительной компанией (принципалом) обязательств по обеспечиваемому гарантией договору подряда.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Банк выплатил бенефициару сумму, указанную в банковской гарантии. Затем воспользовался правом, которое закреплено в соглашении о выдаче гарантии, заключенном банком и принципалом, и в безакцептном порядке списал со счета принципала денежные средства в размере произведенной выплаты.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Принципал обратился в суд с иском о взыскании с банка списанной с его счета суммы в качестве неосновательного обогащения.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суда первой инстанции иск удовлетворен.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исходил из того, что банк был привлечен к участию в судебном споре бенефициара и принципала относительно подрядных отношений, поэтому гарант, располагающий документами о ходе исполнения основного договора, имел возможность установить сальдо взаимных обязательств его сторон, выяснить, что принципал не имеет задолженности по этому договору, и должен был воздержаться от исполнения необоснованного требования бенефициара.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суда апелляционной инстанции решение суда первой инстанции отменено, в удовлетворении иска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мнению суда апелляционной инстанции, суть независимой гарантии заключается в предоставлении бенефициару возможности получить удовлетворение максимально быстро за счет гаранта, избежав возражений принципала, касающихся существа исполнения основного обязательства.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Банк правомерно ограничился проверкой формального соответствия требования бенефициара о выплате условиям банковской гарантии, не должен был проверять состояние расчетов по основному договору, несмотря на то, что знал об аргументах сторон этого договора и имел доступ к их документам.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Последующее списание банком денежных средств со счета принципала в сумме, уплаченной по гарантии, основано на соглашении между банком и принципалом о выдаче гарантии, положениях ст. 379 ГК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Произведенная судом первой инстанции проверка требования бенефициара на соответствие условиям договора подряда противоречит независимой природе гарантии (п. 1 ст. 370 Кодекса). Исследовав обстоятельства исполнения основного договора и согласившись в данной части с позицией принципала об отсутствии какой-либо задолженности с его стороны, суд первой инстанции вышел за пределы рассмотрения настоящего дела, разрешив спор бенефициара и принципала об исполнении подрядной сделки, который находился на рассмотрении другого суда.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Сумма, возмещенная банком за счет принципала, не обладает признаками неосновательного обогащения, определенными в ст. 1102 ГК РФ, и получена гарантом по существующему основанию - соглашению о выдаче банковской гарантии.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разрешения споров, связанных с применением законодательства о независимой гарантии", п. 12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разрешения споров, связанных с применением законодательства о независимой гарантии, п. 12</dc:title>
  <dc:subject/>
  <dc:creator>CasusLegal</dc:creator>
  <cp:keywords/>
  <dc:description/>
  <cp:lastModifiedBy>CasusLegal</cp:lastModifiedBy>
  <cp:revision>1</cp:revision>
  <dcterms:created xsi:type="dcterms:W3CDTF">2026-08-16T11:30:07Z</dcterms:created>
  <dcterms:modified xsi:type="dcterms:W3CDTF">2026-08-16T11:30:07Z</dcterms:modified>
  <cp:category/>
</cp:coreProperties>
</file>