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статья 368 ГК РФ, статья 370 ГК РФ, статья 375 ГК РФ, отказ гаранта, формальная проверка, внешние признаки документов, принципал, бенефициар, банковская гарантия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Гарант не вправе отказать бенефициару в удовлетворении его требования, если приложенные к этому требованию документы по внешним признакам соответствуют условиям независимой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Бенефициар обратился в суд с иском о взыскании с банка денежных средств по банковской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инстанции, оставленным без изменения постановлением суда апелляционной инстанции, в удовлетворении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исходили из того, что условиями банковской гарантии предусматривалось представление бенефициаром копии платежного поручения о перечислении аванса принципалу в качестве приложения к требованию о платеже. Поскольку в рассматриваемом случае к требованию была приложена не заверенная надлежащим образом копия платежного поручения, суды сочли, что бенефициар не выполнил условия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округа, отменяя судебные акты и направляя дело на новое рассмотрение в суд первой инстанции, указал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Гарант проводит проверку приложенных к требованию о платеже документов по внешним признакам (п. 3 ст. 375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представленный бенефициаром документ именовался "платежное поручение" и содержал информацию, которую обычно содержат документы такого рода. В тексте гарантии отсутствовали положения о том, что копия платежного поручения о перечислении аванса принципалу должна быть заверена, не устанавливались какие-либо общие или особые требования к порядку заверения копии.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гарант должен был принять документ (копию платежного поручения) в том виде, в каком он представлен, а бенефициар не мог быть признан лицом, не исполнившим условия гарантии, необходимые для получения платежа.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суды признали неправомерным отказ банка в удовлетворении требования о выплате по независимой гарантии, мотивированный неполнотой расчета суммы убытков, возникших вследствие поставки недоброкачественных товаров.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Суды, сославшись на независимый характер банковской гарантии от основного обязательства (п. 1 ст. 370 ГК РФ), подчеркнули, что банк, гарантировав надлежащее исполнение договора со стороны принципала, обязался уплатить по требованию бенефициара сумму, установленную банковской гарантией, в случае, если бенефициар заявит о нарушении условий основного договора поставщиком, что соответствует положениям п. п. 1 и 4 ст. 368 Кодекса.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условиям рассматриваемой гарантии к требованию бенефициара о платеже должен быть приложен расчет истребуемой суммы. В гарантии отсутствовали какие-либо положения о порядке выполнения и оформления расчета суммы требования, о содержании расчета. Документ, поименованный расчетом суммы требования бенефициара, заявляемого в связи с ненадлежащим исполнением основного обязательства, был представлен бенефициаром. Оценка данного расчета на предмет полноты и обоснованности означала бы исследование отношений между принципалом и бенефициаром, что выходит за рамки формальной проверки документа гарантом по его внешним признакам и не может влиять на решение о выплате по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отметили, что в предмет доказывания по спору между бенефициаром и гарантом входит установление обстоятельств, которые подтверждают или опровергают тот факт, что бенефициар при обращении к гаранту исполнил условия самой гарантии.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9</dc:title>
  <dc:subject/>
  <dc:creator>CasusLegal</dc:creator>
  <cp:keywords/>
  <dc:description/>
  <cp:lastModifiedBy>CasusLegal</cp:lastModifiedBy>
  <cp:revision>1</cp:revision>
  <dcterms:created xsi:type="dcterms:W3CDTF">2026-08-16T11:29:35Z</dcterms:created>
  <dcterms:modified xsi:type="dcterms:W3CDTF">2026-08-16T11:29:35Z</dcterms:modified>
  <cp:category/>
</cp:coreProperties>
</file>