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разрешения споров, связанных с применением законодательства о независимой гарантии, п. 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05.06.2019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05.06.2019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независимая гарантия, банковская гарантия, ст. 368 ГК РФ, ст. 370 ГК РФ, ст. 308 ГК РФ, независимость гарантии, изменение основного обязательства, объем обязательств гаранта, твердая сумма гарантии, возражения гаранта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общему правилу, при внесении изменений в условия основного договора, в обеспечение исполнения обязательств по которому выдана гарантия, объем обязательств гаранта не изменяется.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Управление строительства (бенефициар) обратилось в арбитражный суд с иском к банку (гаранту) о взыскании денежных средств по банковской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Возражая по иску, банк сослался на изменение условий основного обязательства после выдачи гарантии без согласия гаранта - увеличение объема и стоимости работ по обеспеченному гарантией договору подряда дополнительными соглашениями, заключенными бенефициаром и принципалом. Это, по мнению гаранта, повлекло увеличение его ответственности ввиду возрастания риска предъявления требования о платеже по гарантии и, как следствие, прекращение обязательств гаранта.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удовлетворили иск бенефициара, указав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данном случае в гарантии определена твердая сумма, подлежащая выплате бенефициару (абз. 7 п. 4 ст. 368 ГК РФ), - цена иска не превысила эту твердую сумму. При этом обязательство гаранта перед бенефициаром не зависит от основного обязательства, и в своих возражениях против требования бенефициара об исполнении независимой гарантии гарант не вправе ссылаться на обстоятельства, не указанные в гарантии (пп. 1 и 2 ст. 370 ГК РФ). Следовательно, в рассматриваемом случае изменение основного обязательства, в обеспечение исполнения которого выдана независимая гарантия, не повлияло на объем обязательств гаранта перед бенефициаром.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другом деле суды, определяя размер ответственности гаранта, выдавшего независимую гарантию, в которой был указан порядок определения предельной суммы, подлежащей выплате по гарантии (абз. 7 п. 4 ст. 368 ГК РФ), - 10 процентов от цены договора поставки, исходили из того, что в гарантии не содержится условие об увеличении суммы гарантии при наступлении тех или иных обстоятельств (абз. 10 п. 4 ст. 368 ГК РФ), поэтому произошедшее после выдачи гарантии изменение объемов поставки, повлекшее увеличение общей стоимости поставленных товаров, не изменило объем обязательств гаранта перед бенефициаром: он отвечает в пределах 10 процентов от прежней цены основного договора (п. 3 ст. 308 ГК РФ).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разрешения споров, связанных с применением законодательства о независимой гарантии", п. 6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разрешения споров, связанных с применением законодательства о независимой гарантии, п. 6</dc:title>
  <dc:subject/>
  <dc:creator>CasusLegal</dc:creator>
  <cp:keywords/>
  <dc:description/>
  <cp:lastModifiedBy>CasusLegal</cp:lastModifiedBy>
  <cp:revision>1</cp:revision>
  <dcterms:created xsi:type="dcterms:W3CDTF">2026-08-16T11:28:00Z</dcterms:created>
  <dcterms:modified xsi:type="dcterms:W3CDTF">2026-08-16T11:28:00Z</dcterms:modified>
  <cp:category/>
</cp:coreProperties>
</file>