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статья 374 ГК РФ, статья 194 ГК РФ, статья 375 ГК РФ, статья 165.1 ГК РФ, исчисление сроков, требование бенефициара, банковская гарантия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Требование о платеже по независимой гарантии считается представленным своевременно, если оно направлено гаранту в пределах срока действия гарантии и условиями независимой гарантии не предусмотрено иное (например, что момент предъявления требования определяется исходя из момента его доставки гаранту).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Федеральное агентство (бенефициар) обратилось с иском к банку о взыскании денежных средств по банковской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Основанием для обращения в суд явился отказ банка удовлетворить требование бенефициара о выплате по банковской гарантии, мотивированный пропуском срока представления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инстанции, оставленным без изменения постановлением суда апелляционной инстанции, в удовлетворении иска отказано.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сочли, что бенефициар обязан направить гаранту требование с таким расчетом, чтобы обеспечить его получение гарантом до истечения срока действия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 округа судебные акты судов нижестоящих инстанций отменил, отметив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Содержащаяся в п. 1 ст. 374 ГК РФ и вменяемая бенефициару обязанность представления требования по банковской гарантии до окончания срока, на который она выдана, должна толковаться с учетом положений п. 2 ст. 194 Кодекса, согласно которому письменные заявления и извещения, сданные в организацию связи до двадцати четырех часов последнего дня срока, считаются сделанными в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спорной гарантии не содержатся условия о необходимости получения гарантом требования бенефициара до истечения срока действия этой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Следовательно, днем представления требования следовало считать день его передачи на почту.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Положения п. 1 ст. 165.1 ГК РФ, согласно которым гражданско-правовые последствия возникают с момента доставки юридически значимых сообщений либо с момента, когда они считаются доставленными, означают, что именно этими моментами определяется начало течения срока, отведенного гаранту п. 2 ст. 375 ГК РФ на рассмотрение требования бенефициара.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4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4</dc:title>
  <dc:subject/>
  <dc:creator>CasusLegal</dc:creator>
  <cp:keywords/>
  <dc:description/>
  <cp:lastModifiedBy>CasusLegal</cp:lastModifiedBy>
  <cp:revision>1</cp:revision>
  <dcterms:created xsi:type="dcterms:W3CDTF">2026-08-16T11:31:18Z</dcterms:created>
  <dcterms:modified xsi:type="dcterms:W3CDTF">2026-08-16T11:31:18Z</dcterms:modified>
  <cp:category/>
</cp:coreProperties>
</file>