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срок действия гарантии, статья 368 ГК РФ, статья 373 ГК РФ, статья 157 ГК РФ, вступление гарантии в силу, бенефициар, гарант, отлагательное условие, аванс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Начало срока действия независимой гарантии может определяться моментом совершения бенефициаром действий, относящихся к исполнению основного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обеспечение исполнения поставщиком (принципалом) обязательства по поставке товара банк выдал независимую гарантию. В соответствии с условиями гарантии срок ее действия составил один год с момента уплаты бенефициаром (покупателем) аванса по обеспечиваемому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Получив гарантию, покупатель перечислил аванс поставщику.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покупатель предъявил банку требование о выплате по гарантии, сославшись на непоставку товара поставщиком.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отказался осуществить платеж, полагая, что им не был определен срок действия гарантии и это, в силу положений абз. 8 п. 4 ст. 368 ГК РФ, свидетельствует об отсутствии гарантийного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 бенефициара о взыскании долга по независимой гарантии, суды исходили из того, что ст. 373 ГК РФ, регулирующая порядок вступления гарантии в силу, является диспозитивной: гарантия вступает в силу со дня выдачи (отправки, передачи) гарантом, если в самой гарантии не предусмотрено иное.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Требования гражданского законодательства об определении срока действия гарантии установлены с целью недопущения неопределенности в отношениях гаранта и бенефициара.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п. 1 ст. 157, ст. ст. 314 и 368 ГК РФ начало срока действия гарантии может определяться моментом совершения бенефициаром действий, относящихся к исполнению основного договора. При этом предполагается, что такие действия будут совершены бенефициаром в срок, предусмотренный основным договором, а при его отсутствии - в разумный срок. В случае если бенефициар не совершит соответствующих действий в указанные сроки, применительно к положениям п. 3 ст. 157 Гражданского кодекса гарантия вступает в силу в момент, когда они должны были быть совершены согласно условиям основного договора, а при отсутствии соответствующих условий в тексте основного договора - после истечения разумного срока.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Применительно к обстоятельствам настоящего дела судами установлено, что договором поставки был предусмотрен срок внесения предварительной оплаты, бенефициар в этот срок аванс перечислил, соответственно, независимая гарантия, выданная банком, вступила в силу в момент уплаты аванса. Следовательно, какой-либо неопределенности в сроке действия гарантии не имелось, поэтому отказ гаранта от выплаты по гарантии со ссылкой на ее незаключенность является неправомерным.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3</dc:title>
  <dc:subject/>
  <dc:creator>CasusLegal</dc:creator>
  <cp:keywords/>
  <dc:description/>
  <cp:lastModifiedBy>CasusLegal</cp:lastModifiedBy>
  <cp:revision>1</cp:revision>
  <dcterms:created xsi:type="dcterms:W3CDTF">2026-08-16T11:33:14Z</dcterms:created>
  <dcterms:modified xsi:type="dcterms:W3CDTF">2026-08-16T11:33:14Z</dcterms:modified>
  <cp:category/>
</cp:coreProperties>
</file>