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разрешения споров, связанных с применением законодательства о независимой гарантии, п. 2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независимая гарантия, ст. 368 ГК РФ, ст. 432 ГК РФ, ст. 156 ГК РФ, бенефициар, существенные условия гарантии, принцип добросовестности, эстоппель, толкование гарантии, постановление Пленума ВС РФ № 49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Обязательство из независимой гарантии нельзя признать отсутствующим по мотиву неуказания наименования бенефициара в тексте гарантии, если достоверно установлено лицо, в пользу которого эта гарантия была выдана.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(гарант) выдало независимую гарантию, не указав в тексте гарантии бенефициара, перед которым оно принимает обязательство уплатить денежную сумму в случае невыполнения принципалом (подрядчиком) предварительно оплаченных работ по строительству торгового центра.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Сославшись на неисполнение подрядчиком обязательств по договору строительного подряда, кредитор (заказчик) обратился к обществу с требованием о совершении платежа по независимой гарантии. Общество отказалось удовлетворить это требование, мотивировав отказ отсутствием гарантийного обязательства.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суда первой инстанции в удовлетворении иска бенефициара о взыскании долга по гарантии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исходил из того, что в силу абз. 4 п. 4 ст. 368 ГК РФ в тексте гарантии должно содержаться наименование бенефициара, в пользу которого она выдана. В противном случае гарантийное обязательство в соответствии со ст. 156, п. 1 ст. 432 ГК РФ нельзя считать возникшим.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апелляционной инстанции отменил решение суда первой инстанции и удовлетворил исковое требование.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апелляционной инстанции согласился с выводом суда первой инстанции, что выдача независимой гарантии на предъявителя противоречит требованиям абз. 4 п. 4 ст. 368 ГК РФ, согласно которому указание наименования бенефициара является существенным условием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Вместе с тем в силу ст. 156, п. 3 ст. 432 ГК РФ гарант, подтвердивший действие гарантии, не вправе заявлять о том, что она не породила юридических последствий, если соответствующее заявление гаранта с учетом конкретных обстоятельств дела будет противоречить принципу добросовестности.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ходе рассмотрения спора было достоверно установлено, что гарантия, обеспечивающая исполнение подрядчиком обязательств по договору строительного подряда, была направлена самим обществом (гарантом) конкретному заказчику строительства торгового центра (бенефициару), раскрытому принципалом (подрядчиком) в ходе переговоров по вопросу об условиях выдачи гарантии. Какая-либо неопределенность в отношении бенефициара по независимой гарантии отсутствовала. Текст банковской гарантии составлялся гарантом, и недостатки данного текста не могли быть истолкованы в пользу составителя, позволяя ему освободиться от исполнения гарантийного обязательства при наличии у бенефициара разумных ожиданий относительно существования данного обязательства (п. п. 6, 43, 45 постановления Пленума Верховного Суда РФ от 25 декабря 2018 г. № 49 "О некоторых вопросах применения общих положений Гражданского кодекса Российской Федерации о заключении и толковании договора").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разрешения споров, связанных с применением законодательства о независимой гарантии", п. 2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разрешения споров, связанных с применением законодательства о независимой гарантии, п. 2</dc:title>
  <dc:subject/>
  <dc:creator>CasusLegal</dc:creator>
  <cp:keywords/>
  <dc:description/>
  <cp:lastModifiedBy>CasusLegal</cp:lastModifiedBy>
  <cp:revision>1</cp:revision>
  <dcterms:created xsi:type="dcterms:W3CDTF">2026-08-16T11:28:29Z</dcterms:created>
  <dcterms:modified xsi:type="dcterms:W3CDTF">2026-08-16T11:28:29Z</dcterms:modified>
  <cp:category/>
</cp:coreProperties>
</file>