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спорам об установлении требований залогодержателей при банкротстве залогодателей, п. 8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21.12.2022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21.12.2022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129 Закона о банкротстве, ст. 13 ФЗ, ст. 142 Закона о банкротстве, ст. 2 Закона о банкротстве, ст. 20.3 Закона о банкротстве, ст. 345 ГК РФ, ст. 41 ФЗ, ст. 6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залог недвижимости, ипотека, переработка предмета залога, реконструкция, банкротство залогодателя, установление требований залогодержателя, статья 345 ГК РФ, Федеральный закон от 13.07.2015 N 218-ФЗ, конкурсное производство, сохранение залога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переработке, реконструкции предмета залога и т.п. залогодержатель вправе предъявить несостоятельному залогодателю требование о признании обязательства обеспеченным залогом вновь образованного объекта.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 отказал банку в признании его денежного требования по кредитному договору обеспеченным залогом имущества предприятия (двух нежилых помещений). Суд исходил из того, что ранее переданное в ипотеку нежилое помещение после его раздела должником физически перестало существовать, из него образованы два самостоятельных нежилых помещения. Банк был вправе зарегистрировать в Едином государственном реестре недвижимости (далее - ЕГРН) залоговое обременение в отношении двух вновь образованных помещений, однако данным правом не воспользовался. В отсутствие таких записей он не может быть признан залоговым кредитором.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суда апелляционной инстанции определение суда первой инстанции отменено, заявление банка удовлетворено.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подпунктом 1 пункта 2 статьи 345 ГК РФ независимо от согласия залогодателя или залогодержателя считается находящимся в залоге новое имущество, которое принадлежит залогодателю и создано либо возникло в результате переработки или иного изменения заложенного имущества.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Тот факт, что должник не поставил вновь образованные объекты на кадастровый учет и не внес запись о праве собственности на них в ЕГРН, не может свидетельствовать о прекращении залога.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Разрешение вопросов, связанных с регистрацией права собственности на возникшие вследствие переустройства новые объекты, находилось в сфере контроля предприятия. Регистрация же ипотеки в отношении этих объектов проводится регистрирующим органом одновременно с регистрацией права собственности на них на основании заявления залогодателя (часть 12 статьи 41 Федерального закона от 13 июля 2015 г. № 218-ФЗ "О государственной регистрации недвижимости"). Суд первой инстанции ошибочно вменил в вину залогодержателю обстоятельства, возникшие из-за бездействия залогодателя, осуществившего реконструкцию.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 избежание негативных последствий пропуска двухмесячного срока, отведенного на предъявление кредиторами требований к должнику (абзац третий пункта 1 статьи 142 Закона о банкротстве), банк подал в суд, рассматривающий дело о банкротстве, заявление об установлении его требования.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в целях обеспечения возможности реализации банком залоговых прав признал данное требование обеспеченным залогом незарегистрированных объектов недвижимости, в отношении которых судом были установлены основания возникновения как права собственности, так и ипотеки (в частности, было установлено, что ипотека на изначально существовавшее помещение была зарегистрирована, его реконструкция не являлась самовольной).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суд апелляционной инстанции указал, что в соответствии с положениями абзаца шестнадцатого статьи 2 Закона о банкротстве целью конкурсного производства является соразмерное удовлетворение требований кредиторов. Эта ликвидационная процедура направлена, прежде всего, на последовательное проведение мероприятий по формированию конкурсной массы и последующую реализацию активов должника для проведения расчетов с кредиторами. Для достижения названной цели, в частности, должны быть совершены действия, направленные на регистрацию в установленном порядке прав должника на принадлежащее ему имущество, без которой невозможно проведение торгов по продаже этого имущества. Указанные действия обязан выполнить конкурсный управляющий, который осуществляет полномочия руководителя, а также иных органов управления должника (пункт 1 статьи 129 Закона о банкротстве) и несет самостоятельную обязанность действовать в интересах должника и его кредиторов добросовестно и разумно (пункт 4 статьи 20.3 Закона о банкротстве). С учетом этого суд применительно к положениям первого предложения части 5 статьи 13 Федерального закона от 30 декабря 2004 г. №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- Закон об участии в долевом строительстве) обязал конкурсного управляющего совершить действия, направленные на регистрацию прав на вновь образованные нежилые помещения (пункт 1 статьи 6 ГК РФ).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спорам об установлении требований залогодержателей при банкротстве залогодателей", п. 8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спорам об установлении требований залогодержателей при банкротстве залогодателей, п. 8</dc:title>
  <dc:subject/>
  <dc:creator>CasusLegal</dc:creator>
  <cp:keywords/>
  <dc:description/>
  <cp:lastModifiedBy>CasusLegal</cp:lastModifiedBy>
  <cp:revision>1</cp:revision>
  <dcterms:created xsi:type="dcterms:W3CDTF">2026-08-16T11:30:08Z</dcterms:created>
  <dcterms:modified xsi:type="dcterms:W3CDTF">2026-08-16T11:30:08Z</dcterms:modified>
  <cp:category/>
</cp:coreProperties>
</file>