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спорам, связанным с договором финансовой аренды (лизинга), п. 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27.10.2021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27.10.2021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договор финансовой аренды (лизинг), сальдо взаимных предоставлений, цена реализации предмета лизинга, торги, рыночная стоимость, отчет оценщика, статья 447 ГК РФ, Федеральный закон от 29.07.1998 N 135-ФЗ, предположение о рыночной цене, порочность торгов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продажа предмета лизинга произведена по результатам торгов, цена его реализации предполагается рыночной, пока лизингополучателем не будет доказано нарушение порядка проведения торгов, в частности непрозрачность их условий, отсутствие гласности, ограничение доступа к участию в торгах и т.д.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допущенным лизингополучателем нарушением обязательств стороны расторгли договор лизинга, предмет лизинга был возвращен лизингодателю и реализован им на торгах.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Ссылаясь на то, что полученные лизингодателем от лизингополучателя платежи (за исключением авансового) в совокупности со стоимостью возвращенного ему предмета лизинга не позволили удовлетворить все требования лизингодателя, последний обратился в суд с иском о взыскании соответствующей разницы с лизингополучателя.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Лизингополучатель против удовлетворения иска в полном объеме возражал, представил альтернативный расчет задолженности, указывая на занижение цены продажи предмета лизинга, что подтверждается отчетом оценщика.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требования лизингодателя удовлетворены частично. Оценив представленный лизингополучателем отчет оценщика, суд пришел к выводу о неразумности действий лизингодателя по реализации предмета лизинга по определенной на торгах цене.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апелляционный суд решение суда первой инстанции отменил и удовлетворил иск лизингодателя в полном объеме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положений ст. 3 Федерального закона от 29 июля 1998 г. № 135-ФЗ "Об оценочной деятельности в Российской Федерации" рыночная стоимость предмета лизинга, отраженная в отчете оценщика, имеет вероятностный характер, поскольку она зависит от применяемых в каждом конкретном случае методик оценки, качества и количества используемых исходных данных, субъективного фактора в оценке стоимости имущества или возможных злоупотреблений, связанных как с завышением, так и с занижением цены, и т.д.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Вместе с тем в соответствии со ст. 447 ГК РФ торги выступают способом заключения договора, при котором условие о цене имущества определяется на основе соперничества равных субъектов. В связи с этим предполагается, что результат торгов отражает действительное состояние рынка (существующую на рынке цену) при условии соблюдения надлежащей процедуры их проведения.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при отсутствии в материалах дела доказательств, порочащих результаты торгов, в частности, свидетельствующих о непрозрачности условий проведения торгов, об отсутствии гласности или ограничении доступа к участию в них, предполагается, что цена, сформированная по результатам проведения торгов, отражает действительную стоимость предмета лизинга.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связи с изложенным при расчете сальдо взаимных предоставлений суд руководствовался расчетом, представленным лизингодателем.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спорам, связанным с договором финансовой аренды (лизинга)", п. 19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спорам, связанным с договором финансовой аренды (лизинга), п. 19</dc:title>
  <dc:subject/>
  <dc:creator>CasusLegal</dc:creator>
  <cp:keywords/>
  <dc:description/>
  <cp:lastModifiedBy>CasusLegal</cp:lastModifiedBy>
  <cp:revision>1</cp:revision>
  <dcterms:created xsi:type="dcterms:W3CDTF">2026-08-16T11:32:41Z</dcterms:created>
  <dcterms:modified xsi:type="dcterms:W3CDTF">2026-08-16T11:32:41Z</dcterms:modified>
  <cp:category/>
</cp:coreProperties>
</file>