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 о несостоятельности (банкротстве) за 2022 г., п. 22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26.04.2023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26.04.2023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449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банкротство, конкурсное производство, недействительность торгов, статья 449 ГК РФ, искусственное дробление лотов, единый технологический комплекс, функционально связанные объекты, залоговый кредитор, статьи 110-111-139 Закона о банкротстве, реализация имущества должника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Искусственное дробление функционально связанных объектов на несколько лотов при проведении торгов в деле о банкротстве может привести к ограничению круга участников торгов, цены, а потому не отвечает целям конкурсного производства.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деле о банкротстве требования банка включены в реестр как обеспеченные залогом недвижимого имущества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на основании ходатайства конкурсного управляющего утверждено Положение о начальной цене, порядке, сроках и условиях реализации имущества и имущественных прав должника (далее - положение о продаже), в соответствии с которым имущество, в том числе обремененное залогом в пользу банка, и имущественные права должника выставлены на торги двумя лотами.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Результаты торгов оформлены двумя протоколами, с победителями заключены договоры купли-продажи.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как залоговый кредитор обратился в суд с заявлением о признании торгов недействительными.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первой инстанции, оставленным без изменения судами апелляционной и кассационной инстанций, в удовлетворении заявления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исходили из того, что имущество и имущественные права реализованы двумя лотами на основании утвержденного положения о продаже. С требованием о внесении изменений в указанное положение банк не обращался. Доказательств того, что вошедшее в состав разных лотов имущество является единым комплексом, не представлено. Залоговый кредитор не доказал факт нарушения его прав и законных интересов спорными торгами.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Верховного Суда Российской Федерации отменила названные судебные акты и удовлетворила заявление банка, указав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Реализация имущества должника посредством проведения торгов в конкурсном производстве подчинена общей цели названной процедуры - наиболее полное удовлетворение требований кредиторов исходя из принципов очередности и пропорциональности (абзац шестнадцатый статьи 2, статьи 110, 111, 124, 139 Закона о банкротстве). Следовательно, действия, касающиеся формирования лотов, определения условий торгов и непосредственной реализации имущества, должны быть экономически оправданными, направленными на достижение упомянутой цели - получение максимальной выручки.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Обращаясь с заявлением по данному обособленному спору, банк указывал на несоблюдение приведенного подхода при составлении лотов, выставленных на продажу. Он отмечал, что имущество должника, включенное в лот № 2, подлежит использованию для эксплуатации производственно-складского комплекса (недвижимость этого комплекса включена в лот № 1), является его частью, необходимой для обеспечения одного технологического процесса, отсутствует возможность самостоятельного использования объектов, вошедших в лот № 2, по иному назначению. Искусственное разделение неразрывно связанных между собой частей упомянутого комплекса повлекло продажу активов должника по заниженной стоимости.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Указанные доводы ошибочно отклонены судами.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Так, при включении объектов в отдельные лоты предполагается, что объекты каждого обособленного лота могут быть самостоятельно (отдельно) использованы будущим покупателем в своей хозяйственной деятельности.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Разумный и добросовестный потенциальный покупатель, узнав о разделении права аренды земельного участка с находящимися на нем зданиями и внутренних дорог, обеспечивающих подъезд к этим зданиям, на два отдельных лота, воздержится от участия в торгах, так как имеется риск победы лишь по одному из лотов, а в этом случае возникнет неопределенность по поводу реальной возможности использования зданий, свободный доступ к которым зависит от воли иного лица - собственника дорог.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Этот вывод подтверждается и тем, что победитель торгов по лоту № 1, не имевший возможности использовать данный лот без имущества, вошедшего в лот № 2, впоследствии приобрел его у лица, признанного победителем торгов по лоту № 2.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Искусственное дробление функционально связанных объектов на несколько лотов безосновательно снизило их привлекательность для независимых участников гражданского оборота, ограничило круг участников торгов, а следовательно, цену объектов, потому не отвечало целям конкурсного производства.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Выводы судов о действительности торгов и о возможности продажи имущества раздельно сделаны при неправильном применении норм права. Судебная коллегия признала спорные торги недействительными на основании пункта 1 статьи 449 ГК РФ.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 о несостоятельности (банкротстве) за 2022 г.", п. 22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 о несостоятельности (банкротстве) за 2022 г., п. 22</dc:title>
  <dc:subject/>
  <dc:creator>CasusLegal</dc:creator>
  <cp:keywords/>
  <dc:description/>
  <cp:lastModifiedBy>CasusLegal</cp:lastModifiedBy>
  <cp:revision>1</cp:revision>
  <dcterms:created xsi:type="dcterms:W3CDTF">2026-08-16T11:32:47Z</dcterms:created>
  <dcterms:modified xsi:type="dcterms:W3CDTF">2026-08-16T11:32:47Z</dcterms:modified>
  <cp:category/>
</cp:coreProperties>
</file>