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 о несостоятельности (банкротстве) за 2022 г., п. 17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26.04.2023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26.04.2023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134 Закона о банкротстве, ст. 16 АПК РФ, ст. 411 ГК РФ, ст. 61.3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сальдирование, зачет встречных требований, статья 61.3 Федерального закона от 26.10.2002 № 127-ФЗ, статья 134 Закона о банкротстве, договор оказания услуг по передаче тепловой энергии, взаимосвязанные обязательства, завершающая обязанность, отсутствие предпочтения, оспаривание сделок с предпочтением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 подлежат оспариванию по правилам статьи 61.3 Закона о банкротстве осуществленные в рамках договора оказания услуг по передаче тепловой энергии и теплоносителя действия, которые направлены на установление завершающей обязанности одной из сторон договора осуществить выплату в пользу другой стороны.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Индивидуальный предприниматель обратился с заявлением о признании недействительным зачета встречных однородных требований между обществом и должником, применении последствий недействительности сделки в виде восстановления права требования предпринимателя к должнику.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обществом (поставщик тепловой энергии) и предприятием (теплосетевая организация) имелись взаимные правопритязания: должник взыскивал долг за свои услуги по передаче тепловой энергии, а общество требовало возмещения нормативных и сверхнормативных потерь тепловой энергии за тот же период. Судами в рамках отдельных споров удовлетворены требования каждой из сторон. Сальдо сложилось в пользу общества.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После вступления судебных актов в законную силу конкурсный управляющий предприятия направил конкурсному управляющему общества заявление о сальдировании взаимных обязательств по договору оказания услуг по передаче тепловой энергии и теплоносителя, в результате которого требования к предприятию уменьшились на сумму долга общества перед предприятием.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 этого в деле о банкротстве общества права требования к предприятию реализованы на торгах предпринимателю.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отношении общества конкурсное производство завершено, оно исключено из Единого государственного реестра юридических лиц.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спор, суды первой и апелляционной инстанций сослались на положения статей 60, 134 Закона о банкротстве, статьи 411 ГК РФ и исходили из того, что одностороннее заявление о сальдировании обязательств, сделанное в ходе конкурсного производства при отсутствии обоюдной воли сторон, не влечет юридических последствий, особенно с учетом нахождения обеих сторон в процедурах банкротства. При таких условиях суды восстановили задолженность предприятия перед предпринимателем.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Оставляя без изменения судебные акты, суд округа признал ошибочными выводы судов о невозможности в рассматриваемой ситуации оспаривать состоявшийся зачет как сделку с предпочтением. Однако отметил, что состоявшийся зачет со стороны конкурсного управляющего предприятия произведен с нарушением очередности, установленной пунктом 2 статьи 134 Закона о банкротстве, применительно к текущим кредиторам общества (имелись кредиторы более приоритетных очередей), то есть является сделкой с предпочтением.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Дополнительно суд округа указал, что при наличии присужденной задолженности, ее последующего включения в реестры текущих требований кредиторов обоих должников, определение завершающей встречной обязанности сторон невозможно, так как это приведет к пересмотру вступивших в законную силу судебных актов в не санкционированном действующим законодательством порядке, что недопустимо в силу положений статьи 16 АПК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Сопоставление обязанностей сторон из одного договора (либо нескольких взаимосвязанных договоров) и осуществление арифметических (расчетных) операций с целью определения лица, на которого возлагается завершающее исполнение (с суммой такого исполнения), не могут быть квалифицированы как зачет и не подлежат оспариванию как отдельная сделка по правилам статьи 61.3 Закона о банкротстве по причине отсутствия квалифицирующего признака в виде получения контрагентом какого-либо предпочтения, так как в отличие от зачета встречные требования в подобной ситуации фактически не возникают.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между сторонами был заключен договор на оказание услуг по передаче тепловой энергии и теплоносителя. Общество было обязано оплатить должнику стоимость таких услуг, в то время как должник был обязан возместить нормативные и сверхнормативные потери за тот же период.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Процесс передачи тепловой энергии неизбежно связан с технологическими потерями этого ресурса при транспортировке его по тепловым сетям до потребителя. Образующиеся в результате такой деятельности требования сторон договора взаимосвязаны.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этой причине заявление управляющего о сальдировании взаимных обязательств направлено не на осуществление зачета, а на констатацию сформировавшейся к этому моменту завершающей обязанности одной из сторон договора, в силу чего подобное волеизъявление не может быть оспорено как сделка с предпочтением.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Тот факт, что к моменту заявления управляющего задолженность была взыскана вступившими в законную силу судебными актами, вопреки выводам судов не препятствует определению итоговой обязанности одной из сторон в рамках взаимных обязательств.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Судебная коллегия Верховного Суда Российской Федерации пришла к выводу, что требования предпринимателя не подлежали удовлетворению.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Установление требований в реестре требований кредиторов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 о несостоятельности (банкротстве) за 2022 г.", п. 17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 о несостоятельности (банкротстве) за 2022 г., п. 17</dc:title>
  <dc:subject/>
  <dc:creator>CasusLegal</dc:creator>
  <cp:keywords/>
  <dc:description/>
  <cp:lastModifiedBy>CasusLegal</cp:lastModifiedBy>
  <cp:revision>1</cp:revision>
  <dcterms:created xsi:type="dcterms:W3CDTF">2026-08-16T11:30:21Z</dcterms:created>
  <dcterms:modified xsi:type="dcterms:W3CDTF">2026-08-16T11:30:21Z</dcterms:modified>
  <cp:category/>
</cp:coreProperties>
</file>