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2023 г.,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15.05.2024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15.05.2024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137 Закона о банкротстве, ст. 319 ГК РФ, ст. 333 ГК РФ, ст. 393 ГК РФ, ст. 394 ГК РФ, ст. 71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сальдирование, неустойка, недействительность сделки с предпочтением, договор строительного подряда, зачетная неустойка, статья 333 ГК РФ, статья 319 ГК РФ, банкротство, залог прав требования, встречные обязательства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Применение неустойки в качестве упрощенного механизма компенсации потерь кредитора, вызванных ненадлежащим исполнением должником основного обязательства, не является основанием для квалификации действий по сальдированию в качестве недействительной сделки с предпочтением.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компанией (заказчиком) и должником (подрядчиком) 27 февраля 2019 г. заключен договор строительного подряда. Права требования к заказчику по указанному договору переданы подрядчиком в залог банку на основании договора залога прав от 11 июня 2019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заказчик направил подрядчику уведомление от 26 ноября 2021 г. о зачете стоимости выполненных подрядчиком работ в счет уплаты начисленных пеней в том же размере (за нарушение сроков выполнения этапов работ).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о банкротстве должника (подрядчика) возбуждено 30 ноября 2021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Полагая, что совершенный зачет содержит в себе признаки сделки с предпочтением, конкурсный управляющий обратился в арбитражный суд с заявлением о признании сделки недействительной.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инстанции, оставленным без изменения постановлениями судов апелляционной инстанции и округа, заявление удовлетворено.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исходили из того, что оспариваемая сделка совершена в преддверии возбуждения дела о банкротстве, в результате совершенного зачета залоговый кредитор был лишен имущественного права, подлежащего приоритетному удовлетворению перед требованием заказчика в отношении одного и того же обязательства. Кроме этого, суд апелляционной инстанции отметил, что в результате зачета заказчик получил предпочтительное удовлетворение своих требований в виде погашения своих обязательств по финансовым санкциям, которые подлежат погашению после основного долга (пункт 3 статьи 137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 отменила названные судебные акты и отказала в удовлетворении заявления, указав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встречного характера основных обязательств по договору подряда (статьи 702, 708, 709 и 721 Гражданского кодекса Российской Федерации (далее - ГК РФ) и положений пунктов 1 и 2 статьи 328, статьи 393 ГК РФ следует, что в случае ненадлежащего исполнения подрядчиком обязательства им не может быть получена от заказчика та сумма, на которую он мог рассчитывать, если бы исполнил обязательство надлежащим образом.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стороны договора подряда установили ответственность за нарушение сроков выполнения работ в виде зачетной неустойки, имеющей своей основной целью покрытие убытков заказчика, вызванных просрочкой передачи ему результата работ (пункт 1 статьи 394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Само по себе применение при сальдировании неустойки в качестве упрощенного механизма компенсации потерь кредитора, вызванных ненадлежащим исполнением должником основного обязательства, не является основанием для квалификации действий по сальдированию в качестве недействительной сделки с предпочтением.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ситуации, когда сумма договорной неустойки, подлежащей учету при сальдировании, явно несоразмерна последствиям допущенного нарушения основного обязательства, права и законные интересы несостоятельного подрядчика и его кредиторов подлежат защите посредством применения статьи 333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Несогласие конкурсного управляющего с начислением неустойки, суммами, использованными компанией при расчете сальдо, само по себе не влечет недействительность оспариваемого уведомления, поскольку оно не имеет заранее установленной силы по вопросу о размере взаимных предоставлений сторон субподрядных отношений (статья 71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основания для удовлетворения заявления конкурсного управляющего отсутствовали.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Судебная коллегия обратила внимание на возражения банка о том, что действия заказчика по установлению сальдо в данном случае совершены с нарушением положений статьи 319 ГК РФ и направлены на погашение требования компании по неустойке до погашения ее же требования о возмещении должником реального ущерба, не покрытого неустойкой.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данный довод банка подлежит проверке судом при рассмотрении обособленного спора по заявлению компании о включении в реестр требований кредиторов убытков и неустойки.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2023 г.",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2023 г., п. 4</dc:title>
  <dc:subject/>
  <dc:creator>CasusLegal</dc:creator>
  <cp:keywords/>
  <dc:description/>
  <cp:lastModifiedBy>CasusLegal</cp:lastModifiedBy>
  <cp:revision>1</cp:revision>
  <dcterms:created xsi:type="dcterms:W3CDTF">2026-08-16T11:31:35Z</dcterms:created>
  <dcterms:modified xsi:type="dcterms:W3CDTF">2026-08-16T11:31:35Z</dcterms:modified>
  <cp:category/>
</cp:coreProperties>
</file>