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 о несостоятельности (банкротстве) за 2024 год, п. 22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25.04.2025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25.04.2025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181 ГК РФ, ст. 196 ГК РФ, ст. 303 ГК РФ, ст. 395 ГК РФ, ст. 61.3 Закона о банкротстве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исковая давность, срок исковой давности, дополнительное требование, длящиеся правоотношения, реституция, проценты за пользование чужими денежными средствами, статья 395 ГК РФ, статья 1107 ГК РФ, неосновательное обогащение, оспаривание сделок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дополнительным требованиям, основанным на длящихся правоотношениях, исковые требования подлежат удовлетворению в пределах срока исковой давности, исчисляемого за периоды, предшествующие подаче искового заявления.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деле о банкротстве конкурсный управляющий оспорил платежную операцию должника, совершенную в пользу аффилированной компании в пределах шести месяцев до возбуждения дела о банкротстве (пункты 1 и 3 статьи 61.3 Закона о банкротстве).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 этого конкурсным управляющим предъявлено требование о взыскании процентов за пользование чужими денежным средствами, начисленных на сумму реституции за период со дня совершения платежной операции по момент исполнения реституционного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удовлетворили заявленные требования, взыскав проценты за весь испрашиваемый период. Отклоняя возражения ответчика о пропуске срока исковой давности, суды указали, что он начал исчисляться после вступления в законную силу судебного акта о применении последствий недействительности сделки.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Федерации, отменяя принятые по обособленному спору судебные акты и направляя спор на новое рассмотрение, указала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Требование об уплате процентов является дополнительным к реституционному (пункт 2 статьи 181, статьи 207, 395, 1103 и 1107 ГК РФ), в связи с чем к нему применяется годичный срок исковой давности, исчисляемый с момента, когда арбитражному управляющему стало известно о наличии пороков недействительности у оспариваемой сделки.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бы арбитражный управляющий предъявил одновременно требование об оспаривании сделки и взыскании процентов за пользование чужими денежными средствами (то есть главное и дополнительное требования), он ввиду осведомленности аффилированного ответчика о пороках недействительности с момента получения платежа был бы вправе требовать взыскания процентов за весь испрашиваемый период.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поскольку в рассматриваемом случае сначала был предъявлен иск о применении последствий недействительности оспоримой сделки, а только затем в отдельном обособленном споре заявлено о взыскании процентов, период взыскания процентов должен исчисляться иным образом.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Пользование денежными средствами является длящимся отношением, оно продолжается до момента возврата денег. По смыслу пункта 3 статьи 395 ГК РФ проценты за пользование чужими денежными средствами взимаются за каждый день просрочки возврата. Следовательно, с истечением каждого нового дня незаконного пользования деньгами возникает новое обязательство по уплате процентов за этот день.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управляющий вправе требовать выплаты процентов за пользование чужими денежными средствами, начисленных на сумму, взысканную в порядке реституции, за годичный период, предшествующий дню предъявления иска о взыскании процентов (пункт 2 статьи 181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другом деле Судебная коллегия по экономическим спорам Верховного Суда Российской Федерации пришла к аналогичному выводу применительно к требованию о возмещении доходов, которые должно было извлечь лицо, незаконно пользовавшееся чужим имуществом (статья 303 ГК РФ). Исковые требования подлежат удовлетворению за трехлетний период, предшествовавший дате обращения в суд с соответствующим иском (статья 196 ГК РФ).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 о несостоятельности (банкротстве) за 2024 год", п. 22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 о несостоятельности (банкротстве) за 2024 год, п. 22</dc:title>
  <dc:subject/>
  <dc:creator>CasusLegal</dc:creator>
  <cp:keywords/>
  <dc:description/>
  <cp:lastModifiedBy>CasusLegal</cp:lastModifiedBy>
  <cp:revision>1</cp:revision>
  <dcterms:created xsi:type="dcterms:W3CDTF">2026-08-16T11:29:07Z</dcterms:created>
  <dcterms:modified xsi:type="dcterms:W3CDTF">2026-08-16T11:29:07Z</dcterms:modified>
  <cp:category/>
</cp:coreProperties>
</file>