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2024 год, п. 15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413 ГК РФ, ст. 61.20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убытки, корпоративная ответственность, контролирующие лица, банкротство, статья 61.20 Закона о банкротстве, субсидиарная ответственность, ликвидационная квота, статья 413 ГК РФ, статьи 15, 393 ГК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 взыскании убытков с контролирующих должника лиц по корпоративным основаниям должно быть отказано в части, превышающей размер требований кредиторов, если ликвидационная квота подлежит распределению между теми же контролирующими лицами.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должника кредитор обратился в суд с заявлением о взыскании убытков в солидарном порядке с двух лиц: бывшего руководителя и единственного участника должника. Основанием для взыскания являлось перечисление участнику должника заемных денежных средств. При этом общий размер заявленных убытков превышал общий размер требований кредиторов, включенных в реестр.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отменяя принятые по обособленному спору судебные акты и направляя спор на новое рассмотрение,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 о взыскании с контролирующего должника лица убытков по корпоративным основаниям кредитор или арбитражный управляющий подают от имени самого должника (пункт 2 статьи 61.20 Закона о банкротстве), который выступает прямым выгодоприобретателем по иску. Цена данного иска по общему правилу не ограничена размером требований кредиторов, определяется в порядке, предусмотренном статьями 15, 393 ГК РФ, и равна сумме всех убытков, причиненных контролирующим лицом подконтрольной организации.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Предъявление кредитором иска о взыскании убытков, превышающих размер требований кредиторов должника, направлено на компенсацию потерь самого должника, то есть заявлено кредитором в интересах лиц, обладающих правом на получение ликвидационной квоты. Таким лицом в данном деле является участник должника, который стал одновременно взыскателем и должником по иску о взыскании убытков, что недопустимо.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у них отсутствовал подлежащий защите правомерный интерес в части убытков, превышающих размер требований кредиторов должника. Указанное обстоятельство является самостоятельным основанием для отказа в удовлетворении иска о взыскании убытков в превышающей части.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применительно к схожим обстоятельствам, в которых до рассмотрения требования о взыскании убытков по корпоративным основаниям контролирующее лицо уже было привлечено к субсидиарной ответственности, Судебная коллегия по экономическим спорам Верховного Суда Российской Федерации отметила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 о привлечении к субсидиарной ответственности является способом защиты гражданско-правового сообщества кредиторов, размер ответственности по нему ограничен общей суммой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Взыскание с контролирующего лица, уже привлеченного к субсидиарной ответственности, дополнительного возмещения в виде корпоративных убытков направлено на нивелирование потерь общества, относимых на лиц, обладающих правом на получение ликвидационной квоты. Однако именно контролирующее лицо, заявленное в качестве ответчика, было фактическим руководителем и единственным бенефициаром (участником) общества. Ввиду фактического совпадения кредитора и должника (статья 413 ГК РФ) отсутствовал субъект, чей правомерный интерес подлежал защите.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Участие арбитражного управляющего в деле о банкротстве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 его ответственность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2024 год", п. 15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2024 год, п. 15</dc:title>
  <dc:subject/>
  <dc:creator>CasusLegal</dc:creator>
  <cp:keywords/>
  <dc:description/>
  <cp:lastModifiedBy>CasusLegal</cp:lastModifiedBy>
  <cp:revision>1</cp:revision>
  <dcterms:created xsi:type="dcterms:W3CDTF">2026-08-16T11:30:05Z</dcterms:created>
  <dcterms:modified xsi:type="dcterms:W3CDTF">2026-08-16T11:30:05Z</dcterms:modified>
  <cp:category/>
</cp:coreProperties>
</file>