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 о несостоятельности (банкротстве) за 2024 год, п. 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25.04.2025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25.04.2025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308 ГК РФ, ст. 323 ГК РФ, ст. 325 ГК РФ, ст. 384 ГК РФ, ст. 390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субсидиарная ответственность, поручительство, уступка требования, солидарные обязательства, банкротство гражданина, ст. 384 ГК РФ, ст. 325 ГК РФ, ст. 390 ГК РФ, солидарные должники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уступке кредитором требования по общему правилу передаются все иные связанные с ним требования как упомянутые в договоре уступки, так и не упомянутые в нем.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деле о банкротстве кооператива требование банка, вытекающее из кредитного договора, включено в реестр. Гражданин, являвшийся контролирующим лицом кооператива, привлечен к субсидиарной ответственности; в размер ответственности гражданина вошло в том числе требование банка по кредиту.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После этого требование из субсидиарной ответственности реализовано на торгах и уступлено цессионарию.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заявлению цессионария возбуждено дело о банкротстве гражданина, введена процедура реализации имущества, требование цессионария из субсидиарной ответственности включено в реестр.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гражданин, помимо прочего, являлся поручителем перед банком по кредиту кооператива, банк обратился с заявлением о включении требования из поручительства в реестр.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заявление, суды исходили из того, что требование, основанное на субсидиарной ответственности по долгам кооператива, и требование из поручительства обладают различной правовой природой, в связи с чем оба требования подлежат включению в реестр, при этом цессионарию было уступлено только одно из них, тогда как другое требование по-прежнему принадлежит банку.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Федерации, отменяя принятые по обособленному спору судебные акты и отказывая по включении требования в реестр, указала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Долг по кредиту, обеспеченный поручительством гражданина, в деле о банкротстве кооператива вошел в размер субсидиарной ответственности гражданина.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Обязательства поручителя (из договора поручительства) и контролирующего должника лица (из субсидиарной ответственности) направлены на защиту одного экономического (имущественного) интереса кредитора, заключающегося в возврате задолженности основного должника. Такие обязательства являются как солидарными по отношению к задолженности основного должника, так и опосредованно солидарными между собой. Двойное исполнение по ним недопустимо (пункт 1 статьи 325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Изолированная уступка одного из солидарных обязательств приводила бы к ситуации, при которой цедент, получив исполнение или произведя взыскание по оставшемуся у него обязательству, мог бы одновременно прекратить обязательство, перешедшее к цессионарию. Возможность такого недобросовестного и противоречащего абзацу пятому пункта 2 статьи 390 ГК РФ поведения не отвечает существу отношений цессии, поскольку создает на стороне цессионария неопределенность в его правовом положении, зависящую исключительно от воли цедента.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толковании условий договора уступки требования, входящего в состав солидарных обязательств, следует по общему правилу исходить из единовременной уступки всех требований, входящих в состав таких обязательств, как упомянутых в договоре, так и не упомянутых в нем. Все уступаемые требования в изложенном смысле являются связанными между собой (пункт 1 статьи 384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после реализации на торгах в деле о банкротстве кооператива прав из субсидиарной ответственности (в объем которой вошел долг по кредиту) были уступлены и все иные солидарные обязательства, принадлежащие банку, в связи с чем в настоящее время он не является кредитором по договору поручительства.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другом деле Судебная коллегия по экономическим спорам Верховного Суда Российской Федерации применительно к схожим обстоятельствам указала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Реституционное обязательство стороны договора о возврате обществу сумм, полученных по недействительной сделке, и обязательство бывшего директора (причинителя убытков) о возмещении обществу реального ущерба возникли из разных оснований, однако направлены на удовлетворение одного экономического интереса, а должник вправе получить исполнение только единожды. В целях исключения неосновательного обогащения к обязательствам подлежали применению нормы о солидарных обязательствах (статья 323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смыслу пункта 1 статьи 384, пункта 1 статьи 308 ГК РФ цедент, обладающий требованием к нескольким солидарным должникам, уступая требование к одному из них, также уступает требование к другим солидарным должникам, если иное не предусмотрено договором, на основании которого производится уступка.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 о несостоятельности (банкротстве) за 2024 год", п. 4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 о несостоятельности (банкротстве) за 2024 год, п. 4</dc:title>
  <dc:subject/>
  <dc:creator>CasusLegal</dc:creator>
  <cp:keywords/>
  <dc:description/>
  <cp:lastModifiedBy>CasusLegal</cp:lastModifiedBy>
  <cp:revision>1</cp:revision>
  <dcterms:created xsi:type="dcterms:W3CDTF">2026-08-16T11:28:07Z</dcterms:created>
  <dcterms:modified xsi:type="dcterms:W3CDTF">2026-08-16T11:28:07Z</dcterms:modified>
  <cp:category/>
</cp:coreProperties>
</file>