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10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14.10.2020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14.10.2020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защита прав потребителей, ст. 807 ГК РФ, микрофинансовая деятельность, Федеральный закон № 151-ФЗ, потребительский кредит (займ), Федеральный закон № 353-ФЗ, полная стоимость кредита, предельное значение полной стоимости, Банк России, микрозайм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заемщика по договору займа, заключенному с микрофинансовой организацией, не может быть взыскана денежная сумма, превышающая предельное значение полной стоимости микрозайма, определяемое Банком России в установленном законом порядке.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Коллекторское агентство обратилось в суд с иском к С. о взыскании задолженности по договору займа.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11 сентября 2015 г. между микрофинансовой организацией и С. заключен договор потребительского займа, в соответствии с которым кредитор передал заемщику денежные средства в сумме 25 000 руб. сроком до 1 октября 2015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 пользование займом заемщик обязался уплачивать проценты в размере 475% годовых от суммы займа, что составляет 1,5% в день (индивидуальные условия договора потребительского займа).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условиям договора уплата суммы займа и процентов за пользование им производится заемщиком однократно и единовременно в размере 31 825 руб., из них 25 000 руб. - сумма основного долга, 6825 руб. - проценты за пользование займом.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17 июля 2017 г. между микрофинансовой организацией (цедентом) и коллекторским агентством (цессионарием) заключен договор, по которому цедент передал, а цессионарий принял в полном объеме требования к С., возникшие из договора потребительского займа от 11 сентября 2015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С. обязательства по возврату суммы займа и уплате процентов за пользование им не исполнила.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исковые требования, суд первой инстанции, с которым согласился суд апелляционной инстанции, признал правильным расчет ответчиком суммы долга по состоянию на 23 марта 2017 г. в размере 195 990 руб., в том числе основного долга - 24 500 руб. и процентов - 171 490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Федерации, признавая состоявшиеся судебные постановления вынесенными с нарушением норм материального права и направляя дело на новое апелляционное рассмотрение, руководствовалась положениями п. 3 ст. 807 ГК РФ, ч. 2 ст. 3 Федерального закона от 2 июля 2010 г. № 151-ФЗ "О микрофинансовой деятельности и микрофинансовых организациях" и ст. 6 Федерального закона от 21 декабря 2013 г. № 353-ФЗ "О потребительском кредите (займе)" в редакции, действовавшей на момент заключения сторонами договора, и указала, что законом установлены ограничения полной стоимости потребительского кредита (займа), предоставляемого микрофинансовой организацией гражданину, предельный размер которой зависит, в частности, от суммы кредита (займа), срока его возврата и наличия либо отсутствия обеспечения по кредиту.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Предельные значения полной стоимости потребительских кредитов (займов), подлежащие применению для договоров, заключенных в IV квартале 2015 года микрофинансовыми организациями с физическими лицами, для потребительских микрозаймов без обеспечения в сумме до 30 000 руб. на срок до 1 месяца были установлены Банком России в размере 906,639% при их среднерыночном значении 679,979%.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этим значениям полная стоимость микрозайма, предоставленного микрофинансовой организацией С. в сумме 25 000 руб. на срок 21 день, была определена договором в размере 474,5%.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судом взысканы проценты исходя из указанной выше ставки за пользование кредитом с 11 сентября 2015 г. по 23 марта 2017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судом не учтено, что для потребительских микрозаймов без обеспечения на сумму до 30 000 руб. сроком свыше года предельное значение полной стоимости такого кредита (займа) Банком России установлено в размере 136,024% при среднерыночном значении 102,018%.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с ответчика взыскана денежная сумма, превышающая предельное значение полной стоимости микрозайма, определенное Банком России в установленном законом порядке.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Российской Федерации от 19 февраля 2019 г. № 80-КГ18-15)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10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10</dc:title>
  <dc:subject/>
  <dc:creator>CasusLegal</dc:creator>
  <cp:keywords/>
  <dc:description/>
  <cp:lastModifiedBy>CasusLegal</cp:lastModifiedBy>
  <cp:revision>1</cp:revision>
  <dcterms:created xsi:type="dcterms:W3CDTF">2026-08-16T11:30:21Z</dcterms:created>
  <dcterms:modified xsi:type="dcterms:W3CDTF">2026-08-16T11:30:21Z</dcterms:modified>
  <cp:category/>
</cp:coreProperties>
</file>