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по делам о защите прав потребителей, п. 5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14.10.2020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14.10.2020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Статья 24 Закона о защите прав потребителей, пункт 6 статьи 24, пункт 5 статьи 24, потребительский кредит, Федеральный закон № 353-ФЗ, индивидуальный предприниматель, возврат товара ненадлежащего качества, проценты по кредиту, защита прав потребителей, судебная практика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п. 6 ст. 24 Закона о защите прав потребителей при возврате товара ненадлежащего качества потребитель имеет право на возмещение уплаченных им процентов и иных платежей по договору потребительского кредита (займа), если данный кредит предоставлен ему как потребителю для приобретения этого товара.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ОЗПП обратилась в суд в защиту интересов Д. с иском к продавцу о расторжении договора купли-продажи автомобиля, взыскании денежных сумм, в том числе процентов по кредиту, ссылаясь на то, что в период действия гарантийного срока в товаре были выявлены существенные производственные недостатки, влияющие на безопасность транспортного средства и делающие его эксплуатацию невозможной.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Удовлетворяя иск частично, суд первой инстанции, с которым согласился суд апелляционной инстанции, расторг договор купли-продажи и взыскал с продавца в пользу Д. уплаченные за автомобиль денежные средства, разницу между его ценой на день покупки и на день вынесения решения, расходы на приобретение и установку дополнительного оборудования, неустойку, компенсацию морального вреда, штраф, судебные расходы, а также проценты по кредиту.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гражданским делам Верховного Суда Российской Федерации, признавая решение суда первой инстанции и апелляционное определение суда апелляционной инстанции в части взыскания процентов по кредиту и штрафа вынесенными с нарушением норм материального права и направляя дело в этой части на новое апелляционное рассмотрение, указала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Удовлетворяя исковые требования, в том числе и требование о взыскании процентов по кредиту, суд первой инстанции, ссылаясь на положения пп. 5 и 6 ст. 24 Закона о защите прав потребителей, исходил из того, что выплаченные Д. банку проценты по кредитному договору подлежат возмещению.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Однако суд не учел, что в соответствии с п. 5 ст. 24 Закона о защите прав потребителей в случае возврата товара ненадлежащего качества, проданного в кредит, потребителю возвращается уплаченная за товар денежная сумма в размере погашенного ко дню возврата указанного товара кредита, а также возмещается плата за предоставление кредита.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Данная норма права регулирует правоотношения, связанные с приобретением товара с отсрочкой или рассрочкой платежа, предоставленными самим продавцом (ст. 488, 489 ГК РФ), а следовательно, к правоотношениям, когда товар приобретен за счет кредитных средств, применению не подлежит.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Возмещение истцу убытков при возврате товара ненадлежащего качества, приобретенного потребителем за счет потребительского кредита (займа), предусмотрено п. 6 ст. 24 Закона о защите прав потребителей, согласно которому продавец обязан возвратить потребителю уплаченную за товар денежную сумму, а также возместить уплаченные потребителем проценты и иные платежи по договору потребительского кредита (займа).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Отношения, возникающие в связи с предоставлением потребительского кредита (займа) физическому лицу в целях, не связанных с осуществлением предпринимательской деятельности, на основании кредитного договора, договора займа и исполнением соответствующего договора, регулируются Федеральным законом от 21 декабря 2013 г. № 353-ФЗ "О потребительском кредите (займе)".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Судом установлено, что банк предоставил Д. кредит, использованный на оплату части стоимости приобретенного автомобиля, как индивидуальному предпринимателю.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Более того, в п. 2.1 кредитного договора указано, что предоставление кредита осуществляется путем перечисления денежных средств на счет заемщика в банке, а раздел 3 указанного договора предусматривает обязанность заемщика по представлению бухгалтерской отчетности и налоговых деклараций по деятельности индивидуального предпринимателя Д.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учетом того, что стороной в кредитном договоре истец выступал не как потребитель, а как индивидуальный предприниматель, положения п. 6 ст. 24 Закона о защите прав потребителей к спорным правоотношениям применению не подлежали, что не было учтено судами при рассмотрении данного спора.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(Определение Судебной коллегии по гражданским делам Верховного Суда Российской Федерации от 28 января 2020 г. № 9-КГ19-15)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по делам о защите прав потребителей", п. 5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по делам о защите прав потребителей, п. 5</dc:title>
  <dc:subject/>
  <dc:creator>CasusLegal</dc:creator>
  <cp:keywords/>
  <dc:description/>
  <cp:lastModifiedBy>CasusLegal</cp:lastModifiedBy>
  <cp:revision>1</cp:revision>
  <dcterms:created xsi:type="dcterms:W3CDTF">2026-08-16T11:28:07Z</dcterms:created>
  <dcterms:modified xsi:type="dcterms:W3CDTF">2026-08-16T11:28:07Z</dcterms:modified>
  <cp:category/>
</cp:coreProperties>
</file>