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19.10.2022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19.10.2022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Закон о защите прав потребителей, маркетинговые программы, бонусные программы, публичная оферта, неопределенный круг потребителей, ст. 10 Закона о защите прав потребителей, ст. 437 ГК РФ, ст. 46 ГПК РФ, устранение нарушений, иск общественной организации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отношения потребителя и исполнителя по реализации маркетинговых программ и иных способов продвижения услуг могут распространяться положения Закона о защите прав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Устранение нарушений прав отдельного потребителя не является основанием для отказа в удовлетворении исковых требований, заявленных в отношении неопределенного круга потребителей, участвующих в тех же правоотношениях.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Общественная организация обратилась в суд с иском к обществу о защите прав неопределенного круга потребителей, указав, что от Т. в данную организацию поступило обращение о совершении ответчиком противоправных действий, выразившихся в массовом обмане потребителей при начислении миль (баллов) в рамках бонусной программы и предоставлении потребителям недостоверной информации о количестве миль, полагающихся за совершенные покупки.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удовлетворении иска, суды исходили из того, что на возникшие правоотношения по реализации маркетинговых программ не распространяются положения Закона о защите прав потребителей, а также что правила бонусной программы не могут ущемлять права неопределенного круга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с принятыми по делу судебными постановлениями не согласилась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отсутствие на стороне ответчика обязанности по доведению до потребителей полной и достоверной информации об условиях начисления миль (баллов), суд исходил из того, что их начисление является бесплатным и не подпадает под действие ст. 10 Закона о защите прав потребителей, предусматривающей обязанность изготовителя (исполнителя, продавца) своевременно предоставлять потребителю необходимую и достоверную информацию о товарах (работах, услугах).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этот вывод сделан без учета и оценки того обстоятельства, что бонусная программа ответчика, как это было установлено по делу, является маркетинговым мероприятием, направленным на выявление и удовлетворение потребностей неопределенной группы потребителей путем создания, продвижения и представления продукта или услуги покупателям, а также управления взаимоотношениями с ними с целью получения прибыли.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ст. 46 ГПК РФ в случаях, предусмотренных законом, органы государственной власти, органы местного самоуправления, организации или граждане вправе обратиться в суд с заявлением в защиту прав, свобод и законных интересов других лиц по их просьбе либо в защиту прав, свобод и законных интересов неопределенного круга лиц.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Существование в гражданском процессе института защиты прав других лиц является одной из гарантий осуществления конституционного права каждого на судебную защиту его прав и свобод.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пп. 1 и 2 ст. 437 ГК РФ реклама и иные предложения, адресованные неопределенному кругу лиц, рассматриваются как приглашение делать оферты, если иное прямо не указано в предложении.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Содержащее все существенные условия договора предложение, из которого усматривается воля лица, делающего предложение, заключить договор на указанных в предложении условиях с любым, кто отзовется, признается офертой (публичная оферта).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вводной частью правил бонусной программы ответчика данные правила являются публичной офертой, адресованной всем заинтересованным лицам, на участие в данной программе на определенных в правилах условиях без ограничения срока для акцепта и возможности досрочного отзыва данной оферты.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Тем самым правила распространяют свое действие на неопределенный круг лиц.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этого обязанность ответчика по правильному и своевременному начислению миль (баллов) должна соблюдаться в отношении всех участников программы независимо от того, обратились ли они впоследствии с соответствующими требованиями.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Эта обязанность является безусловной, вследствие чего ссылка судов на то, что в отношении Т. нарушение было устранено, не может служить основанием для отказа в удовлетворении исковых требований, заявленных в отношении неопределенного круга лиц, которые могли оказаться в этой же ситуации и не знать о ней без размещения соответствующей информации на официальном сайте ответчика.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Судебная коллегия отменила состоявшиеся по делу судебные постановления, а дело направила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РФ от 8 февраля 2022 г. № 5-КГ21-191-К2)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4</dc:title>
  <dc:subject/>
  <dc:creator>CasusLegal</dc:creator>
  <cp:keywords/>
  <dc:description/>
  <cp:lastModifiedBy>CasusLegal</cp:lastModifiedBy>
  <cp:revision>1</cp:revision>
  <dcterms:created xsi:type="dcterms:W3CDTF">2026-08-16T11:31:04Z</dcterms:created>
  <dcterms:modified xsi:type="dcterms:W3CDTF">2026-08-16T11:31:04Z</dcterms:modified>
  <cp:category/>
</cp:coreProperties>
</file>