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по делам о защите прав потребителей, п. 11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18.10.2023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18.10.2023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защита прав потребителей, недействительность условий договора, ничтожность, опционный договор, абонентский договор, возврат денежных средств, статья 16 Закона о защите прав потребителей, статья 168 ГК РФ, статья 429.3 ГК РФ, ущемление прав потребителя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Условие договора, согласно которому у потребителя при отказе от исполнения договора отсутствует или ограничивается право на возврат уплаченных денежных средств, является недействительным, как ущемляющее права потребителя.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К. обратился в суд с иском к обществу-1 (исполнителю) о взыскании уплаченных по договору денежных средств и штрафа за несоблюдение в добровольном порядке удовлетворения требований потребителя.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Судом по делу установлено следующее.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9 октября 2021 г. К. (покупатель) заключил с обществом-2 (продавец) договор купли-продажи автомобиля и дополнительное соглашение к нему.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11 октября 2021 г. между К. (заказчик) и обществом-1 (исполнитель, ответчик по делу) подписан договор, в рамках которого между сторонами заключены абонентский договор на обслуживание автомобиля и опционный договор на право требования денежных платежей в соответствии со ст. ст. 429.3 и 429.4 ГК РФ.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абонентскому договору исполнителем заказчику за плату предоставляется абонентское обслуживание - право получения в порядке и на условиях, указанных в приложении к договору, следующих услуг: "аварийный комиссар, получение справок из МВД, получение справки из Гидрометцентра, независимая экспертиза недвижимого имущества и автотранспорта, доставка документов, круглосуточная эвакуация автомобиля, техническая помощь, юридическая консультация по недвижимости и по транспорту, трезвый водитель, трансфер, поиск автомобиля, персональный менеджер".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По опционному договору заказчик получает право требования от исполнителя денежных платежей в адрес любой из указанных в нем станций технического обслуживания автомобилей (бенефициара).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Исполнитель выдает заказчику независимую гарантию, в соответствии с которой станция технического обслуживания автомобилей, указанная как бенефициар в независимой гарантии, где заказчик будет осуществлять техническое обслуживание транспортного средства, получает право требования от исполнителя денежных средств на оплату технического обслуживания автомобиля заказчика в сумме и на условиях, изложенных в независимой гарантии.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договоре от 11 октября 2021 г. указано, что общая цена договора составляет 150 000 руб. и складывается из цены абонентского обслуживания в размере 45 000 руб. и цены опционного договора - 105 000 руб. Договор действует с 11 октября 2021 г. по 10 октября 2026 г.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11 октября 2021 г. ответчик выдал истцу независимую гарантию на срок с 11 октября 2021 г. по 10 октября 2026 г. с суммой гарантии 367 500 руб., по условиям которой она обеспечивает исполнение принципалом основного обязательства перед бенефициаром по договору о плановом техническом обслуживании транспортного средства.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13 октября 2021 г. К. направил в адрес общества-1 претензию об отказе от исполнения договора и о возврате уплаченных по нему денежных средств.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18 ноября 2021 г. ответчик возвратил истцу часть платы за абонентское обслуживание за неиспользованный период в размере 44 827 руб., в удовлетворении остальных изложенных в претензии требований отказал.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Удовлетворяя иск, суд первой инстанции исходил из того, что истец как потребитель вправе отказаться от договора и потребовать возврата уплаченных по нему денежных средств в полном объеме, поскольку ответчик в части, касающейся опционного договора, каких-либо расходов по его исполнению не понес.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Отменяя решение суда и принимая новое решение об отказе в иске, суд апелляционной инстанции указал, что условиями договора, с которыми истец был ознакомлен и согласен, не предусмотрен возврат платежа при прекращении опционного договора. При этом суд апелляционной инстанции исходил из того, что условие опционного договора о невозврате платежа не ущемляет права потребителя, поскольку это прямо предусмотрено законом.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Кассационный суд общей юрисдикции оставил апелляционное определение без изменения.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Судебная коллегия по гражданским делам Верховного Суда РФ с выводами судов апелляционной и кассационной инстанций не согласилась в связи со следующим.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п. 1 ст. 422 ГК РФ договор должен соответствовать обязательным для сторон правилам, установленным законом и иными правовыми актами (императивным нормам), действующим в момент его заключения.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ст. 168 ГК РФ закреплено, что, за исключением случаев, предусмотренных п. 2 этой статьи или иным законом, сделка, нарушающая требования закона или иного правового акта, является оспоримой, если из закона не следует, что должны применяться другие последствия нарушения, не связанные с недействительностью сделки. Сделка, нарушающая требования закона или иного правового акта и при этом посягающая на публичные интересы либо права и охраняемые законом интересы третьих лиц, ничтожна, если из закона не следует, что такая сделка оспорима или должны применяться другие последствия нарушения, не связанные с недействительностью сделки.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силу п. 1 ст. 16 Закона о защите прав потребителей недопустимыми условиями договора, ущемляющими права потребителя, являются условия, которые нарушают правила, установленные международными договорами Российской Федерации, данным Законом, законами и принимаемыми в соответствии с ними иными нормативными правовыми актами Российской Федерации, регулирующими отношения в области защиты прав потребителей. Недопустимые условия договора, ущемляющие права потребителя, ничтожны.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Если включение в договор условий, ущемляющих права потребителя, повлекло причинение убытков потребителю, они подлежат возмещению продавцом (изготовителем, исполнителем, импортером, владельцем агрегатора) в полном объеме в соответствии со ст. 13 данного Закона.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п. 2 названной статьи к недопустимым условиям договора, ущемляющим права потребителя, в том числе относятся: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условия, которые устанавливают для потребителя штрафные санкции или иные обязанности, препятствующие свободной реализации права, установленного ст. 32 этого Закона (подп. 3);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иные условия, нарушающие правила, установленные международными договорами Российской Федерации, данным Законом, законами и принимаемыми в соответствии с ними иными нормативными правовыми актами Российской Федерации, регулирующими отношения в области защиты прав потребителей (подп. 15).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Пунктом 76 постановления Пленума Верховного Суда РФ от 23 июня 2015 г. № 25 "О применении судами некоторых положений раздела I части первой Гражданского кодекса Российской Федерации" разъяснено, что ничтожными являются условия сделки, заключенной с потребителем, не соответствующие актам, содержащим нормы гражданского права, обязательные для сторон при заключении и исполнении публичных договоров (ст. 3, пп. 4 и 5 ст. 426 ГК РФ), а также условия сделки, при совершении которой был нарушен явно выраженный законодательный запрет ограничения прав потребителей (например, п. 2 ст. 16 Закона о защите прав потребителей, ст. 29 Федерального закона от 2 декабря 1990 г. № 395-I "О банках и банковской деятельности").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Названные требования закона и разъяснения Пленума Верховного Суда РФ судом апелляционной инстанции при рассмотрении спора не учтены, в связи с чем условие договора об отсутствии у заказчика права требовать возврата платежа при отказе от исполнения договора надлежащей оценки не получило.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(Определение Судебной коллегии по гражданским делам Верховного Суда РФ от 11 июля 2023 г. № 5-КГ23-57-К2)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по делам о защите прав потребителей", п. 11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по делам о защите прав потребителей, п. 11</dc:title>
  <dc:subject/>
  <dc:creator>CasusLegal</dc:creator>
  <cp:keywords/>
  <dc:description/>
  <cp:lastModifiedBy>CasusLegal</cp:lastModifiedBy>
  <cp:revision>1</cp:revision>
  <dcterms:created xsi:type="dcterms:W3CDTF">2026-08-16T11:28:30Z</dcterms:created>
  <dcterms:modified xsi:type="dcterms:W3CDTF">2026-08-16T11:28:30Z</dcterms:modified>
  <cp:category/>
</cp:coreProperties>
</file>