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10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Защита прав потребителей, статья 429.4 ГК РФ, статья 782 ГК РФ, статья 32 Закона о защите прав потребителей, абонентский договор, отказ от исполнения договора, возврат денежных средств, фактически понесенные расходы, бремя доказывания, статья 779 ГК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Потребитель в случае отказа от исполнения абонентского договора вправе требовать возврата денежных сумм, уплаченных за период действия договора, на который он досрочно прекращен.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П. обратился в суд с иском к обществу (исполнителю) о защите прав потребителя, указав, что в процессе оформления кредита на приобретение автомобиля ему была навязана дополнительная услуга "Техническая помощь на дороге", исполнителем которой является ответчик. Денежные средства в размере 255 000 руб. за указанную услугу списаны банком с кредитного счета истца.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Заявление потребителя о расторжении договора и возврате уплаченных денежных средств общество оставило без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иск П. удовлетворен частично.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инстанции, отменяя решение суда и принимая по делу новое решение об отказе в иске, сослался на то, что истец вступил в отношения с обществом (ответчиком по делу) только относительно услуг по оказанию технической помощи на дороге, при этом денежные средства в размере 255 000 руб. уплачены П. автосалону (продавцу), а следовательно, оснований для их взыскания с общества не имеется.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данными выводами суда апелляционной инстанции согласился кассационный суд общей юрисдикции.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отменила состоявшиеся по делу постановления судов апелляционной и кассационной инстанций в связи со следующим.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1 ст. 429.4 ГК РФ договором с исполнением по требованию (абонентским договором) признается договор, предусматривающий внесение одной из сторон (абонентом) определенных, в том числе периодических, платежей или иного предоставления за право требовать от другой стороны (исполнителя) предоставления предусмотренного договором исполнения в затребованных количестве или объеме либо на иных условиях, определяемых абонентом.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п. 1 ст. 779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отношения, связанные с заключением договоров об оказании услуг, стороной которых является гражданин, использующий услугу в личных целях, распространяются положения законодательства о защите прав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ст. 32 Закона о защите прав потребителей и п. 1 ст. 782 ГК РФ 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приведенных положений закона следует, что потребитель в любое время вправе отказаться от исполнения договора об оказании услуг и потребовать возврата уплаченных по договору сумм за вычетом фактически понесенных исполнителем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Обязанность доказать наличие таких расходов и их размер в данном случае возлагается на исполнителя.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имеет место абонентский договор на оказание услуг, то потребитель имеет право требовать возврата денежных сумм, уплаченных за тот период действия договора, на который он досрочно прекращен.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данному делу суд апелляционной инстанции, отказав потребителю в возврате уплаченных по договору денежных сумм, названные положения закона не учел.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Судебная коллегия по гражданским делам Верховного Суда РФ указала, что суд апелляционной инстанции, ссылаясь на уплату денежных средств за услугу не ответчику, а автосалону, в нарушение положений ч. 2 ст. 56 и ст. 196 ГПК РФ не определил все имеющие значение для правильного разрешения спора обстоятельства и правоотношения сторон, в частности не определил, от чьего имени и за чей счет заключался договор на оказание услуг со стороны исполнителя.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РФ от 23 августа 2022 г. № 41-КГ22-23-К4)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10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10</dc:title>
  <dc:subject/>
  <dc:creator>CasusLegal</dc:creator>
  <cp:keywords/>
  <dc:description/>
  <cp:lastModifiedBy>CasusLegal</cp:lastModifiedBy>
  <cp:revision>1</cp:revision>
  <dcterms:created xsi:type="dcterms:W3CDTF">2026-08-16T11:31:05Z</dcterms:created>
  <dcterms:modified xsi:type="dcterms:W3CDTF">2026-08-16T11:31:05Z</dcterms:modified>
  <cp:category/>
</cp:coreProperties>
</file>