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публичная оферта, акцепт, договор розничной купли-продажи, дистанционный способ продажи, ст. 26.1 Закона о защите прав потребителей, ст. 437 ГК РФ, ст. 494 ГК РФ, постановление Правительства № 2463, существенные условия договора, односторонний отказ продавца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Продавец не вправе включать в публичную оферту условие о возможности отмены им в одностороннем порядке оформленного заказа.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В. обратился в суд с иском к обществу (продавцу) о возложении обязанности по передаче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установлено, что В. дистанционным способом заключил с ответчиком договор на покупку телевизора и оплатил товар. В определенную при оформлении заказа дату доставки товар В. не был передан, уплаченные за него денежные средства возвращены. Продавец, отказавшись передать товар, ссылался на то, что указанного в заказе телевизора не оказалось в наличии.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иск удовлетворен, на общество возложена обязанность передать телевизор истцу.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Отменяя решение суда первой инстанции и принимая новое решение об отказе в иске, суд апелляционной инстанции, сославшись на условие публичной оферты общества о праве продавца отменить оформленный заказ в случае отсутствия товара на складе, указал, что покупатель был ознакомлен с данными условиями, размещенными на сайте интернет-магазина, в связи с чем у продавца не возникло обязанности по передаче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Кассационный суд общей юрисдикции согласился с выводами суда апелляционной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 отменила постановления судов апелляционной и кассационной инстанций и направила дело на новое апелляционное рассмотрение, указав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Гражданские права и обязанности возникают из договоров и иных сделок, предусмотренных законом (подп. 1 п. 1 ст. 8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п. 1 ст. 420 ГК РФ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пп. 1 и 2 ст. 432 данного Кодекса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Договор заключается посредством направления оферты (предложения заключить договор) одной из сторон и ее акцепта (принятия предложения) другой стороной.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п. 1 ст. 454 ГК РФ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п. 1 ст. 494 ГК РФ предложение товара в его рекламе, каталогах и описаниях товаров, обращенных к неопределенному кругу лиц, признается публичной офертой (п. 2 ст. 437), если оно содержит все существенные условия договора розничной купли-продажи.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п. 2 ст. 497 ГК РФ договор розничной купли-продажи может быть заключен на основании ознакомления покупателя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способами,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Аналогичное определение продажи товаров дистанционным способом дано в п. 1 ст. 26.1 Закона о защите прав потребителей.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соответствии с п. 12 Правил продажи товаров по договору розничной купли-продажи, утвержденных постановлением Правительства РФ от 31 декабря 2020 г. № 2463, при дистанционном способе продажи товара продавец обязан заключить договор розничной купли-продажи с любым лицом, выразившим намерение приобрести товар на условиях оферты.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п. 13 указанных Правил договор розничной купли-продажи считается заключенным с момента выдачи продавцом потребителю кассового или товарного чека либо иного документа, подтверждающего оплату товара, или с момента получения продавцом сообщения потребителя о намерении заключить договор розничной купли-продажи.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Размещенное на сайте общества предложение о продаже телевизора, обращенное к неопределенному кругу лиц, содержало все существенные условия договора - подробную информацию о товаре, цену, в связи с чем являлось публичной офертой.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В., оформив заказ товара и оплатив его стоимость, осуществил акцепт оферты, т.е. между сторонами заключен договор купли-продажи, в связи с чем у продавца возникла обязанность по передаче товара покупателю.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Доводы ответчика об отсутствии у него в наличии указанного в договоре телевизора объективными доказательствами не подтверждены и не свидетельствуют об утрате возможности исполнения договора, а сведений о снятии таких телевизоров с производства материалы дела не содержат.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таких обстоятельствах Судебная коллегия по гражданским делам Верховного Суда РФ признала ошибочными выводы судов апелляционной и кассационной инстанций о праве продавца в одностороннем порядке отменить оформленный заказ, т.е. фактически отказаться от исполнения договора купли-продажи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РФ от 4 апреля 2023 г. № 49-КГ22-28-К6)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4</dc:title>
  <dc:subject/>
  <dc:creator>CasusLegal</dc:creator>
  <cp:keywords/>
  <dc:description/>
  <cp:lastModifiedBy>CasusLegal</cp:lastModifiedBy>
  <cp:revision>1</cp:revision>
  <dcterms:created xsi:type="dcterms:W3CDTF">2026-08-16T11:31:14Z</dcterms:created>
  <dcterms:modified xsi:type="dcterms:W3CDTF">2026-08-16T11:31:14Z</dcterms:modified>
  <cp:category/>
</cp:coreProperties>
</file>