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публичная оферта, статья 494 ГК РФ, статья 437 ГК РФ, дистанционный способ продажи товара, статья 497 ГК РФ, статья 26.1 Закона о защите прав потребителей, Постановление Правительства РФ N 2463, акцепт оферты, злоупотребление правом, защита прав потребителей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Размещенное на сайте продавца предложение о продаже товара, обращенное к неопределенному кругу лиц и содержащее подробную информацию о товаре и его цене, является публичной офертой. После получения продавцом сообщения потребителя о намерении заключить договор на условиях публичной оферты продавец не вправе в одностороннем порядке изменить объявленную цену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 обратился в суд с иском к обществу (продавцу) о возложении обязанности по передаче приобретенного дистанционным способом товара, указав, что между сторонами спора через мобильное приложение заключен договор розничной купли-продажи товара и со счета истца списаны денежные средства в размере полной стоимости товара; впоследствии ответчик сообщил о невозможности доставки заказанного товара и возвратил истцу уплаченные денежные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 обратилось со встречным иском к А. о признании договора купли-продажи недействительным, ссылаясь на то, что на сайте ответчика произошел технический сбой, в результате которого цены на товар стали отражаться некорректно и явно несоразмерно обычной стоимости соответствующих товаров. После выявления технической ошибки А. направлено сообщение о невозможности выполнения заказа по указанным в нем ценам и предложено приобрести товар из заказа при условии доплаты до его полной фактической стоимости.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и признавая договор купли-продажи товара недействительным, суд первой инстанции исходил из того, что при его заключении имело место злоупотребление правом со стороны покупателя и заблуждение, вызванное технической ошибкой, со стороны продавца.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апелляционной и кассационной инстанций согласились с такими выводами.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признала состоявшиеся по делу судебные постановления вынесенными с существенными нарушениями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494 ГК РФ предложение товара в его рекламе, каталогах и описаниях товаров, обращенных к неопределенному кругу лиц, признается публичной офертой (п. 2 ст. 437 ГК РФ), если оно содержит все существенные условия договора розничной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п. 2 ст. 497 ГК РФ договор розничной купли-продажи может быть заключен на основании ознакомления покупателя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способами,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Аналогичное определение продажи товаров дистанционным способом дано в п. 1 ст. 26.1 Закона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пп. 12, 13 Правил продажи товаров по договору розничной купли-продажи, утвержденных постановлением Правительства РФ от 31 декабря 2020 г. № 2463, при дистанционном способе продажи товара продавец обязан заключить договор розничной купли-продажи с любым лицом, выразившим намерение приобрести товар на условиях оферты. 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договор розничной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дистанционном способе продажи товаров продавец обязан разместить на сайте публичную оферту и обеспечить возможность ознакомления с ней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Фиксация цены происходит в момент заключения договора между покупателем и интернет-магазином, который определяется моментом оформления заказа с присвоением ему номера, который позволяет потребителю получить информацию о заключенном договоре розничной купли-продажи и его условиях. Изменить цену, объявленную в момент оформления заказа, продавец в одностороннем порядке не вправе.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решения суда следует, что размещенное на сайте ответчика предложение о продаже товара, обращенное к неопределенному кругу лиц, содержало все существенные условия договора - подробную информацию о товаре, цену, в связи с чем являлось публичной офертой.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А. оформил заказ товаров и, оплатив их стоимость, осуществил акцепт оферты на предложенных продавцом условиях, т.е. между сторонами заключен договор купли-продажи, в связи с чем у продавца возникла обязанность по передаче товара покупателю. Однако ответчик, получив оплату по договору, товар в адрес покупателя не отправил, ссылаясь на иную фактическую стоимость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Установив данные обстоятельства, суд наличие со стороны покупателя злоупотребления правом не обосновал и не указал, каким образом А. с учетом периодически проводимых продавцом акций, принятия им заказа и полной оплаты по договору, должен был распознать наличие технической ошибки в публичной оферте.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6 июня 2023 г. № 16-КГ23-6-К4)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3</dc:title>
  <dc:subject/>
  <dc:creator>CasusLegal</dc:creator>
  <cp:keywords/>
  <dc:description/>
  <cp:lastModifiedBy>CasusLegal</cp:lastModifiedBy>
  <cp:revision>1</cp:revision>
  <dcterms:created xsi:type="dcterms:W3CDTF">2026-08-16T11:29:20Z</dcterms:created>
  <dcterms:modified xsi:type="dcterms:W3CDTF">2026-08-16T11:29:20Z</dcterms:modified>
  <cp:category/>
</cp:coreProperties>
</file>