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делам о защите прав потребителей, п. 13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23.10.2024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23.10.2024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35 Конституции РФ, ст. 820 ГК РФ, ст. 9 ФЗ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простая электронная подпись, Закон об электронной подписи (63-ФЗ), статья 160 ГК РФ, статья 820 ГК РФ, Закон о защите прав потребителей, индивидуальные условия договора, потребительский кредит, дистанционное заключение договора, электронный документ, идентификация подписанта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Заключение договора между кредитной организацией и клиентом - физическим лицом дистанционно в форме электронного документа, подписанного простой электронной подписью, обеспечивается возможностью идентификации лица, от имени которого составлен и отправлен электронный документ с использованием простой электронной подписи, осуществляемой не только через наличие присущих ей технических признаков - использование кодов, паролей или иных средств, но и через необходимость подтверждения факта формирования электронной подписи определенным лицом.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 обратился в суд с иском к Х. о взыскании задолженности по кредитному договору, указав на ненадлежащее исполнение Х. обязательств по соглашению о кредитовании, заключенному между сторонами в офертно-акцептной форме посредством информационного сервиса банка с использованием простой электронной подписи путем сообщения ответчиком смс-кода, направленного банком в смс-сообщении на номер ее мобильного телефона.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условиям договора потребительского кредита простая электронная подпись, проставленная при заключении договора посредством информационного сервиса путем ввода специального смс-кода, полученного на мобильный телефон заемщика, означает его согласие с договором, в том числе с общими условиями договора, которые являются общедоступными, размещаются в местах оформления кредита и на сайте банка в интернете.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суда, оставленным без изменения апелляционным определением, иск удовлетворен.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Кассационный суд общей юрисдикции оставил судебные постановления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РФ признала обжалуемые судебные постановления вынесенными с существенным нарушением норм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положений статьи 2, части 1 статьи 35 Конституции Российской Федерации, пунктов 1 и 2 статьи 1, статьи 153, пункта 1 статьи 160, пунктов 1 и 2 статьи 432, пункта 1 статьи 435, статьи 820 ГК РФ, статей 8 и 10 Закона о защите прав потребителей, статьи 5 и пункта 14 статьи 7 Закона о потребительском кредите (в редакции, действовавшей на момент возникновения спорных правоотношений), части 2 статьи 5, части 2 статьи 6 и статьи 9 Федерального закона от 6 апреля 2011 г. № 63-ФЗ "Об электронной подписи" следует, что при заключении договора потребительского кредита, а также при предложении дополнительных услуг, оказываемых кредитором и (или) третьими лицами, включая страхование жизни и (или) здоровья заемщика в пользу кредитора, а также иного страхового интереса заемщика, в том числе с помощью электронных либо иных технических средств, кредитором до сведения заемщика должна быть своевременно доведена необходимая и достоверная информация об услугах, обеспечивающая возможность их правильного выбора, при этом индивидуальные условия договора потребительского кредита должны быть в обязательном порядке согласованы кредитором и заемщиком индивидуально.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случае совершения лицом сделки с помощью электронных либо иных технических средств его письменная форма считается соблюденной, если эти средства позволяют воспроизвести на материальном носителе содержание договора в неизменном виде (в частности, при распечатывании).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Информация в электронной форме, подписанная простой электронной подписью, признается электронным документом, равнозначным документу на бумажном носителе, подписанному собственноручной подписью, в случаях, установленных федеральными законами или соглашением между участниками электронного взаимодействия, которые должны предусматривать в том числе правила определения лица, подписывающего электронный документ, по его простой электронной подписи.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Соответственно, для обеспечения документа, подписанного простой электронной подписью, юридической силой необходимо идентифицировать лицо, которое использует простую электронную подпись, понятие которой в законе определено не только через наличие присущих ей технических признаков - использование кодов, паролей или иных средств, но и через ее функциональные характеристики - необходимость подтверждения факта формирования электронной подписи определенным лицом.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изложенного легитимность электронного документа с простой электронной подписью, содержащего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соглашение, подтверждается наличием указания в нем лица, от имени которого составлен и отправлен электронный документ.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установленных судами обстоятельств следует, что все действия по оформлению заявки, заключению договора потребительского кредита и переводу денежных средств со счета ответчика в другой банк со стороны заемщика выполнены одним действием - набором цифрового кода-подтверждения.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суд первой инстанции, по существу, не поставил под сомнение указанные Х. обстоятельства заключения кредитного договора от ее имени без ее волеизъявления.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Х. обращала внимание судебных инстанций на то, что ей не была предоставлена надлежащая информация об услуге и условиях кредита, с ней не были согласованы индивидуальные условия договора, включая действия банка по перечислению денег на счет в другом банке. По мнению ответчика, банк действовал недобросовестно и неосмотрительно, что привело к моментальному хищению денежных средств третьими лицами, а факт наличия волеизъявления Х. на распоряжение зачисленными на ее счет денежными средствами истцом не доказан. По факту заключения кредитного договора от ее имени в результате мошеннических действий Х. обращалась в полицию и по телефону в банк, но деньги уже были списаны.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Данным действиям банка как профессионального участника этих правоотношений с точки зрения добросовестности, разумности и осмотрительности при заключении договора и исполнении обязательств судом первой инстанции в нарушение приведенных выше положений закона и его толкования никакой правовой оценки не дано.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таких обстоятельствах Судебная коллегия отменила состоявшиеся по делу судебные постановления и направила дело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гражданским делам Верховного Суда РФ от 5 декабря 2023 г. № 19-КГ23-32-К5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Аналогичная правовая позиция изложена также в определении Судебной коллегии по гражданским делам Верховного Суда РФ от 5 декабря 2023 г. № 19-КГ23-27-К5.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делам о защите прав потребителей", п. 13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делам о защите прав потребителей, п. 13</dc:title>
  <dc:subject/>
  <dc:creator>CasusLegal</dc:creator>
  <cp:keywords/>
  <dc:description/>
  <cp:lastModifiedBy>CasusLegal</cp:lastModifiedBy>
  <cp:revision>1</cp:revision>
  <dcterms:created xsi:type="dcterms:W3CDTF">2026-08-16T11:31:32Z</dcterms:created>
  <dcterms:modified xsi:type="dcterms:W3CDTF">2026-08-16T11:31:32Z</dcterms:modified>
  <cp:category/>
</cp:coreProperties>
</file>