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банкротстве граждан, п. 63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18.06.2025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18.06.2025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404 ГК РФ, ст. 406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 граждан, освобождение от исполнения обязательств, частичное освобождение должника, недобросовестное поведение должника, соразмерность гражданско-правовой ответственности, статья 404 ГК РФ, статья 406 ГК РФ, залог, профессиональный участник кредитного рынка, разделение убытков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Законодательством о банкротстве допускается частичное освобождение должника от обязательств.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 завершил процедуру реализации имущества и освободил должника от дальнейшего исполнения требований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Апелляционный суд отменил определение суда первой инстанции в части и не применил к должнику правила об освобождении от исполнения обязательств по конкретному кредитному договору перед банком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Установлено, что в обеспечение обязательств по кредиту было предоставлено в залог транспортное средство. Однако должник не обеспечил сохранность предмета залога, распорядился им без согласия банка-залогодержателя и не привел каких-либо разумных обоснований своих действий. В связи с этим поведение должника, приведшее к невозможности для кредитора получить удовлетворение за счет стоимости заложенного имущества, признано недобросовестным.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Однако, учитывая, что по отношению к иным кредиторам признаков недобросовестного поведения при возникновении или исполнении обязательств не выявлено, в списании долгов отказано только по отношению к требованию банка.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при завершении процедуры банкротства должнику было отказано в освобождении от обязательств в части требования конкретного кредитора (банка). Суд первой инстанции исходил из того, что при получении кредита под залог транспортного средства должник представил банку недостоверные сведения о техническом состоянии автомобиля, в связи с чем при его продаже была выручена сумма значительно меньше той, которая согласована сторонами в качестве стоимости залогового имущества на основе представленных должником сведений.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отменил определение суда первой инстанции в части отказа в освобождении от обязательства в связи со следующим.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Институт неосвобождения от исполнения обязательств является формой ответственности должника за неправомерное или недобросовестное поведение в отношениях с кредитором.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исходя из общего принципа соразмерности гражданско-правовой ответственности суд вправе уменьшить размер ответственности должника, если кредитор умышленно или по неосторожности содействовал увеличению размера убытков, причиненных неисполнением или ненадлежащим исполнением, либо не принял разумных мер к их уменьшению (пункт 1 статьи 406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решая вопрос о наличии или отсутствии оснований для освобождения должника от дальнейшего исполнения обязательств перед кредиторами по итогам процедуры банкротства, суд может оценить действия не только самого должника, но и действия его кредиторов на предмет их соответствия требованиям принципов добросовестности и разумности.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является профессиональным участником кредитного рынка, осведомленным обо всех рисках построения правоотношений в данной сфере, в том числе касающихся залога.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банком не представлено сведений о том, что при заключении кредитного договора и принятии в залог дорогостоящего транспортного средства им были проведены какие-либо проверочные мероприятия. Отсутствует информация и о последующих проверках предмета залога.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пунктом 1 статьи 404 ГК РФ и принимая во внимание изложенные выше обстоятельства, суд пришел к выводу о необходимости учесть поведение кредитора - профессионального участника кредитного рынка, не предпринявшего всех необходимых и разумных мер для предотвращения ситуации, при которой в залог было принято указанное транспортное средство.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 же время основания для полного освобождения должника от дальнейшего исполнения своих обязательств перед банком исходя из обстоятельств заключения кредитного договора отсутствуют.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изложенного суд пришел к выводу о необходимости разделить убытки между должником и кредитором поровну, в связи с чем должник освобожден от исполнения обязательств перед банком частично по причине непринятия последним разумных мер к уменьшению убытков - на сумму до половины разницы между согласованной сторонами стоимостью предмета залога и суммой, вырученной при его продаже.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банкротстве граждан", п. 63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банкротстве граждан, п. 63</dc:title>
  <dc:subject/>
  <dc:creator>CasusLegal</dc:creator>
  <cp:keywords/>
  <dc:description/>
  <cp:lastModifiedBy>CasusLegal</cp:lastModifiedBy>
  <cp:revision>1</cp:revision>
  <dcterms:created xsi:type="dcterms:W3CDTF">2026-08-16T11:32:35Z</dcterms:created>
  <dcterms:modified xsi:type="dcterms:W3CDTF">2026-08-16T11:32:35Z</dcterms:modified>
  <cp:category/>
</cp:coreProperties>
</file>