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банкротстве граждан, п. 39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18.06.2025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18.06.2025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153 ГК РФ, ст. 168 ГК РФ, ст. 183 ГК РФ, ст. 213.28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статья 183 ГК РФ, статья 153 ГК РФ, статья 168 ГК РФ, ничтожность сделки, отсутствие волеизъявления, мошенничество, реестр требований кредиторов, банкротство граждан, пункт 3 статьи 213.28 Закона о банкротстве, постановление Пленума ВС №25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банка, основанное на кредитном договоре, заключенном от имени должника в результате неправомерных действий, не подлежит включению в реестр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заявления банка определением суда первой инстанции его требование, возникшее из кредитного договора, признано обоснованным и включено в третью очередь реестра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кредитный договор заключен в офертно-акцептном порядке путем направления клиентом в банк через мобильное приложение заявления на получение кредита и акцепта со стороны банка путем зачисления денежных средств на счет клиента. При этом операции, совершенные от имени должника в мобильном приложении, были подтверждены введением кодов подтверждения, направленных банком СМС-сообщениями. Суд указал, что возбуждение уголовного дела по факту совершения неустановленным лицом мошеннических действий в отношении должника, признанного потерпевшим, не является основанием для освобождения заемщика от уплаты задолженности, поскольку материалами дела установлен факт заключения договора с банком, кредитные средства по договору были перечислены банком и получены должником.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определение суда первой инстанции отменил и отказал во включении требования банка в реестр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уголовного дела следует, что неустановленное лицо позвонило на горячую линию банка и от имени должника переподключило функцию оповещения в личном онлайн-кабинете банка с абонентского номера, принадлежащего должнику, на иной номер. Впоследствии неустановленное лицо, имея доступ в личный кабинет должника, направило заявку на оформление кредита, а полученную сначала на счет должника сумму кредита перевело сразу на другой банковский счет.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статьи 183 ГК РФ, если договор заключен от имени другого лица при отсутствии полномочий действовать от его имени, сделка считается заключенной от имени и в интересах совершившего ее лица, если только другое лицо (представляемый) впоследствии не одобрит сделку.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Установление факта заключения сделки иным лицом без полномочий служит основанием для отказа в иске, вытекающем из этой сделки (пункт 123 постановления Пленума Верховного Суда Российской Федерации от 23 июня 2015 г. № 25 "О применении судами некоторых положений раздела I части первой Гражданского кодекса Российской Федерации" (далее - постановление Пленума от 23 июня 2015 г. № 25).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кредитный договор, заключенный иным лицом от имени должника в отсутствие волеизъявления последнего, не порождает для должника правовых последствий. Соглашение считается заключенным между банком и лицом, действовавшим при отсутствии полномочий.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требование банка, основанное на спорном кредитном договоре, не подлежит включению в реестр.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как отметил суд, если бы указанное требование было включено в реестр, должник впоследствии подлежал бы освобождению от соответствующего долга в порядке пункта 3 статьи 213.28 Закона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 первой инстанции удовлетворил заявление банка о включении задолженности по кредитному договору в реестр требований кредиторов должника. Суд исходил из того, что денежные средства поступили на счет должника, СМС-коды для подтверждения операций поступали на номер телефона, принадлежащего должнику, а материалы дела не содержат сведений о его выбытии из владения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отменил определение суда первой инстанции и отказал во включении требования банка в реестр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уголовного дела установлено, что должнику поступил звонок от лица, представившегося сотрудником банка. В ходе переговоров должник раскрыл коды, направленные банком для подтверждения операций, что привело к оформлению на него кредитного договора, денежные средства по которому сразу после поступления переведены на счет третьего лица.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153 ГК РФ сделками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Указание в законе на цель данных действий свидетельствует о том, что они являются актом волеизъявления, в основе которого лежит воля соответствующего лица к достижению определенных правовых последствий.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Заключение договора вследствие мошенничества, при котором потерпевшее лицо не осознает правовые последствия своих действий, считается неправомерным актом, противоречащим существу законодательного регулирования понятия сделки. В отличие от заключения сделки под влиянием обмана, где у лица есть воля на вступление в договорные отношения, которая сформирована несвободно в силу наличия заблуждения относительно каких-либо обстоятельств, в данном случае у потерпевшего отсутствует всякое намерение установить гражданские права и обязанности. В связи с изложенным такая сделка является ничтожной (пункт 2 статьи 168 ГК РФ, пункт 74 постановления Пленума от 23 июня 2015 г. № 25).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кредитный договор, заключенный от имени должника в результате мошеннических действий третьих лиц в отсутствие его воли на вступление в сделку, является ничтожным. В связи с этим требование банка, основанное на данном договоре, не подлежит включению в реестр.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банкротстве граждан", п. 39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банкротстве граждан, п. 39</dc:title>
  <dc:subject/>
  <dc:creator>CasusLegal</dc:creator>
  <cp:keywords/>
  <dc:description/>
  <cp:lastModifiedBy>CasusLegal</cp:lastModifiedBy>
  <cp:revision>1</cp:revision>
  <dcterms:created xsi:type="dcterms:W3CDTF">2026-08-16T11:32:32Z</dcterms:created>
  <dcterms:modified xsi:type="dcterms:W3CDTF">2026-08-16T11:32:32Z</dcterms:modified>
  <cp:category/>
</cp:coreProperties>
</file>