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25.12.2025 № 306-ЭС25-8505 по делу № А65-3519/2020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25.12.2025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Судебной коллегии по экономическим спорам Верховного Суда Российской Федерации от 25.12.2025 № 306-ЭС25-8505 по делу № А65-3519/2020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290 ГК РФ, ст. 291.11 АПК РФ, ст. 447 ГК РФ, ст. 448 ГК РФ, ст. 449 ГК РФ, ст. 456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 граждан, Общее имущество многоквартирного дома, Ничтожность сделки, Оспаривание торгов, Статья 168 ГК РФ, Статья 290 ГК РФ, Статья 36 ЖК РФ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Категория: Банкротство гражданина.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Требования: О признании недействительными торгов по реализации имущества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15 декабря 2025 г. Полный текст определения изготовлен 25 декабря 2025 г. Судебная коллегия по экономическим спорам Верховного Суда Российской Федерации в составе: председательствующего судьи Разумова И.В., судей Ксенофонтовой Н.А. и Самуйлова С.В. - рассмотрела в открытом судебном заседании кассационную жалобу общества с ограниченной ответственностью "Инвест МСК" на определение Арбитражного суда Республики Татарстан от 11 декабря 2024 г., постановление Одиннадцатого арбитражного апелляционного суда от 6 марта 2025 г. и постановление Арбитражного суда Поволжского округа от 28 мая 2025 г. по делу № А65-3519/2020. В судебном заседании приняли участие арбитражный управляющий Кадагазов Джигит Борисович и представитель общества с ограниченной ответственностью "Инвест МСК" - Козырев Евгений Сергеевич (по доверенности от 12 декабря 2025 г.). Заслушав и обсудив доклад судьи Верховного Суда Российской Федерации Разумова И.В., объяснения представителя общества с ограниченной ответственностью "Инвест МСК", поддержавшего доводы кассационной жалобы, а также объяснения Кадагазова Д.Б., просившего в удовлетворении жалобы отказать,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банкротстве Ферапонтова Сергея Михайловича общество с ограниченной ответственностью "Инвест МСК" (далее - общество) обратилось в суд с заявлением о признании недействительными проведенных 27 декабря 2021 г. торгов по реализации принадлежащей должнику квартиры 107 "А", расположенной по адресу: г. Казань, ул. Вишневского, д. 3 (далее - объект), заключенного по результатам этих торгов договора купли-продажи жилого помещения от 16 февраля 2022 г. и о применении последствий недействительности сделки.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Республики Татарстан от 11 декабря 2024 г. в удовлетворении заявления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Одиннадцатого арбитражного апелляционного суда от 6 марта 2025 г. определение суда первой инстанции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Поволжского округа постановлением от 28 мая 2025 г. определение суда первой инстанции и постановление суда апелляционной инстанции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в кассационной жалобе, поданной в Верховный Суд Российской Федерации, просит названные судебные акты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отзывах на кассационную жалобу публичное акционерное общество "Совкомбанк" (далее - банк) и Кадагазов Д.Б. просят судебные акты оставить без изменения как соответствующие действующему законодательству.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13 ноября 2025 г. кассационная жалоба передана на рассмотрение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жалобе, отзывах на нее, объяснениях Кадагазова Д.Б. и представителя общества, явившихся в судебное заседание, судебная коллегия считает, что жалоба подлежит удовлетворению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первой и апелляционной инстанций и усматривается из материалов дела, право собственности на спорный объект признано за Байгузиным Рустамом Анваровичем вступившим в законную силу определением Арбитражного суда Республики Татарстан от 15 декабря 2015 г. в рамках дела № А65-22387/2008 о банкротстве общества с ограниченной ответственностью "Фирма "Свей" (застройщика).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Затем объект был приобретен Ферапонтовым С.М. с использованием кредитных средств, предоставленных банком под залог этого имущества (кредитный договор от 29 ноября 2017 г.).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Алексеевского районного суда Республики Татарстан от 14 ноября 2018 г. по делу № 2-484/2018 удовлетворен иск банка о взыскании с Ферапонтова С.М. задолженности по кредитному договору в сумме 4 982 727 рублей 23 копеек, обращено взыскание на заложенное имущество.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Несостоятельным (банкротом) Ферапонтов С.М. признан 13 апреля 2021 г. на основании заявления банка.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процедуре реализации имущества Ферапонтова С.М. объект продан на торгах, состоявшихся 27 декабря 2021 г., обществу за 5 000 000 рублей. С обществом, оплатившим цену сделки, заключен договор купли-продажи от 16 февраля 2022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Обращаясь в суд с заявлением об оспаривании торгов и заключенного по их результатам договора, общество сослалось на то, что в сообщении о проведении торгов указаны недостоверные сведения об их предмете.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удовлетворении иска, суды первой и апелляционной инстанций исходили из того, что информация о характеристиках объекта соответствовала вступившему в законную силу определению суда по вопросу о признании права собственности. Общество является профессиональным участником отношений, касающихся приобретения недвижимости на торгах, систематически в них участвует. В публикации о торгах содержалось указание на возможность ознакомления участников с дополнительной информацией о продаваемом имуществе и самим имуществом путем обращения к финансовому управляющему. Последний высылал всем обратившимся к нему заинтересованным лицам фотографии объекта в период со дня публикации сообщения о торгах и до дня окончания приема заявок. Общество, наряду с другими участниками торгов, могло получить дополнительные сведения о выставленном на реализацию имуществе, осмотреть его. Оно этим правом не воспользовалось, договор купли-продажи подписало без разногласий, поэтому на обществе лежит предпринимательский риск покупателя.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выводами судов первой и апелляционной инстанций согласился окружной суд.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Извещение о проведении торгов должно содержать сведения об их предмете (пункт 2 статьи 448 Гражданского кодекса Российской Федерации (далее - ГК РФ)).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Указание в данном извещении явно неполных или недостоверных сведений о предмете торгов сложившаяся судебная практика относит к числу существенных нарушений правил проведения торгов, если эти неполнота, недостоверность информации повлияли на результаты торгов (в частности, на формирование стоимости реализованного имущества и на определение победителя торгов). Такие торги могут быть признаны недействительными на основании пункта 1 статьи 449 ГК РФ по иску лица, чьи права и законные интересы нарушены торгами (пункт 71 постановления Пленума Верховного Суда Российской Федерации Верховного Суда Российской Федерации от 17 ноября 2015 г. № 50 "О применении судами законодательства при рассмотрении некоторых вопросов, возникающих в ходе исполнительного производства").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в публикации о торгах арбитражный управляющий указывал на то, что им отчуждается квартира.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Суть позиции общества сводилась к тому, что фактически объект таковым не являлся, он не отвечал признакам жилого помещения.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утверждения общества соответствовали действительности, а продаваемый объект относился к числу обычных нежилых помещений, следовало признать, что в извещении о торгах содержалась недостоверная информация об их предмете. При отчуждении нежилого помещения круг участников торгов был бы иным, а значит, пороки извещения существенным образом влияли на формирование цены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Выводы судов о наличии на стороне общества предпринимательского риска покупателя противоречат положениям законодательства о купле-продаже.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заключении договора купли-продажи на торгах его условия формируются путем сложения условий, зафиксированных организатором в извещении о торгах (пункт 3 статьи 448 ГК РФ), и лучшего условия о цене, предложенного участником торгов в заявке (пункт 4 статьи 447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456 ГК РФ именно на продавце лежит обязанность передать покупателю товар, предусмотренный извещением о торгах, которое стало частью договора купли-продажи. Эта обязанность не отпадает и в том случае, когда покупатель не осмотрел товар до подписания договора. Такое бездействие не устраняет последствия ненадлежащего формулирования предмета торгов и не позволяет продавцу навязывать покупателю вещь, непригодную к использованию в целях, которые вытекают из договора купли-продажи и для которых товар обычно используется.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первой и апелляционной инстанций в нарушение требований статей 71, 168, 170 и 271 Арбитражного процессуального кодекса Российской Федерации уклонились от исследования обстоятельств, касающихся свойств продаваемого объекта, тогда как эти обстоятельства имели существенное значение для правильного разрешения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Ссылки судов на принятое в рамках дела о банкротстве застройщика судебное определение о признании собственности Байгузина Р.А. на объект ошибочны.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этой части позиция судов противоречит разъяснениям, данным в пункте 4 совместного постановления пленумов Верховного Суда Российской Федерации и Высшего Арбитражного Суда Российской Федерации от 29 апреля 2010 г. № 10/22 "О некоторых вопросах, возникающих в судебной практике при разрешении споров, связанных с защитой права собственности и других вещных прав", согласно которым обстоятельства, установленные при рассмотрении дела по иску о праве на имущество, не имеют обязательного характера для лиц, не участвовавших в деле.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Коль скоро в деле о банкротстве застройщика не участвовали ни Ферапонтов С.М. (продавец), ни общество (покупатель), последнее вправе было ссылаться на то, что спорный объект не является жилым.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Более того, недействительность договора, заключенного по результатам торгов, может быть связана не только с нарушением самих правил их проведения, но и с иными нарушениями требований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изначально в иске, поданном в суд первой инстанции, ссылалось на то, что реализованное помещение, по сути, является частью инженерных систем здания и относится к общедомовому имуществу, так как только через него возможен доступ к вентиляционным системам притока воздуха в лифтовых шахтах при пожаре и вентиляционным системам дымоудаления из лифтовых холлов и межквартирных коридоров 2 - 10 этажей дома при пожаре (том 1 л.д. 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Жилищным кодексом Российской Федерации (пункт 2 статьи 37), ГК РФ (пункт 2 статьи 290) предусмотрено, что доля в праве собственности на общее имущество в многоквартирном доме следует судьбе права собственности на расположенное в нем жилое помещение. Эта доля лишена самостоятельной - отдельной от права собственности на квартиру - оборотоспособности.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Сделка по продаже общего имущества многоквартирного дома как самостоятельного объекта ничтожна на основании пункта 2 статьи 168, статьи 290 ГК РФ, поскольку она противоречит закону и посягает на права и охраняемые законом интересы третьих лиц - всех собственников помещений дома.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в этой части доводы общества также не были оценены судами первой и апелляционной инстанций. При этом товарищество собственников жилья "Академик" действия финансового управляющего по продаже объекта считало незаконными, обращало внимание на то, что его передача в собственность одному лицу создаст дополнительные факторы риска для жителей дома, подвергнет опасности их жизнь и здоровье.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первой и апелляционной инстанций, неправильно определив предмет доказывания по спору, не выяснили обстоятельства, имеющие ключевое значение для его правильного разрешения.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округа данную ошибку не исправил.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Без устранения указанных нарушений невозможны восстановление и защита прав и законных интересов как общества, так и собственников жилых помещений многоквартирного дома в связи с чем обжалуемые судебные акты следует отменить (часть 1 статьи 291.11 Арбитражного процессуального кодекса Российской Федерации), обособленный спор - направить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дела суду надлежит установить, является ли проданный объект квартирой, нежилым помещением либо относится к общему имуществу многоквартирного дома, после чего оценить торги и заключенный по их результатам договор на предмет действительности.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рассмотрение, так как сделка по продаже общего имущества многоквартирного дома как самостоятельного объекта ничтожна, поскольку она противоречит закону и посягает на права и охраняемые законом интересы третьих лиц - всех собственников помещений дома.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25.12.2025 № 306-ЭС25-8505 по делу № А65-3519/2020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25.12.2025 № 306-ЭС25-8505 по делу № А65-3519/2020</dc:title>
  <dc:subject/>
  <dc:creator>CasusLegal</dc:creator>
  <cp:keywords/>
  <dc:description/>
  <cp:lastModifiedBy>CasusLegal</cp:lastModifiedBy>
  <cp:revision>1</cp:revision>
  <dcterms:created xsi:type="dcterms:W3CDTF">2026-08-16T11:29:06Z</dcterms:created>
  <dcterms:modified xsi:type="dcterms:W3CDTF">2026-08-16T11:29:06Z</dcterms:modified>
  <cp:category/>
</cp:coreProperties>
</file>