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Российской Федерации от 18.03.2026 № 302-ЭС21-25062(6) по делу № А33-20970/2019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18.03.2026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Определение Судебной коллегии по экономическим спорам Верховного Суда Российской Федерации от 18.03.2026 № 302-ЭС21-25062(6) по делу № А33-20970/2019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129 Закона о банкротстве, ст. 168 ГК РФ, ст. 181 ГК РФ, ст. 199 ГК РФ, ст. 29 ФЗ, ст. 291.11 АПК РФ, ст. 61.9 Закона о банкротстве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Банкротство, Недействительность сделок, Срок исковой давности, Кредитный договор, Комиссия за резервирование, Конкурсный управляющий, Статья 181 ГК РФ, Статья 61.9 Закона о банкротстве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Категория: Банкротство организации. Требования КУ: О признании недействительным пункта договора об открытии кредитной линии, применении последствий его недействительности.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резолютивная часть определения объявлена 5 марта 2026 г. полный текст определения изготовлен 18 марта 2026 г. Судебная коллегия по экономическим спорам Верховного Суда Российской Федерации в составе: председательствующего судьи Борисовой Е.Е., судей Разумова И.В. и Самуйлова С.В. - рассмотрела в открытом судебном заседании кассационную жалобу акционерного общества "Азиатско-Тихоокеанский Банк" на определение Арбитражного суда Красноярского края от 17 ноября 2024 г., постановление Третьего арбитражного апелляционного суда от 5 июня 2025 г. и постановление Арбитражного суда Восточно-Сибирского округа от 3 октября 2025 г. по делу № А33-20970/2019. В заседании приняли участие представители: акционерного общества "Азиатско-Тихоокеанский Банк" - Ускова У.В. (по доверенности от 18 сентября 2025 г.); конкурсного управляющего обществом с ограниченной ответственностью "Богучанский ЛПК" - Стрельник А.С. (по доверенности от 16 декабря 2025 г.); публичного акционерного общества "Национальный банк "ТРАСТ" - Глоба М.В. (по доверенности от 25 декабря 2025 г.). Заслушав и обсудив доклад судьи Верховного Суда Российской Федерации Разумова И.В., объяснения представителя акционерного общества "Азиатско-Тихоокеанский Банк", поддержавшего доводы кассационной жалобы, а также объяснения представителей конкурсного управляющего обществом с ограниченной ответственностью "Богучанский ЛПК" и публичного акционерного общества "Национальный банк "ТРАСТ", просивших в удовлетворении жалобы отказать, Судебная коллегия по экономическим спорам Верховного Суда Российской Федерации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рамках дела о банкротстве общества с ограниченной ответственностью "Богучанский ЛПК" (далее - общество) его конкурсный управляющий обратился в суд с заявлением о признании недействительным пункта 5.4 договора об открытии кредитной линии от 2 ноября 2016 г., заключенного обществом и акционерным обществом "Азиатско-Тихоокеанский Банк" (далее - банк), и о применении последствий его недействительности.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Красноярского края от 17 ноября 2024 г. заявление удовлетворено, спорный пункт признан недействительным, с банка в конкурсную массу общества взыскано 36 900 000 рублей.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Постановлением Третьего арбитражного апелляционного суда от 5 июня 2025 г. определение суда первой инстанции оставлено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Арбитражный суд Восточно-Сибирского округа постановлением от 3 октября 2025 г. определение суда первой инстанции и постановление суда апелляционной инстанции оставил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кассационной жалобе, поданной в Верховный Суд Российской Федерации, банк просит указанные определение и постановления судов отменить, в удовлетворении заявления отказать.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отзывах на кассационную жалобу конкурсный управляющий обществом и публичное акционерное общество "Национальный банк "ТРАСТ" просят обжалуемые судебные акты оставить без изменения как соответствующие действующему законодательству.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судьи Верховного Суда Российской Федерации от 4 февраля 2026 г. кассационная жалоба передана на рассмотрение Судебной коллегии по экономическим спорам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обоснованность доводов, изложенных в кассационной жалобе, отзывах на нее, объяснениях представителей участвующих в деле лиц, явившихся в судебное заседание, судебная коллегия считает, что жалоба подлежит удовлетворению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установлено судами первой и апелляционной инстанций и усматривается из материалов дела, банк и общество (заемщик) заключили договор об открытии кредитной линии от 2 ноября 2016 г., по условиям которого банк обязался открыть заемщику кредитную линию с лимитом выдачи в сумме 300 000 000 рублей и предоставлять кредитные транши по заявкам заемщика в течение трех рабочих дней со дня их получения в пределах данного лимита.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5.4 договора заемщик обязан уплатить банку единовременно при открытии лимита комиссию за резервирование денежных средств в размере 12,3 процента от суммы лимита, что составляет 36 900 000 рублей, из которых 11 процентов от суммы лимита подлежат возврату заемщику после полного исполнения им обязательств по договору.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 8 ноября 2016 г. перечислило банку указанную комиссию. В период с 8 ноября по 9 декабря 2016 г. оно получило несколько кредитных траншей, выбрав всю сумму лимита выдачи.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дальнейшем заемщик свои обязательства по возврату суммы кредита и уплате процентов не исполнил. Требования банка включены в реестр требований кредиторов общества: 300 000 000 рублей (невозвращенное тело кредита), 60 533 586 рублей 23 копейки (проценты за пользование кредитом), 80 618 604 рубля 82 копейки (пени) и 15 900 000 рублей (штраф) (определение суда первой инстанции от 27 октября 2021 г. по настоящему делу).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Полагая, что комиссия за резервирование денежных средств является платой за стандартные действия, охватываемые предметом кредитного договора, в результате ее установления на общество были возложены дополнительные расходы в отсутствие для последнего каких-либо новых имущественных благ или иного полезного эффекта, конкурсный управляющий обществом 16 мая 2023 г. обратился в суд с заявлением о признании пункта 5.4 договора недействительным.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Возражая по заявлению, банк заявил о пропуске срока исковой давности.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Разрешая спор, суды сочли, что срок исковой давности для оспаривания сделки начал течь не ранее момента открытия конкурсного производства (17 мая 2022 г.).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судами не учтено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Федеральный закон от 26 октября 2002 г. № 127-ФЗ "О несостоятельности (банкротстве)" (далее - Закон о банкротстве) наделяет внешнего и конкурсного управляющих правом на обращение в суд с исками, связанными с недействительностью подозрительных и преференциальных сделок должника по специальным основаниям, предусмотренным этим Законом. В таких случаях по общему правилу срок исковой давности исчисляется с момента, когда первый из этих управляющих узнал или должен был узнать о наличии предусмотренных законодательством о несостоятельности особых оснований для оспаривания сделки (пункт 1 статьи 61.9 Закона о банкротстве).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в соответствии с положениями абзаца четвертого пункта 1 статьи 94 и пункта 1 статьи 129 Закона о банкротстве со дня введения внешнего управления (открытия конкурсного производства) полномочия органов управления должника осуществляет внешний (конкурсный) управляющий. Следовательно, названные управляющие от имени должника также вправе оспаривать совершенные им сделки и по общим основаниям, предусмотренным гражданским законодательством. В таких случаях не применяются специальные правила о сроках исковой давности, установленные законодательством о несостоятельности.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рассматриваемом деле по специальным основаниям, определенным законодательством о банкротстве, сделка конкурсным управляющим не оспаривается.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Управляющий в обоснование заявления сослался на несоответствие спорного условиям договора общим положениям законодательства о кредитовании с учетом сложившейся судебной практики по вопросу о взимании кредитными организациями с субъектов предпринимательской деятельности комиссии за открытие кредитной линии.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этой практике в отличие от обычного кредитного договора, договор на открытие кредитной линии предполагает право заемщика в течение определенного срока получить от кредитора денежные средства в согласованных сторонами размере и порядке, а значит, такой договор заключается в специфических экономических условиях и имеет свои юридические особенности. Указанные особенности выдачи кредита могут привести к возникновению у банка определенных финансовых потерь ввиду необходимости резервирования конкретной суммы для удовлетворения будущих заявок заемщика. Компенсация этих потерь не подлежит квалификации как скрытое увеличение процентной ставки. Суды должны исследовать указанные обстоятельства, а банк - доказать возникновение каких-либо издержек в связи с предоставлением кредита именно в виде открытия кредитной линии в целях получения вознаграждения и компенсации упомянутых издержек.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настоящем деле управляющий обществом полагал, что вследствие открытия кредитной линии на стороне банка каких-либо расходов и потерь не возникло.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Следовательно, конкурсным управляющим заявлен иск о признании недействительным условия договора об открытии кредитной линии, заключенного с юридическим лицом, об установлении комиссии как противоречащего положениям статей 809, 819 Гражданского кодекса Российской Федерации (далее - ГК РФ), статьи 29 Федерального закона от 2 декабря 1990 г. № 395-1 "О банках и банковской деятельности". Данный иск не обусловлен спецификой дела о банкротстве.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Такого рода сделки, заключенные после 1 сентября 2013 г., относятся к числу оспоримых (пункт 1 статьи 168 ГК РФ). Поэтому на требование о признании их недействительными распространяется годичный срок исковой давности, предусмотренный пунктом 2 статьи 181 ГК РФ, течение которого началось со дня, когда общество, а не управляющий, узнало или должно было узнать об обстоятельствах, являющихся основанием для признания сделки недействительной.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 кредитный договор общество заключило 2 ноября 2016 г., предусмотренную им комиссию оно уплатило 8 ноября 2016 г., а с заявлением конкурсный управляющий обратился в арбитражный суд лишь 16 мая 2023 г., в удовлетворении иска следовало отказать на основании пункта 2 статьи 199 ГК РФ вследствие истечения срока исковой давности, о применении которой заявил банк.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данном случае судебная коллегия находит несостоятельными ссылки конкурсного управляющего на статью 10 ГК РФ, поскольку при нарушении сделкой конкретных положений закона такая сделка признается недействительной в связи с этим нарушением, а не в силу статьи 10 и пунктов 1 или 2 статьи 168 ГК РФ.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Допущенные судами нарушения норм права являются существенными. Без их устранения невозможны восстановление и защита нарушенных прав и законных интересов банка, в связи с чем определение суда первой инстанции, постановления судов апелляционной инстанции и округа подлежат отмене (часть 1 статьи 291.11 Арбитражного процессуального кодекса Российской Федерации) с принятием нового судебного акта об отказе в удовлетворении заявления управляющего.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291.11 - 291.14 Арбитражного процессуального кодекса Российской Федерации, Судебная коллегия по экономическим спорам Верховного Суда Российской Федерации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удовлетворении требования отказано, так как конкурсным управляющим пропущен срок исковой давности.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Российской Федерации от 18.03.2026 № 302-ЭС21-25062(6) по делу № А33-20970/2019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Российской Федерации от 18.03.2026 № 302-ЭС21-25062(6) по делу № А33-20970/2019</dc:title>
  <dc:subject/>
  <dc:creator>CasusLegal</dc:creator>
  <cp:keywords/>
  <dc:description/>
  <cp:lastModifiedBy>CasusLegal</cp:lastModifiedBy>
  <cp:revision>1</cp:revision>
  <dcterms:created xsi:type="dcterms:W3CDTF">2026-08-16T11:32:07Z</dcterms:created>
  <dcterms:modified xsi:type="dcterms:W3CDTF">2026-08-16T11:32:07Z</dcterms:modified>
  <cp:category/>
</cp:coreProperties>
</file>