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Определение Судебной коллегии по экономическим спорам Верховного Суда Российской Федерации от 23.03.2026 № 305-ЭС25-6030 по делу № А40-30773/2021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(СКЭС)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23.03.2026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Определение Судебной коллегии по экономическим спорам Верховного Суда Российской Федерации от 23.03.2026 № 305-ЭС25-6030 по делу № А40-30773/2021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213.17 Закона о банкротстве, ст. 213.19 Закона о банкротстве, ст. 213.28 Закона о банкротстве, ст. 213.28 ФЗ, ст. 415 ГК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Банкротство граждан, Реструктуризация долгов гражданина, План реструктуризации долгов, Исполнительный лист, Прекращение производства по делу о банкротстве, Статья 213.19 Закона о банкротстве, Статья 213.28 Закона о банкротстве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отказано в удовлетворении заявления о выдаче исполнительного листа.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Резолютивная часть определения объявлена 19 марта 2026 г. Полный текст определения изготовлен 23 марта 2026 г. Судебная коллегия по экономическим спорам Верховного Суда Российской Федерации в составе: председательствующего судьи Шилохвоста О.Ю., судей Букиной И.А., Разумова И.В., - рассмотрела в открытом судебном заседании кассационную жалобу Смолянского Евгения Павловича на постановление Арбитражного суда Московского округа от 15 мая 2025 г. по делу № А40-30773/2021 Арбитражного суда города Москвы. В заседании приняли участие представители: Смолянского Евгения Павловича - Тюнин Д.С. (по доверенности от 6 марта 2021 г.); Ким Марины Валерьевны - Получанская Е.Е. (по доверенности от 7 августа 2023 г.). Заслушав и обсудив доклад судьи Верховного Суда Российской Федерации Шилохвоста О.Ю., а также объяснения представителей должника и кредитора, Судебная коллегия по экономическим спорам Верховного Суда Российской Федерации установила: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Арбитражного суда города Москвы от 29 июля 2024 г. завершена процедура реструктуризации долгов Смолянского Евгения Павловича (далее - Смолянский Е.П., должник), производство по делу о банкротстве прекращено.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Ким Марина Валерьевна (далее - Ким М.В., кредитор) обратилась в арбитражный суд с заявлением о вынесении дополнительного определения о выдаче исполнительного листа на принудительное взыскание 3 002 741,20 руб. непогашенного долга.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Арбитражного суда города Москвы от 16 декабря 2024 г., оставленным без изменения постановлением Девятого арбитражного апелляционного суда от 14 марта 2025 г., в удовлетворении заявления отказано.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Постановлением Арбитражного суда Московского округа от 15 мая 2025 г. указанные судебные акты отменены, суд округа обязал суд первой инстанции выдать исполнительный лист.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Смолянский Е.П. 26 мая 2025 г. обратился в Верховный Суд Российской Федерации с кассационной жалобой, в которой, ссылаясь на существенные нарушения судами норм материального права, повлиявшие на исход дела, просит постановление от 15 мая 2025 г. отменить и оставить в силе определение от 16 декабря 2024 г. и постановление от 14 марта 2025 г..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кассационной жалобе Смолянский Е.П. указывает на то, что согласно пункту 5 статьи 213.28 Федерального закона от 26 октября 2002 г. № 127-ФЗ "О несостоятельности (банкротстве)" (далее - Закон о банкротстве) исполнительный лист на неудовлетворенные требования кредиторов выдается после завершения реализации имущества гражданина, и данная норма не может быть применена по окончании процедуры реструктуризации долгов; при этом освобождения должника от обязательств не требовалось, поскольку обязательства были исполнены надлежащим образом на условиях плана реструктуризации. Кроме того, Смолянский Е.П. отмечает, что в силу статьи 213.19 Закона о банкротстве требования кредиторов, включенные в план реструктуризации, утвержденный арбитражным судом, могут быть предъявлены к гражданину только в порядке и на условиях, которые предусмотрены указанным планом, таким образом, утверждение плана реструктуризации долгов, по его мнению, преобразует обязательства должника в обязательства с иным порядком и сроками исполнения.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судьи Верховного Суда Российской Федерации от 5 сентября 2025 г. в передаче кассационной жалобы Смолянского Е.П. для рассмотрения в судебном заседании Судебной коллегии по экономическим спорам Верховного Суда Российской Федерации отказано.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заместителя Председателя Верховного Суда Российской Федерации - председателя Судебной коллегии по экономическим спорам от 2 февраля 2026 г. определение судьи Верховного Суда Российской Федерации от 5 сентября 2025 г. отменено, кассационная жалоба Смолянского Е.П. вместе с делом передана для рассмотрения в судебном заседании Судебной коллегии по экономическим спорам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Представитель Смолянского Е.П. в судебном заседании подтвердил доводы кассационной жалобы и просил обжалуемое постановление суда округа отменить и оставить в силе судебные акты первой и апелляционной инстанций.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Ким М.В. в отзыве на кассационную жалобу и ее представитель в судебном заседании возражали против доводов кассационной жалобы, обжалуемое постановление просили оставить без изменения как законное и обоснованное.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Проверив обоснованность доводов, изложенных в кассационной жалобе и в выступлениях представителей должника и кредитора, Судебная коллегия по экономическим спорам Верховного Суда Российской Федерации считает, что определение от 16 декабря 2024 г., постановление от 14 марта 2025 г. и постановление от 15 мая 2025 г. подлежат отмене с направлением обособленного спора на новое рассмотрение по следующим основаниям.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установлено судами и усматривается из материалов дела, определением Арбитражного суда города Москвы от 21 августа 2020 г. по делу № А40-220908/2019 о банкротстве общества с ограниченной ответственностью "Моникк" (далее - общество "Монник") Смолянский Е.П. привлечен к субсидиарной ответственности по долгам общества в сумме 7 506 853 руб. Определением от 8 декабря 2020 г. по тому же делу в части требований в размере 7 506 853 руб. взыскатель общество "Моникк" заменен на взыскателя Ким М.В. Выдан исполнительный лист.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Арбитражного суда города Москвы от 24 февраля 2021 г. принято к производству заявление Ким М.В. о признании банкротом Смолянского Е.П., возбуждено производство по делу № А40-30773/21. Определением Арбитражного суда города Москвы от 15 апреля 2021 г. заявление Ким М.В. о признании банкротом Смолянского Е.П. признано обоснованным, в отношении должника введена процедура реструктуризации долгов, требование Ким М.В. в размере 7 506 853 руб. включено в третью очередь реестра требований кредиторов должника.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Арбитражного суда города Москвы от 13 декабря 2021 г. в удовлетворении ходатайства конкурсного кредитора Ким М.В. о введении процедуры реализации имущества должника отказано, в соответствии с пунктом 4 статьи 213.17 Закона о банкротстве утвержден план реструктуризации долгов гражданина в представленной должником редакции от 24 сентября 2021 г. и на изложенных в нем условиях.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План реструктуризации долгов предусматривает срок его выполнения в течение двух лет: требование Ким М.В. в размере 7 506 853 руб. 00 коп. погашается в размере 60% (4 504 111 руб. 80 коп.) равными ежемесячными платежами в размере 187 671 руб. 33 коп.; задолженность перед ИФНС № 25 по г. Москве в размере 2 191 руб. 10 коп. погашается единовременным платежом в течение месяца со дня утверждения плана реструктуризации. При утверждении плана реструктуризации долгов Смолянского Е.П. суд установил, что ежемесячный доход должника от предпринимательской деятельности составляет в среднем 338 074 руб., тогда как достоверные доказательства наличия у должника имущества, подлежащего реализации, в материалы дела не представлены.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от 13 декабря 2021 г. Ким М.В. в установленном процессуальным законом порядке не обжаловала.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от 29 июля 2024 г. завершена процедура реструктуризации долгов Смолянского Е.П., производство по делу о его банкротстве должника прекращено. При этом суд указал, что Смолянский Е.П. в соответствии с утвержденным графиком платежей добросовестно производил погашение задолженности в размере 187 671,33 руб. ежемесячно и в установленный срок исполнил план, выплатив кредитору 4 504 111,92 руб. что не опровергается лицами, участвующими в деле.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8 августа 2024 г. Ким М.В., ссылаясь на пункты 5 и 6 статьи 213.28 Закона о банкротстве, обратилась в арбитражный суд с заявлением о вынесении дополнительного определения о выдаче исполнительного листа на принудительное взыскание 3 002 741,20 руб. - оставшейся непогашенной части долга.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Отказывая в удовлетворении заявления Ким М.В., суды первой и апелляционной инстанций руководствовались статьями 213.2, 213.3, 213.19, 213.22 Закона о банкротстве и, исследовав и оценив представленные в материалы дела доказательства, исходили из того, что с даты утверждения арбитражным судом плана реструктуризации долгов гражданина требования кредиторов, включенные в указанный план, могут быть предъявлены к гражданину только в порядке и на условиях, которые предусмотрены указанным планом, а конкурсные кредиторы и уполномоченный орган, требования которых не включены в план реструктуризации долгов гражданина, вправе предъявить свои требования в течение срока, на который утвержден указанный план. Установив, что план реструктуризации долгов Смолянского Е.П. выполнен, а основания для продления плана реструктуризации либо об отмене этого плана и принятие решения о признании должника банкротом отсутствуют, суды констатировали, что кредитор не лишен возможности взыскания с Смолянского Е.П. мораторных процентов, либо иных процентов (задолженности) в самостоятельном общеисковом порядке в рамках отдельного производства с учетом того, что платежеспособность должника по результатам реструктуризации его долгов восстановлена.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апелляционной инстанции дополнительно указал, что поскольку истребуемая Ким М.В. задолженность уже была включена в выданный ей по результатам проверки обоснованности требования о взыскании с должника 7 506 853 руб., то в отсутствие доказательств сдачи кредитором ранее выданного исполнительного листа в выдавший его орган, удовлетворение настоящего заявления Ким М.В. создавало бы риск одновременного существования двух исполнительных листов, выданных по тождественным спорам, что недопустимо.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Отменяя судебные акты первой и апелляционной инстанций и обязывая Арбитражный суд города Москвы выдать Ким М.В. исполнительный лист на основании определения от 15 апреля 2021 г., арбитражный суд округа, руководствовался пунктами 4, 5 и 6 статьи 213.28 Закона о банкротстве и исходил из того, что требование о привлечении гражданина как контролирующего лица к субсидиарной ответственности сохраняет силу и может быть предъявлено после окончания производства по делу о банкротстве гражданина в непогашенной его части, ввиду чего Смолянский Е.П. не вправе был рассчитывать на освобождение от спорного обязательства, а Ким М.В. имела все основания на исполнение обязательства после прекращения процедуры банкротства должника.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тем, судебная коллегия считает, что судами нижестоящих инстанций не учтено следующее. Настоящий обособленный спор касается вопроса о возможности принудительного исполнения оставшегося непогашенным обязательства должника в случае, когда утвержденный судом в порядке пункта 4 статьи 213.17 Закона о банкротстве план реструктуризации долгов гражданина предусматривает погашение не в полном размере требований кредиторов, включенных в реестр. Судебная коллегия исходит из того, что на стадии исполнения такого плана реструктуризации не исключается применение статьи 415 Гражданского кодекса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признает правильным вывод суда апелляционной инстанции о том, что план реструктуризации долгов гражданина должен содержать ясные положения о том, какова судьба его обязательств перед кредиторами, оставшихся не погашенными в результате исполнения такого плана. Между тем, судя по судебным актам, принятым в рамках обособленного спора об утверждении плана реструктуризации долгов Смолянского Е.П., этот вопрос в настоящем плане реструктуризации разрешен не был.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Поскольку, как следует из выступления представителей должника и кредитора в судебном заседании, в отношениях между Смолянским Е.П. и Ким М.В., которым в свое время принадлежало по 1/3 доли в имуществе общества "Монник", имеются все признаки корпоративного конфликта, вследствие чего ими дается различная оценка содержания и последствий утверждения определением от 13 декабря 2021 г. плана реструктуризации долгов Смолянского Е.П. Должник утверждает, что в отсутствие у него на момент возбуждения дела о банкротстве подлежащего реализации имущества им первоначально предлагался план реструктуризации, рассчитанный на полное погашение задолженности Ким М.В. в течение трех лет, который последней был отвергнут. Кредитор, в свою очередь, говорит о том, что возражал против этого предложения со ссылкой на имевшиеся у него сведения о наличии у Смолянского Е.П. имущества, достаточного для единовременного погашения задолженности.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тем, ни судами первой и апелляционной инстанции, признавшими, что невключение части требования Ким М.В. в план реструктуризации долгов Смолянского Е.П. означает по умолчанию погашение этой части требования, ни суд округа, сославшийся на правило о недопустимости освобождения гражданина от обязательства, вытекающего из требования о привлечении гражданина как контролирующего лица к субсидиарной ответственности, но не принявшего во внимание неоспаривание Ким М.В. соответствующих положений плана реструктуризации, не исследовался вопрос о соответствии процессуальных действий сторон при рассмотрении обособленного спора об утверждении плана реструктуризации долгов Смолянского Е.П. тем правовым позициям, на которые они ссылаются при рассмотрении настоящего обособленного спора.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считает, что без разрешения названных вопросов невозможно установить, какие цели преследовали стороны при рассмотрении вопроса об утверждении плана реструктуризации долгов: согласился ли кредитор с этим планом, считая его на момент утверждения безусловно более выгодным для себя по сравнению с процедурой реализации имущества Смолянского Е.П. и можно ли считать необжалование Ким М.В. определения от 13 декабря 2021 г. признание ею де-факто законности этого плана.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то же время, судебная коллегия не рассматривает довод о том, что требование о привлечении гражданина как контролирующего лица к субсидиарной ответственности сохраняет силу в непогашенной части только при введении реализации имущества гражданина, поскольку вопрос о законности плана реструктуризации долгов Смолянского Е.П. не является предметом настоящего обособленного спора.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учетом изложенного, Судебная коллегия считает необходимым отменить принятые по настоящему обособленному спору судебные акты всех трех инстанций с направлением дела на новое рассмотрение в суд первой инстанции в целях исследования вышеперечисленных обстоятельств.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 основании изложенного и руководствуясь статьями 184, 291.13 - 291.15 Арбитражного процессуального кодекса Российской Федерации, Судебная коллегия по экономическим спорам Верховного Суда Российской Федерации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отменено. Дело направлено на новое рассмотрение, поскольку судами, признавшими, что невключение части требования в план реструктуризации долгов гражданина-должника означает по умолчанию погашение этой части требования, не исследовался вопрос о соответствии процессуальных действий сторон при рассмотрении обособленного спора об утверждении плана реструктуризации долгов тем правовым позициям, на которые они ссылаются при рассмотрении настоящего обособленного спора.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Судебной коллегии по экономическим спорам Верховного Суда Российской Федерации от 23.03.2026 № 305-ЭС25-6030 по делу № А40-30773/2021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Определение Судебной коллегии по экономическим спорам Верховного Суда Российской Федерации от 23.03.2026 № 305-ЭС25-6030 по делу № А40-30773/2021</dc:title>
  <dc:subject/>
  <dc:creator>CasusLegal</dc:creator>
  <cp:keywords/>
  <dc:description/>
  <cp:lastModifiedBy>CasusLegal</cp:lastModifiedBy>
  <cp:revision>1</cp:revision>
  <dcterms:created xsi:type="dcterms:W3CDTF">2026-08-16T11:28:07Z</dcterms:created>
  <dcterms:modified xsi:type="dcterms:W3CDTF">2026-08-16T11:28:07Z</dcterms:modified>
  <cp:category/>
</cp:coreProperties>
</file>