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гражданским делам Верховного Суда Российской Федерации от 24.03.2026 № 78-КГ25-37-К3 (УИД 78RS0003-01-2024-004216-20)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(СКГД)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24.03.2026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Определение Судебной коллегии по гражданским делам Верховного Суда Российской Федерации от 24.03.2026 № 78-КГ25-37-К3 (УИД 78RS0003-01-2024-004216-20)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 ФЗ, ст. 129 АПК РФ, ст. 134 ГПК РФ, ст. 15 Конституции РФ, ст. 18 Конституции РФ, ст. 2 Конституции РФ, ст. 35 Конституции РФ, ст. 417.9 ГПК РФ, ст. 46 Конституции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Юрисдикционный иммунитет иностранного государства, Принцип взаимности, Отказ в принятии искового заявления, Доступ к правосудию, Гражданский процесс, Международное частное право, Статья 134 ГПК РФ, Статья 401 ГПК РФ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Обжалуется определение об отказе в принятии иска.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78RS0003-01-2024-004216-20 Судебная коллегия по гражданским делам Верховного Суда Российской Федерации в составе: председательствующего Петрушкина В.А., Горшкова В.В. и Марьина А.Н., рассмотрев в открытом судебном заседании материал по иску Цветкова Александра Валентиновича и Цветковой Елены Викторовны к государству Финляндия в лице Государственного совета о возложении обязанности выкупить земельный участок и жилой дом, а также о взыскании компенсации морального вреда по кассационной жалобе Цветкова Александра Валентиновича и Цветковой Елены Викторовны по истребованному материалу N … на определение судьи Дзержинского районного суда Санкт-Петербурга от 9 июля 2024 г., апелляционное определение Санкт-Петербургского городского суда от 3 сентября 2024 г. и определение Третьего кассационного суда общей юрисдикции от 21 апреля 2025 г., заслушав доклад судьи Верховного Суда Российской Федерации Петрушкина В.А., выслушав Цветкова А.В., поддержавшего доводы кассационной жалобы,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Цветков А.В. и Цветкова Е.В. обратились в суд с названным иском, указав в обоснование, что ввиду продолжающихся дискриминационных действий в отношении граждан Российской Федерации со стороны Финляндской Республики они лишены возможности въезда на территорию этого государства, что нарушает их право собственности и причиняет нравственные страдания.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судьи Дзержинского районного суда Санкт-Петербурга от 9 июля 2024 г. в принятии иска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Апелляционным определением Санкт-Петербургского городского суда от 3 сентября 2024 г. определение суда первой инстанции оставлено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Третьего кассационного суда общей юрисдикции от 21 апреля 2025 г. определение судьи Дзержинского районного суда Санкт-Петербурга от 9 июля 2024 г. и апелляционное определение Санкт-Петербургского городского суда от 3 сентября 2024 г. оставлены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 Цветков А.В. и Цветкова Е.В. просят отменить названные судебные акты.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судьи Верховного Суда Российской Федерации от 25 июля 2025 г. Цветкову А.В., Цветковой Е.В. отказано в передаче кассационной жалобы для рассмотрения в судебном заседании Судебной коллегии по гражданским делам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заместителя Председателя Верховного Суда Российской Федерации Глазова Ю.В. от 6 марта 2026 г. определение судьи Верховного Суда Российской Федерации от 25 июля 2025 г. отменено, кассационная жалоба Цветкова А.В., Цветковой Е.В. с материалом передана для рассмотрения в судебном заседании Судебной коллегии по гражданским делам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материалы, обсудив доводы кассационной жалобы, объяснения относительно кассационной жалобы, Судебная коллегия по гражданским делам Верховного Суда Российской Федерации находит жалобу подлежащей удовлетворению.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со статьей 390.14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(или) норм процессуального права, которые повлияли на исход дела и без устранения которых невозможны восстановление и защита нарушенных прав, свобод и законных интересов, а также защита охраняемых законом публичных интересов.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Российской Федерации находит, что такие нарушения допущены при рассмотрении настоящего дела.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установлено судом и следует из материалов дела, Цветков А.В. и Цветкова Е.В. в 2017 году по договору купли-продажи приобрели земельный участок площадью 1,2840 га и находящийся на нем дом 2014 года постройки, расположенные по адресу: …, по цене 180 000 евро.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2017 года по 6 июля 2023 г. истцы свободно пользовались своей недвижимостью.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6 июля 2023 г. при пересечении границы Финляндской Республики пунктом пограничного контроля Нуйямаа в отношении Цветкова А.В., Цветковой Е.В. были вынесены административные решения о возложении обязанности покинуть территорию государства до 20:00 7 июля 2023 г., что обусловлено принятием 29 сентября 2022 г. Правительством Финляндской Республики решения № UM/2022/199, согласно которому в одностороннем порядке введены ограничения по национальному признаку на въезд в страну граждан России по шенгенской визе с туристической целью и на транзитное следование россиян в другие страны Шенгенского соглашения.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Исключения предусмотрены для членов семей граждан Финляндской Республики и граждан третьих стран, постоянно проживающих в Финляндской Республике, членов семей граждан государства - члена Европейского союза, сотрудников транспортной отрасли, деловых путешественников, собственников недвижимости, прибывающих по делам бизнеса, учебы или на лечение, сотрудников дипломатических и консульских представительств, а также по особым веским личным причинам (участие в похоронах или тяжелая болезнь близкого родственника).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Даже при наличии указанных оснований на пограничном контроле будут проводиться собеседования. Россияне, владеющие недвижимостью в Финляндской Республике, смогут въезжать в страну, если предоставят доказательства, что их визит необходим для поддержания принадлежащих им объектов в должном состоянии.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г. Санкт-Петербурга и Ленинградской области от 2 октября 2023 г. исковое заявление Цветкова А.В., Цветковой Е.В. к Финляндской Республике в лице Государственного совета о возложении обязанности выкупить земельный участок с жилым домом и взыскании компенсации морального вреда возвращено на основании пункта 1 части 1 статьи 129 Арбитражного процессуального кодекса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Тринадцатого арбитражного апелляционного суда от 20 декабря 2023 г. определение Арбитражного суда г. Санкт-Петербурга и Ленинградской области от 2 октября 2023 г. оставлено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Арбитражного суда Северо-Западного округа от 11 марта 2024 г. определение суда первой инстанции и апелляционное определение оставлены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судьи Верховного Суда Российской Федерации от 16 мая 2024 г. отказано в передаче кассационной жалобы Цветкова А.В., Цветковой Е.В.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Ввиду невозможности разрешения спора в порядке арбитражного судопроизводства истцы обратились с аналогичным иском в суд общей юрисдикции.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первой инстанции, отказывая в принятии искового заявления, руководствовался пунктом 1 части 1 статьи 134 Гражданского процессуального кодекса Российской Федерации и исходил из того, что иностранное государство обладает юрисдикционным иммунитетом, доказательств ограничения которого на основе принципа взаимности истцами не представлено.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апелляционной инстанции и кассационный суд общей юрисдикции согласились с такими выводами суда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Российской Федерации считает, что с выводами судебных инстанций согласиться нельзя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со статьей 15 Конституции Российской Федерации Конституция Российской Федерации имеет высшую юридическую силу, прямое действие и применяется на всей территории Российской Федерации. Законы и иные правовые акты, принимаемые в Российской Федерации, не должны противоречить Конституции Российской Федерации (часть 1).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Общепризнанные принципы и нормы международного права и международные договоры Российской Федерации являются составной частью ее правовой системы (часть 4 статьи 15 Конституции Российской Федерации).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подпунктом "а" пункта 3 статьи 2 Международного пакта о гражданских и политических правах от 16 декабря 1966 г. каждое участвующее в настоящем Пакте государство обязуется обеспечить любому лицу, права и свободы которого, признаваемые в данном Пакте, нарушены, эффективное средство правовой защиты, даже если это нарушение было совершено лицами, действовавшими в официальном качестве.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статье 2 Конституции Российской Федерации закреплено, что человек, его права и свободы являются высшей ценностью. Признание, соблюдение и защита прав и свобод человека и гражданина - обязанность государства.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статье 18 Конституции Российской Федерации права и свободы человека и гражданина являются непосредственно действующими. Они определяют смысл, содержание и применение законов, деятельность законодательной и исполнительной власти, местного самоуправления и обеспечиваются правосудием.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части 1 статьи 35 Конституции Российской Федерации право частной собственности охраняется законом.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Каждый вправе иметь имущество в собственности, владеть, пользоваться и распоряжаться им как единолично, так и совместно с другими лицами (часть 2 статьи 35 Конституции Российской Федерации).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Никто не может быть лишен своего имущества иначе как по решению суда (часть 3 статьи 35 Конституции Российской Федерации).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частью 1 статьи 46 Конституции Российской Федерации каждому гарантируется судебная защита его прав и свобод.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провозглашенные в Конституции Российской Федерации права и свободы человека и гражданина должны признаваться и соблюдаться, именно они определяют смысл, содержание и применение законов, а если оказываются нарушенными, то государство обязуется обеспечить для их восстановления эффективное средство правовой защиты.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Право лица на эффективные средства правовой защиты предусматривается не только международными договорами, участниками которых являются Российская Федерация и Финляндская Республика, но и общепризнанными принципами и нормами международного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Указанному праву лица корреспондирует обязанность государства в своей правовой системе предусмотреть наличие и действенность таких средств защиты.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статье 1 Федерального закона от 3 ноября 2015 г. № 297-ФЗ "О юрисдикционных иммунитетах иностранного государства и имущества иностранного государства в Российской Федерации" (далее - Закон о юрисдикционных иммунитетах иностранного государства и имущества иностранного государства в Российской Федерации) установлено, что иностранное государство пользуется в отношении себя и своего имущества юрисдикционными иммунитетами с учетом положений данного Закона (часть 2).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Статья 2 данного Закона определяет судебный иммунитет как обязанность суда Российской Федерации воздержаться от привлечения иностранного государства к участию в судебном процессе (часть 4).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части 1 статьи 4 указанного Закона закреплено, что юрисдикционные иммунитеты иностранного государства и его имущества в объеме, предоставляемом в соответствии с этим Федеральным законом, могут быть ограничены на основе принципа взаимности, если будет установлено наличие ограничений, касающихся предоставления Российской Федерации и ее имуществу юрисдикционных иммунитетов в иностранном государстве, в отношении которого и имущества которого возник вопрос о юрисдикционных иммунитетах.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международных отношений Российской Федерации, в порядке, установленном процессуальным законодательством Российской Федерации, дает заключения по вопросам предоставления юрисдикционных иммунитетов Российской Федерации и ее имуществу в иностранном государстве (часть 2 статьи 4 Закона о юрисдикционных иммунитетах иностранного государства и имущества иностранного государства в Российской Федерации).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следует из части 1 статьи 417.9 Гражданского процессуального кодекса Российской Федерации, при рассмотрении иска суд по собственной инициативе или по ходатайству стороны в соответствии с Законом о юрисдикционных иммунитетах иностранного государства и имущества иностранного государства в Российской Федерации может применить принцип взаимности, если в ходе судебного разбирательства будет установлено, что объем юрисдикционных иммунитетов, предоставляемых Российской Федерации в иностранном государстве, не соответствует объему юрисдикционных иммунитетов, предоставляемых в соответствии с законодательством Российской Федерации этому иностранному государству при разрешении спора.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Соотношение объемов юрисдикционных иммунитетов, предоставляемых Российской Федерации в иностранном государстве, и юрисдикционных иммунитетов, предоставляемых иностранному государству в Российской Федерации, определяется судом на основании доказательств, представленных сторонами, и заключений государственных органов (часть 2).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Мотивированное решение суда о применении принципа взаимности и в соответствии с ним ограничении юрисдикционных иммунитетов иностранного государства при рассмотрении конкретного спора указывается в решении суда, принимаемом по итогам рассмотрения дела (часть 3).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изложенного следует, что действующее правовое регулирование не исключает возможности ограничения юрисдикционного иммунитета иностранного государства на основе принципа взаимности.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пункта 1 статьи 5 Закона о юрисдикционных иммунитетах иностранного государства и имущества иностранного государства в Российской Федерации иностранное государство не пользуется в Российской Федерации судебным иммунитетом, если оно явно выразило согласие на осуществление судом Российской Федерации юрисдикции в отношении конкретного спора в силу: 1) международного договора; 2) письменного соглашения, не являющегося международным договором; 3) заявления в суде Российской Федерации, письменного уведомления суда Российской Федерации или письменного уведомления, переданного Российской Федерации по дипломатическим каналам, в рамках судебного процесса в отношении конкретного спора.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статье 6 Закона о юрисдикционных иммунитетах иностранного государства и имущества иностранного государства в Российской Федерации предусматриваются случаи, когда иностранное государство признается отказавшимся от судебного иммунитета.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статьях 7 - 13 этого же Закона указаны категории споров, в которых иностранные государства не пользуются в Российской Федерации судебным иммунитетом.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Наличие у иностранного государства юрисдикционного иммунитета не должно рассматриваться в качестве правового основания для такого государства игнорировать в пределах его юрисдикции права и свободы человека, предусмотренные не только законодательством этого государства, но и общепризнанными принципами и нормами международного права и международными договорами, являющимися для него обязательными.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Поэтому, если в иностранном государстве юрисдикционные иммунитеты Российской Федерации не ограничиваются в объеме, позволяющем судам Российской Федерации во исполнение положений статьи 417.9 Гражданского процессуального кодекса Российской Федерации рассмотреть дело в отношении иностранного государства, если иностранное государство не отказалось от судебного иммунитета, а также если оно не признано отказавшимся от судебного иммунитета и отсутствуют предусмотренные Законом о юрисдикционных иммунитетах иностранного государства и имущества иностранного государства в Российской Федерации случаи неприменения судебного иммунитета, судам необходимо установить, обеспечивается ли в таком иностранном государстве право лица на эффективные, в том числе судебные, средства правовой защиты прав, ставших предметом обращения заявителя в суд Российской Федерации. При этом предусматриваемые иностранным законодательством возможные ограничения на доступ к таким средствам правовой защиты не должны влечь за собой лишение лица права на указанные средства, которые предусматриваются пунктом 1 статьи 2 Международного пакта о гражданских и политических правах от 16 декабря 1966 г., участниками которого являются и Российская Федерация, и Финляндская Республика.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Наличие в правовой системе иностранного государства эффективных средств правовой защиты презюмируется.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 отсутствии таких средств защиты могут свидетельствовать в том числе законоположения иностранного государства, препятствующие лицу обратиться в административные и (или) в судебные органы с целью защиты своих прав.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формальные предположения лица, права и свободы которого могли быть нарушены, о невозможности удовлетворения его требований сами по себе не свидетельствуют о наличии неэффективных средств правовой защиты в иностранном государстве.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свою очередь, существующие подходы органов государственной власти иностранного государства по защите прав могут свидетельствовать о наличии эффективных средств правовой защиты в иностранном государстве.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Наличие либо отсутствие таких средств может быть продемонстрировано практикой наднациональных органов, компетенцию которых на принятие индивидуальных жалоб признает такое иностранное государство.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Отсутствие эффективных средств правовой защиты устанавливается судом на основе исследованных им доказательств, одним из которых может являться заключение Министерства иностранных дел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пунктом 1 части 1 статьи 134 Гражданского процессуального кодекса Российской Федерации судья отказывает в принятии искового заявления в случае, если заявление подлежит рассмотрению в порядке конституционного или уголовного судопроизводства, производства по делам об административных правонарушениях либо не подлежит рассмотрению в судах.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Отказывая в принятии иска Цветкова А.В., Цветковой Е.В. к Финляндской Республике в лице Государственного совета, суд первой инстанции, применяя положения указанной выше нормы, не учел, что отсутствие доказательств, в том числе ограничения юрисдикционного иммунитета иностранного государства на основе принципа взаимности, не является основанием для отказа в принятии искового заявления.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Кроме того, такой отказ в принятии искового заявления без исследования обстоятельств дела нарушает гарантированное Конституцией Российской Федерации право истцов на доступ к суду и справедливое судебное разбирательство.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связи с этим вопросы об установлении ограничения судебного иммунитета иностранного государства на основании принципа взаимности, об отсутствии судебного иммунитета в силу возможного согласия иностранного государства на осуществление юрисдикции судом Российской Федерации, о признании иностранного государства отказавшимся от судебного иммунитета, о неприменении судебного иммунитета согласно Закону о юрисдикционных иммунитетах иностранного государства и имущества иностранного государства в Российской Федерации оставлены судебными инстанциями без исследования.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рассмотрении дела следует установить отсутствие эффективных средств правовой защиты в иностранном государстве, если суд на основании исследованных доказательств придет к выводу, что такое государство в силу приведенных выше законоположений пользуется в Российской Федерации судебным иммунитетом.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Положением о Министерстве иностранных дел Российской Федерации (далее - МИД России), утвержденным Указом Президента Российской Федерации от 11 июля 2004 г. № 865 (в редакции от 5 ноября 2025 г.), основными задачами МИД России являются в том числе обеспечение дипломатическими и международно-правовыми средствами защиты суверенитета, безопасности, территориальной целостности Российской Федерации, других ее интересов на международной арене (подпункт 4 пункта 2), содействие взаимодействию органов исполнительной власти с органами законодательной и судебной власти на федеральном уровне и уровне субъектов Российской Федерации в целях соблюдения принципа единства внешней политики Российской Федерации и реализации ее международных прав и обязательств (подпункт 6 пункта 2). МИД России в том числе участвует в пределах своей компетенции совместно с другими федеральными органами исполнительной власти в разработке и реализации мер воздействия (противодействия) на недружественные действия иностранных государств (подпункт 13.9 пункта 6), дает разъяснения в пределах своей компетенции по вопросам международного права в связи с запросами органов государственной власти (подпункт 19 пункта 6), осуществляет общее наблюдение за выполнением международных обязательств Российской Федерации (подпункт 22 пункта 6), осуществляет контроль за соблюдением дипломатических и консульских привилегий и иммунитетов (подпункт 31 пункта 6).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Исходя из приведенных норм права вопросы соотношения объемов юрисдикционных иммунитетов, необходимости применения принципа взаимности и в соответствии с ним ограничения юрисдикционных иммунитетов иностранного государства, а также вопросы неприменения судебного иммунитета в иных случаях должны разрешаться судом по результатам рассмотрения конкретного спора на основании доказательств, представленных сторонами, и заключений государственных органов, представители которых должны быть также привлечены к участию в деле.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Однако к участию в деле указанный федеральный орган исполнительной власти судом привлечен не был, заключение государственного органа о наличии судебного иммунитета в отношении рассматриваемого спора в порядке части 2 статьи 417.9 Гражданского процессуального кодекса Российской Федерации также судом запрошено не было.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изложенного Судебная коллегия по гражданским делам Верховного Суда Российской Федерации находит, что судами допущены нарушения норм права, которые являются существенными и которые могут быть устранены только посредством отмены обжалуемых судебных постановлений и нового рассмотрения дела.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390.14 - 390.16 Гражданского процессуального кодекса Российской Федерации, Судебная коллегия по гражданским делам Верховного Суда Российской Федерации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отменено, дело направлено на новое рассмотрение, поскольку судом не учтено, что отсутствие доказательств, в том числе ограничения юрисдикционного иммунитета иностранного государства на основе принципа взаимности, не является основанием для отказа в принятии искового заявления. Кроме того, отказ в принятии искового заявления без исследования обстоятельств дела нарушает гарантированное Конституцией РФ право истцов на доступ к суду и справедливое судебное разбирательство.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гражданским делам Верховного Суда Российской Федерации от 24.03.2026 № 78-КГ25-37-К3 (УИД 78RS0003-01-2024-004216-20)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гражданским делам Верховного Суда Российской Федерации от 24.03.2026 № 78-КГ25-37-К3 (УИД 78RS0003-01-2024-004216-20)</dc:title>
  <dc:subject/>
  <dc:creator>CasusLegal</dc:creator>
  <cp:keywords/>
  <dc:description/>
  <cp:lastModifiedBy>CasusLegal</cp:lastModifiedBy>
  <cp:revision>1</cp:revision>
  <dcterms:created xsi:type="dcterms:W3CDTF">2026-08-16T11:30:46Z</dcterms:created>
  <dcterms:modified xsi:type="dcterms:W3CDTF">2026-08-16T11:30:46Z</dcterms:modified>
  <cp:category/>
</cp:coreProperties>
</file>