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Постановление Пленума Верховного Суда РФ от 08.11.2022 № 31</w:t>
      </w:r>
    </w:p>
    <w:p>
      <w:pPr>
        <w:spacing w:after="40"/>
      </w:pPr>
      <w:r>
        <w:rPr>
          <w:rFonts w:ascii="Inter" w:hAnsi="Inter"/>
          <w:b/>
          <w:color w:val="8B8171"/>
          <w:sz w:val="18"/>
        </w:rPr>
        <w:t xml:space="preserve">Суд: </w:t>
      </w:r>
      <w:r>
        <w:rPr>
          <w:rFonts w:ascii="Inter" w:hAnsi="Inter"/>
          <w:color w:val="655D50"/>
          <w:sz w:val="18"/>
        </w:rPr>
        <w:t>Верховный Суд РФ (Пленум)</w:t>
      </w:r>
    </w:p>
    <w:p>
      <w:pPr>
        <w:spacing w:after="40"/>
      </w:pPr>
      <w:r>
        <w:rPr>
          <w:rFonts w:ascii="Inter" w:hAnsi="Inter"/>
          <w:b/>
          <w:color w:val="8B8171"/>
          <w:sz w:val="18"/>
        </w:rPr>
        <w:t xml:space="preserve">Дата: </w:t>
      </w:r>
      <w:r>
        <w:rPr>
          <w:rFonts w:ascii="Inter" w:hAnsi="Inter"/>
          <w:color w:val="655D50"/>
          <w:sz w:val="18"/>
        </w:rPr>
        <w:t>08.11.2022</w:t>
      </w:r>
    </w:p>
    <w:p>
      <w:pPr>
        <w:spacing w:after="40"/>
      </w:pPr>
      <w:r>
        <w:rPr>
          <w:rFonts w:ascii="Inter" w:hAnsi="Inter"/>
          <w:b/>
          <w:color w:val="8B8171"/>
          <w:sz w:val="18"/>
        </w:rPr>
        <w:t xml:space="preserve">Номер дела: </w:t>
      </w:r>
      <w:r>
        <w:rPr>
          <w:rFonts w:ascii="Inter" w:hAnsi="Inter"/>
          <w:color w:val="655D50"/>
          <w:sz w:val="18"/>
        </w:rPr>
        <w:t>31</w:t>
      </w:r>
    </w:p>
    <w:p>
      <w:pPr>
        <w:spacing w:after="40"/>
      </w:pPr>
      <w:r>
        <w:rPr>
          <w:rFonts w:ascii="Inter" w:hAnsi="Inter"/>
          <w:b/>
          <w:color w:val="8B8171"/>
          <w:sz w:val="18"/>
        </w:rPr>
        <w:t xml:space="preserve">Применённые нормы: </w:t>
      </w:r>
      <w:r>
        <w:rPr>
          <w:rFonts w:ascii="Inter" w:hAnsi="Inter"/>
          <w:color w:val="655D50"/>
          <w:sz w:val="18"/>
        </w:rPr>
        <w:t>ст. 1 ГПК РФ, ст. 10 ГК РФ, ст. 100 ГПК РФ, ст. 107 ГПК РФ, ст. 1083 ГК РФ, ст. 1088 ГК РФ, ст. 109 ГПК РФ, ст. 110 АПК РФ, ст. 111 АПК РФ, ст. 112 ГПК РФ, ст. 113 АПК РФ, ст. 115 АПК РФ, ст. 117 АПК РФ, ст. 129 АПК РФ, ст. 132 АПК РФ, ст. 133 ГПК РФ, ст. 135 ГПК РФ, ст. 138 ГПК РФ, ст. 143 АПК РФ, ст. 148 АПК РФ, ст. 15 ГК РФ, ст. 159 АПК РФ, ст. 165.1 ГК РФ, ст. 174 АПК РФ, ст. 2 ФЗ, ст. 200 ГК РФ, ст. 202 ГК РФ, ст. 206 ГПК РФ, ст. 215 ГПК РФ, ст. 22 ГПК РФ, ст. 222 ГПК РФ, ст. 23 ГПК РФ, ст. 24 ГПК РФ, ст. 28 АПК РФ, ст. 28 ГПК РФ, ст. 29 ГПК РФ, ст. 3 АПК РФ, ст. 308.3 ГК РФ, ст. 314 ГК РФ, ст. 330 ГК РФ, ст. 333 ГК РФ, ст. 35 АПК РФ, ст. 35 ГПК РФ, ст. 36 АПК РФ, ст. 382 ГК РФ, ст. 383 ГК РФ, ст. 384 ГК РФ, ст. 393 ГК РФ, ст. 395 ГК РФ, ст. 40 ГПК РФ, ст. 401 ГК РФ, ст. 405 ГК РФ, ст. 406 ГК РФ, ст. 408 ГК РФ, ст. 41 АПК РФ, ст. 422 ГК РФ, ст. 426 ГК РФ, ст. 43 ГПК РФ, ст. 45 ГПК РФ, ст. 453 ГК РФ, ст. 46 АПК РФ, ст. 5 ФЗ, ст. 51 АПК РФ, ст. 56 ГПК РФ, ст. 6 ГК РФ, ст. 6 ГПК РФ, ст. 65 АПК РФ, ст. 67 ГПК РФ, ст. 71 АПК РФ, ст. 87 ГПК РФ, ст. 931 ГК РФ, ст. 944 ГК РФ, ст. 962 ГК РФ, ст. 965 ГК РФ, ст. 966 ГК РФ, ст. 98 ГПК РФ</w:t>
      </w:r>
    </w:p>
    <w:p>
      <w:pPr>
        <w:spacing w:after="40"/>
      </w:pPr>
      <w:r>
        <w:rPr>
          <w:rFonts w:ascii="Inter" w:hAnsi="Inter"/>
          <w:b/>
          <w:color w:val="8B8171"/>
          <w:sz w:val="18"/>
        </w:rPr>
        <w:t xml:space="preserve">Теги: </w:t>
      </w:r>
      <w:r>
        <w:rPr>
          <w:rFonts w:ascii="Inter" w:hAnsi="Inter"/>
          <w:color w:val="655D50"/>
          <w:sz w:val="18"/>
        </w:rPr>
        <w:t>Федеральный закон № 40-ФЗ, Федеральный закон № 123-ФЗ, Закон РФ № 2300-I, Досудебный порядок урегулирования спора, Финансовый уполномоченный, Публичный договор, Глава 48 ГК РФ</w:t>
      </w:r>
    </w:p>
    <w:p>
      <w:pPr>
        <w:spacing w:before="280" w:after="80"/>
      </w:pPr>
      <w:r>
        <w:rPr>
          <w:rFonts w:ascii="Cormorant Garamond" w:hAnsi="Cormorant Garamond"/>
          <w:b/>
          <w:color w:val="B63A26"/>
          <w:sz w:val="28"/>
        </w:rPr>
        <w:t>Текст постановления</w:t>
      </w:r>
    </w:p>
    <w:p>
      <w:pPr>
        <w:widowControl/>
        <w:spacing w:after="280" w:line="312" w:lineRule="auto"/>
        <w:ind w:firstLine="567"/>
        <w:jc w:val="both"/>
      </w:pPr>
      <w:r>
        <w:rPr>
          <w:rFonts w:ascii="Inter" w:hAnsi="Inter"/>
          <w:color w:val="655D50"/>
          <w:sz w:val="24"/>
        </w:rPr>
        <w:t>О ПРИМЕНЕНИИ</w:t>
      </w:r>
    </w:p>
    <w:p>
      <w:pPr>
        <w:widowControl/>
        <w:spacing w:after="280" w:line="312" w:lineRule="auto"/>
        <w:ind w:firstLine="567"/>
        <w:jc w:val="both"/>
      </w:pPr>
      <w:r>
        <w:rPr>
          <w:rFonts w:ascii="Inter" w:hAnsi="Inter"/>
          <w:color w:val="655D50"/>
          <w:sz w:val="24"/>
        </w:rPr>
        <w:t>СУДАМИ ЗАКОНОДАТЕЛЬСТВА ОБ ОБЯЗАТЕЛЬНОМ СТРАХОВАНИИ</w:t>
      </w:r>
    </w:p>
    <w:p>
      <w:pPr>
        <w:widowControl/>
        <w:spacing w:after="280" w:line="312" w:lineRule="auto"/>
        <w:ind w:firstLine="567"/>
        <w:jc w:val="both"/>
      </w:pPr>
      <w:r>
        <w:rPr>
          <w:rFonts w:ascii="Inter" w:hAnsi="Inter"/>
          <w:color w:val="655D50"/>
          <w:sz w:val="24"/>
        </w:rPr>
        <w:t>ГРАЖДАНСКОЙ ОТВЕТСТВЕННОСТИ ВЛАДЕЛЬЦЕВ ТРАНСПОРТНЫХ СРЕДСТВ</w:t>
      </w:r>
    </w:p>
    <w:p>
      <w:pPr>
        <w:widowControl/>
        <w:spacing w:after="280" w:line="312" w:lineRule="auto"/>
        <w:ind w:firstLine="567"/>
        <w:jc w:val="both"/>
      </w:pPr>
      <w:r>
        <w:rPr>
          <w:rFonts w:ascii="Inter" w:hAnsi="Inter"/>
          <w:color w:val="655D50"/>
          <w:sz w:val="24"/>
        </w:rPr>
        <w:t>В целях обеспечения правильного и единообразного применения судами законодательства, регулирующего отношения в области обязательного страхования гражданской ответственности владельцев транспортных средств, Пленум Верховного Суда Российской Федерации, руководствуясь статьей 126 Конституции Российской Федерации, статьями 2 и 5 Федерального конституционного закона от 5 февраля 2014 года № 3-ФКЗ "О Верховном Суде Российской Федерации", постановляет дать следующие разъяснения.</w:t>
      </w:r>
    </w:p>
    <w:p>
      <w:pPr>
        <w:widowControl/>
        <w:spacing w:after="280" w:line="312" w:lineRule="auto"/>
        <w:ind w:firstLine="567"/>
        <w:jc w:val="both"/>
      </w:pPr>
      <w:r>
        <w:rPr>
          <w:rFonts w:ascii="Inter" w:hAnsi="Inter"/>
          <w:color w:val="655D50"/>
          <w:sz w:val="24"/>
        </w:rPr>
        <w:t>Общие положения</w:t>
      </w:r>
    </w:p>
    <w:p>
      <w:pPr>
        <w:widowControl/>
        <w:spacing w:after="280" w:line="312" w:lineRule="auto"/>
        <w:ind w:firstLine="567"/>
        <w:jc w:val="both"/>
      </w:pPr>
      <w:r>
        <w:rPr>
          <w:rFonts w:ascii="Inter" w:hAnsi="Inter"/>
          <w:color w:val="655D50"/>
          <w:sz w:val="24"/>
        </w:rPr>
        <w:t>1. Отношения по обязательному страхованию гражданской ответственности владельцев транспортных средств регулируются нормами главы 48 "Страхование" Гражданского кодекса Российской Федерации (далее - ГК РФ), Закона Российской Федерации от 27 ноября 1992 года № 4015-I "Об организации страхового дела в Российской Федерации" (далее - Закон № 4015-I), Федерального закона от 25 апреля 2002 года № 40-ФЗ "Об обязательном страховании гражданской ответственности владельцев транспортных средств" (далее - Закон об ОСАГО), правилами обязательного страхования гражданской ответственности владельцев транспортных средств, установленными Положением Центрального банка Российской Федерации от 19 сентября 2014 года № 431-П (далее - Правила), и другими нормативными правовыми актами Российской Федерации, а также положениями Закона Российской Федерации от 7 февраля 1992 года № 2300-I "О защите прав потребителей" (далее - Закон о защите прав потребителей) в части, не урегулированной специальными законами.</w:t>
      </w:r>
    </w:p>
    <w:p>
      <w:pPr>
        <w:widowControl/>
        <w:spacing w:after="280" w:line="312" w:lineRule="auto"/>
        <w:ind w:firstLine="567"/>
        <w:jc w:val="both"/>
      </w:pPr>
      <w:r>
        <w:rPr>
          <w:rFonts w:ascii="Inter" w:hAnsi="Inter"/>
          <w:color w:val="655D50"/>
          <w:sz w:val="24"/>
        </w:rPr>
        <w:t>Обязательный досудебный порядок урегулирования споров, вытекающих из договоров обязательного страхования гражданской ответственности владельцев транспортных средств, в отношении граждан-потребителей регулируется также Федеральным законом от 4 июня 2018 года № 123-ФЗ "Об уполномоченном по правам потребителей финансовых услуг" (далее - Закон о финансовом уполномоченном).</w:t>
      </w:r>
    </w:p>
    <w:p>
      <w:pPr>
        <w:widowControl/>
        <w:spacing w:after="280" w:line="312" w:lineRule="auto"/>
        <w:ind w:firstLine="567"/>
        <w:jc w:val="both"/>
      </w:pPr>
      <w:r>
        <w:rPr>
          <w:rFonts w:ascii="Inter" w:hAnsi="Inter"/>
          <w:color w:val="655D50"/>
          <w:sz w:val="24"/>
        </w:rPr>
        <w:t>2. На отношения, возникающие между страхователем и страховщиком, Закон о защите прав потребителей распространяется в случаях, когда транспортное средство используется исключительно для личных, семейных, домашних, бытовых и иных нужд, не связанных с предпринимательской и иной экономической деятельностью владельца. Закон о защите прав потребителей распространяется на отношения между страховщиком и потерпевшим, являющимся физическим лицом, по требованию о возмещении вреда, причиненного жизни и здоровью, а также по требованию о возмещении ущерба, причиненного имуществу, которое используется в целях, не связанных с предпринимательской и иной экономической деятельностью потерпевшего.</w:t>
      </w:r>
    </w:p>
    <w:p>
      <w:pPr>
        <w:widowControl/>
        <w:spacing w:after="280" w:line="312" w:lineRule="auto"/>
        <w:ind w:firstLine="567"/>
        <w:jc w:val="both"/>
      </w:pPr>
      <w:r>
        <w:rPr>
          <w:rFonts w:ascii="Inter" w:hAnsi="Inter"/>
          <w:color w:val="655D50"/>
          <w:sz w:val="24"/>
        </w:rPr>
        <w:t>К отношениям, возникающим между физическим лицом и профессиональным объединением страховщиков по поводу компенсационных выплат, Закон о защите прав потребителей не применяется (пункт 6 статьи 19 Закона об ОСАГО).</w:t>
      </w:r>
    </w:p>
    <w:p>
      <w:pPr>
        <w:widowControl/>
        <w:spacing w:after="280" w:line="312" w:lineRule="auto"/>
        <w:ind w:firstLine="567"/>
        <w:jc w:val="both"/>
      </w:pPr>
      <w:r>
        <w:rPr>
          <w:rFonts w:ascii="Inter" w:hAnsi="Inter"/>
          <w:color w:val="655D50"/>
          <w:sz w:val="24"/>
        </w:rPr>
        <w:t>3. К отношениям по обязательному страхованию гражданской ответственности владельцев транспортных средств применяется закон, действующий на момент заключения соответствующего договора страхования, кроме случаев, когда в законе установлено, что его действие распространяется на отношения, возникшие из ранее заключенных договоров (статья 422 ГК РФ).</w:t>
      </w:r>
    </w:p>
    <w:p>
      <w:pPr>
        <w:widowControl/>
        <w:spacing w:after="280" w:line="312" w:lineRule="auto"/>
        <w:ind w:firstLine="567"/>
        <w:jc w:val="both"/>
      </w:pPr>
      <w:r>
        <w:rPr>
          <w:rFonts w:ascii="Inter" w:hAnsi="Inter"/>
          <w:color w:val="655D50"/>
          <w:sz w:val="24"/>
        </w:rPr>
        <w:t>Поскольку прямое возмещение убытков осуществляется страховщиком гражданской ответственности потерпевшего от имени страховщика гражданской ответственности причинителя вреда (пункт 4 статьи 14.1 Закона об ОСАГО), к такому возмещению положения Закона об ОСАГО применяются в редакции, действовавшей на момент заключения договора обязательного страхования гражданской ответственности между причинителем вреда и страховщиком, застраховавшим его гражданскую ответственность.</w:t>
      </w:r>
    </w:p>
    <w:p>
      <w:pPr>
        <w:widowControl/>
        <w:spacing w:after="280" w:line="312" w:lineRule="auto"/>
        <w:ind w:firstLine="567"/>
        <w:jc w:val="both"/>
      </w:pPr>
      <w:r>
        <w:rPr>
          <w:rFonts w:ascii="Inter" w:hAnsi="Inter"/>
          <w:color w:val="655D50"/>
          <w:sz w:val="24"/>
        </w:rPr>
        <w:t>Положения Закона об ОСАГО в редакции Федерального закона от 28 марта 2017 года № 49-ФЗ "О внесении изменений в Федеральный закон "Об обязательном страховании гражданской ответственности владельцев транспортных средств" подлежат применению к договорам страхования, заключенным с 28 апреля 2017 года. Подпункт "б" пункта 1 статьи 14.1 Закона об ОСАГО в указанной редакции подлежит применению к отношениям, возникшим в результате дорожно-транспортных происшествий, произошедших начиная с 26 сентября 2017 года.</w:t>
      </w:r>
    </w:p>
    <w:p>
      <w:pPr>
        <w:widowControl/>
        <w:spacing w:after="280" w:line="312" w:lineRule="auto"/>
        <w:ind w:firstLine="567"/>
        <w:jc w:val="both"/>
      </w:pPr>
      <w:r>
        <w:rPr>
          <w:rFonts w:ascii="Inter" w:hAnsi="Inter"/>
          <w:color w:val="655D50"/>
          <w:sz w:val="24"/>
        </w:rPr>
        <w:t>Положения пункта 9.1 статьи 12 Закона об ОСАГО в редакции Федерального закона от 1 мая 2019 года № 88-ФЗ "О внесении изменений в отдельные законодательные акты Российской Федерации" подлежат применению к договорам страхования, заключенным с 1 мая 2019 года. Положения статей 18 и 19 Закона об ОСАГО в редакции указанного Федерального закона применяются к отношениям, которые возникнут из требований о компенсационных выплатах, поданных после 1 июня 2019 года.</w:t>
      </w:r>
    </w:p>
    <w:p>
      <w:pPr>
        <w:widowControl/>
        <w:spacing w:after="280" w:line="312" w:lineRule="auto"/>
        <w:ind w:firstLine="567"/>
        <w:jc w:val="both"/>
      </w:pPr>
      <w:r>
        <w:rPr>
          <w:rFonts w:ascii="Inter" w:hAnsi="Inter"/>
          <w:color w:val="655D50"/>
          <w:sz w:val="24"/>
        </w:rPr>
        <w:t>Положения Закона об ОСАГО в редакции Федерального закона от 4 июня 2018 года № 133-ФЗ "О внесении изменений в отдельные законодательные акты Российской Федерации и признании утратившей силу части 15 статьи 5 Федерального закона "О внесении изменений в Федеральный закон "Об обязательном страховании гражданской ответственности владельцев транспортных средств" и отдельные законодательные акты Российской Федерации" в связи с принятием Федерального закона "Об уполномоченном по правам потребителей финансовых услуг" об обязательном досудебном порядке урегулирования спора подлежат применению с 1 июня 2019 года независимо от даты заключения договора либо даты наступления страхового случая (часть 3 статьи 1 Гражданского процессуального кодекса Российской Федерации (далее - ГПК РФ), часть 4 статьи 3 Арбитражного процессуального кодекса Российской Федерации (далее - АПК РФ).</w:t>
      </w:r>
    </w:p>
    <w:p>
      <w:pPr>
        <w:widowControl/>
        <w:spacing w:after="280" w:line="312" w:lineRule="auto"/>
        <w:ind w:firstLine="567"/>
        <w:jc w:val="both"/>
      </w:pPr>
      <w:r>
        <w:rPr>
          <w:rFonts w:ascii="Inter" w:hAnsi="Inter"/>
          <w:color w:val="655D50"/>
          <w:sz w:val="24"/>
        </w:rPr>
        <w:t>Договор обязательного страхования гражданской</w:t>
      </w:r>
    </w:p>
    <w:p>
      <w:pPr>
        <w:widowControl/>
        <w:spacing w:after="280" w:line="312" w:lineRule="auto"/>
        <w:ind w:firstLine="567"/>
        <w:jc w:val="both"/>
      </w:pPr>
      <w:r>
        <w:rPr>
          <w:rFonts w:ascii="Inter" w:hAnsi="Inter"/>
          <w:color w:val="655D50"/>
          <w:sz w:val="24"/>
        </w:rPr>
        <w:t>ответственности владельцев транспортных средств</w:t>
      </w:r>
    </w:p>
    <w:p>
      <w:pPr>
        <w:widowControl/>
        <w:spacing w:after="280" w:line="312" w:lineRule="auto"/>
        <w:ind w:firstLine="567"/>
        <w:jc w:val="both"/>
      </w:pPr>
      <w:r>
        <w:rPr>
          <w:rFonts w:ascii="Inter" w:hAnsi="Inter"/>
          <w:color w:val="655D50"/>
          <w:sz w:val="24"/>
        </w:rPr>
        <w:t>4. Договор обязательного страхования является публичным и должен соответствовать Закону об ОСАГО, а также иным нормативным актам, принятым в целях его реализации, действующим на момент заключения договора. Изменение положений Закона об ОСАГО, Правил после заключения договора не влечет изменения положений договора (в частности, о порядке исполнения, сроках действия, существенных условиях), кроме случаев, когда в законе установлено, что его действие распространяется на отношения, возникшие из ранее заключенных договоров (статья 422 ГК РФ).</w:t>
      </w:r>
    </w:p>
    <w:p>
      <w:pPr>
        <w:widowControl/>
        <w:spacing w:after="280" w:line="312" w:lineRule="auto"/>
        <w:ind w:firstLine="567"/>
        <w:jc w:val="both"/>
      </w:pPr>
      <w:r>
        <w:rPr>
          <w:rFonts w:ascii="Inter" w:hAnsi="Inter"/>
          <w:color w:val="655D50"/>
          <w:sz w:val="24"/>
        </w:rPr>
        <w:t>Условия договора обязательного страхования, противоречащие Закону об ОСАГО и (или) Правилам, в том числе устанавливающие дополнительные основания для освобождения страховой организации от обязанности осуществления страхового возмещения, являются ничтожными (пункт 5 статьи 426 ГК РФ).</w:t>
      </w:r>
    </w:p>
    <w:p>
      <w:pPr>
        <w:widowControl/>
        <w:spacing w:after="280" w:line="312" w:lineRule="auto"/>
        <w:ind w:firstLine="567"/>
        <w:jc w:val="both"/>
      </w:pPr>
      <w:r>
        <w:rPr>
          <w:rFonts w:ascii="Inter" w:hAnsi="Inter"/>
          <w:color w:val="655D50"/>
          <w:sz w:val="24"/>
        </w:rPr>
        <w:t>5. Страховой полис является документом, подтверждающим заключение договора обязательного страхования гражданской ответственности владельца транспортного средства, пока не доказано иное.</w:t>
      </w:r>
    </w:p>
    <w:p>
      <w:pPr>
        <w:widowControl/>
        <w:spacing w:after="280" w:line="312" w:lineRule="auto"/>
        <w:ind w:firstLine="567"/>
        <w:jc w:val="both"/>
      </w:pPr>
      <w:r>
        <w:rPr>
          <w:rFonts w:ascii="Inter" w:hAnsi="Inter"/>
          <w:color w:val="655D50"/>
          <w:sz w:val="24"/>
        </w:rPr>
        <w:t>При возникновении спора заключение договора обязательного страхования может быть подтверждено сведениями, представленными профессиональным объединением страховщиков, о заключении договора обязательного страхования, содержащимися в автоматизированной информационной системе обязательного страхования, и другими доказательствами (пункт 7.2 статьи 15, пункт 3 статьи 30 Закона об ОСАГО).</w:t>
      </w:r>
    </w:p>
    <w:p>
      <w:pPr>
        <w:widowControl/>
        <w:spacing w:after="280" w:line="312" w:lineRule="auto"/>
        <w:ind w:firstLine="567"/>
        <w:jc w:val="both"/>
      </w:pPr>
      <w:r>
        <w:rPr>
          <w:rFonts w:ascii="Inter" w:hAnsi="Inter"/>
          <w:color w:val="655D50"/>
          <w:sz w:val="24"/>
        </w:rPr>
        <w:t>Сообщение профессионального объединения страховщиков об отсутствии в автоматизированной информационной системе обязательного страхования данных о страховом полисе само по себе не является безусловным доказательством отсутствия договора страхования и должно оцениваться наряду с другими доказательствами (статья 67 ГПК РФ и статья 71 АПК РФ).</w:t>
      </w:r>
    </w:p>
    <w:p>
      <w:pPr>
        <w:widowControl/>
        <w:spacing w:after="280" w:line="312" w:lineRule="auto"/>
        <w:ind w:firstLine="567"/>
        <w:jc w:val="both"/>
      </w:pPr>
      <w:r>
        <w:rPr>
          <w:rFonts w:ascii="Inter" w:hAnsi="Inter"/>
          <w:color w:val="655D50"/>
          <w:sz w:val="24"/>
        </w:rPr>
        <w:t>6. Страховщик вправе досрочно прекратить действие договора обязательного страхования на будущее время в случае выявления ложных или неполных сведений, представленных страхователем при заключении договора обязательного страхования, имеющих существенное значение для определения степени страхового риска, а также в иных случаях, предусмотренных законодательством Российской Федерации (подпункт "а" пункта 2 статьи 5 Закона об ОСАГО и пункт 1.15 Правил).</w:t>
      </w:r>
    </w:p>
    <w:p>
      <w:pPr>
        <w:widowControl/>
        <w:spacing w:after="280" w:line="312" w:lineRule="auto"/>
        <w:ind w:firstLine="567"/>
        <w:jc w:val="both"/>
      </w:pPr>
      <w:r>
        <w:rPr>
          <w:rFonts w:ascii="Inter" w:hAnsi="Inter"/>
          <w:color w:val="655D50"/>
          <w:sz w:val="24"/>
        </w:rPr>
        <w:t>Договор обязательного страхования в этом случае прекращается с момента получения страхователем уведомления страховщика о прекращении договора (пункт 1 статьи 450.1, статья 165.1 ГК РФ).</w:t>
      </w:r>
    </w:p>
    <w:p>
      <w:pPr>
        <w:widowControl/>
        <w:spacing w:after="280" w:line="312" w:lineRule="auto"/>
        <w:ind w:firstLine="567"/>
        <w:jc w:val="both"/>
      </w:pPr>
      <w:r>
        <w:rPr>
          <w:rFonts w:ascii="Inter" w:hAnsi="Inter"/>
          <w:color w:val="655D50"/>
          <w:sz w:val="24"/>
        </w:rPr>
        <w:t>В таком случае часть страховой премии по договору обязательного страхования в размере ее доли, предназначенной для осуществления страхового возмещения и приходящейся на неистекший срок действия договора обязательного страхования или неистекший срок сезонного и иного временного использования транспортного средства (период использования транспортного средства), страхователю не возвращается (пункт 1.16 Правил).</w:t>
      </w:r>
    </w:p>
    <w:p>
      <w:pPr>
        <w:widowControl/>
        <w:spacing w:after="280" w:line="312" w:lineRule="auto"/>
        <w:ind w:firstLine="567"/>
        <w:jc w:val="both"/>
      </w:pPr>
      <w:r>
        <w:rPr>
          <w:rFonts w:ascii="Inter" w:hAnsi="Inter"/>
          <w:color w:val="655D50"/>
          <w:sz w:val="24"/>
        </w:rPr>
        <w:t>Ложными или неполными сведениями считаются представленные страхователем сведения, которые не соответствуют действительности или не содержат необходимой для заключения договора страхования информации, при надлежащем представлении которых договор не был бы заключен или был бы заключен на других условиях. Обязанность по представлению полных и достоверных сведений относится к информации, влияющей на размер страховой премии: технических характеристик, конструктивных особенностей, о собственнике, назначении и (или) цели использования транспортного средства и иных обязательных сведений, определяемых законодательством об ОСАГО (например, стаж вождения, использование легкового автомобиля в качестве такси, а не для личных семейных нужд и т.п.).</w:t>
      </w:r>
    </w:p>
    <w:p>
      <w:pPr>
        <w:widowControl/>
        <w:spacing w:after="280" w:line="312" w:lineRule="auto"/>
        <w:ind w:firstLine="567"/>
        <w:jc w:val="both"/>
      </w:pPr>
      <w:r>
        <w:rPr>
          <w:rFonts w:ascii="Inter" w:hAnsi="Inter"/>
          <w:color w:val="655D50"/>
          <w:sz w:val="24"/>
        </w:rPr>
        <w:t>В случае представления страхователем заведомо ложных сведений страховщик также вправе требовать признания договора недействительным на основании пункта 3 статьи 944 ГК РФ и применения последствий, предусмотренных статьей 179 ГК РФ.</w:t>
      </w:r>
    </w:p>
    <w:p>
      <w:pPr>
        <w:widowControl/>
        <w:spacing w:after="280" w:line="312" w:lineRule="auto"/>
        <w:ind w:firstLine="567"/>
        <w:jc w:val="both"/>
      </w:pPr>
      <w:r>
        <w:rPr>
          <w:rFonts w:ascii="Inter" w:hAnsi="Inter"/>
          <w:color w:val="655D50"/>
          <w:sz w:val="24"/>
        </w:rPr>
        <w:t>В этом случае выплаченное потерпевшему страховое возмещение не возвращается, а причиненные вследствие этого убытки страховщику возмещаются страхователем.</w:t>
      </w:r>
    </w:p>
    <w:p>
      <w:pPr>
        <w:widowControl/>
        <w:spacing w:after="280" w:line="312" w:lineRule="auto"/>
        <w:ind w:firstLine="567"/>
        <w:jc w:val="both"/>
      </w:pPr>
      <w:r>
        <w:rPr>
          <w:rFonts w:ascii="Inter" w:hAnsi="Inter"/>
          <w:color w:val="655D50"/>
          <w:sz w:val="24"/>
        </w:rPr>
        <w:t>7. Неполное и (или) несвоевременное перечисление страховщику страховой премии, полученной страховым брокером или страховым агентом, несанкционированное использование бланков страхового полиса обязательного страхования не освобождают страховщика от исполнения договора обязательного страхования (пункт 7.1 статьи 15 Закона об ОСАГО).</w:t>
      </w:r>
    </w:p>
    <w:p>
      <w:pPr>
        <w:widowControl/>
        <w:spacing w:after="280" w:line="312" w:lineRule="auto"/>
        <w:ind w:firstLine="567"/>
        <w:jc w:val="both"/>
      </w:pPr>
      <w:r>
        <w:rPr>
          <w:rFonts w:ascii="Inter" w:hAnsi="Inter"/>
          <w:color w:val="655D50"/>
          <w:sz w:val="24"/>
        </w:rPr>
        <w:t>В случае хищения бланков страховых полисов обязательного страхования страховщик освобождается от выплаты страхового возмещения только при условии, что до даты наступления страхового случая страховщик, страховой брокер или страховой агент обратился в уполномоченные органы с заявлением о хищении бланков (пункт 7.1 статьи 15 Закона об ОСАГО).</w:t>
      </w:r>
    </w:p>
    <w:p>
      <w:pPr>
        <w:widowControl/>
        <w:spacing w:after="280" w:line="312" w:lineRule="auto"/>
        <w:ind w:firstLine="567"/>
        <w:jc w:val="both"/>
      </w:pPr>
      <w:r>
        <w:rPr>
          <w:rFonts w:ascii="Inter" w:hAnsi="Inter"/>
          <w:color w:val="655D50"/>
          <w:sz w:val="24"/>
        </w:rPr>
        <w:t>8. Обязанность по страхованию гражданской ответственности не распространяется на принадлежащие гражданам прицепы к легковым автомобилям (подпункт "д" пункта 3 статьи 4 Закона об ОСАГО).</w:t>
      </w:r>
    </w:p>
    <w:p>
      <w:pPr>
        <w:widowControl/>
        <w:spacing w:after="280" w:line="312" w:lineRule="auto"/>
        <w:ind w:firstLine="567"/>
        <w:jc w:val="both"/>
      </w:pPr>
      <w:r>
        <w:rPr>
          <w:rFonts w:ascii="Inter" w:hAnsi="Inter"/>
          <w:color w:val="655D50"/>
          <w:sz w:val="24"/>
        </w:rPr>
        <w:t>В отношении граждан - владельцев прицепов к грузовому транспорту, а также в отношении юридических лиц обязанность по страхованию гражданской ответственности исполняется посредством заключения договора обязательного страхования, предусматривающего возможность управления транспортным средством с прицепом, информация о чем вносится в страховой полис обязательного страхования (пункт 7 статьи 4 Закона об ОСАГО).</w:t>
      </w:r>
    </w:p>
    <w:p>
      <w:pPr>
        <w:widowControl/>
        <w:spacing w:after="280" w:line="312" w:lineRule="auto"/>
        <w:ind w:firstLine="567"/>
        <w:jc w:val="both"/>
      </w:pPr>
      <w:r>
        <w:rPr>
          <w:rFonts w:ascii="Inter" w:hAnsi="Inter"/>
          <w:color w:val="655D50"/>
          <w:sz w:val="24"/>
        </w:rPr>
        <w:t>Вред, возникший в результате дорожно-транспортного происшествия при совместной эксплуатации тягача и прицепа в составе автопоезда, считается причиненным посредством одного транспортного средства (тягача) по одному договору страхования, в том числе если собственниками тягача и прицепа являются разные лица.</w:t>
      </w:r>
    </w:p>
    <w:p>
      <w:pPr>
        <w:widowControl/>
        <w:spacing w:after="280" w:line="312" w:lineRule="auto"/>
        <w:ind w:firstLine="567"/>
        <w:jc w:val="both"/>
      </w:pPr>
      <w:r>
        <w:rPr>
          <w:rFonts w:ascii="Inter" w:hAnsi="Inter"/>
          <w:color w:val="655D50"/>
          <w:sz w:val="24"/>
        </w:rPr>
        <w:t>Отсутствие в полисе обязательного страхования отметки об эксплуатации транспортного средства с прицепом в случаях, предусмотренных пунктом 7 статьи 4 Закона об ОСАГО, не может служить основанием для отказа страховой организации в осуществлении страховой выплаты. В этом случае страховщик имеет право предъявить регрессные требования (подпункт "л" пункта 1 статьи 14 Закона об ОСАГО).</w:t>
      </w:r>
    </w:p>
    <w:p>
      <w:pPr>
        <w:widowControl/>
        <w:spacing w:after="280" w:line="312" w:lineRule="auto"/>
        <w:ind w:firstLine="567"/>
        <w:jc w:val="both"/>
      </w:pPr>
      <w:r>
        <w:rPr>
          <w:rFonts w:ascii="Inter" w:hAnsi="Inter"/>
          <w:color w:val="655D50"/>
          <w:sz w:val="24"/>
        </w:rPr>
        <w:t>9. При переходе права собственности, права хозяйственного ведения или оперативного управления на транспортное средство и т.п. от страхователя к иному лицу новый владелец обязан застраховать свою гражданскую ответственность (пункты 1 и 2 статьи 4 Закона об ОСАГО).</w:t>
      </w:r>
    </w:p>
    <w:p>
      <w:pPr>
        <w:widowControl/>
        <w:spacing w:after="280" w:line="312" w:lineRule="auto"/>
        <w:ind w:firstLine="567"/>
        <w:jc w:val="both"/>
      </w:pPr>
      <w:r>
        <w:rPr>
          <w:rFonts w:ascii="Inter" w:hAnsi="Inter"/>
          <w:color w:val="655D50"/>
          <w:sz w:val="24"/>
        </w:rPr>
        <w:t>При этом предыдущий владелец транспортного средства вправе потребовать от страховщика, с которым у него был заключен договор страхования ответственности, возврата части страховой премии с момента получения страховщиком уведомления о расторжении договора до окончания предусмотренного указанным договором срока, на который осуществлялось страхование (пункт 4 статьи 453 ГК РФ).</w:t>
      </w:r>
    </w:p>
    <w:p>
      <w:pPr>
        <w:widowControl/>
        <w:spacing w:after="280" w:line="312" w:lineRule="auto"/>
        <w:ind w:firstLine="567"/>
        <w:jc w:val="both"/>
      </w:pPr>
      <w:r>
        <w:rPr>
          <w:rFonts w:ascii="Inter" w:hAnsi="Inter"/>
          <w:color w:val="655D50"/>
          <w:sz w:val="24"/>
        </w:rPr>
        <w:t>Ответственность нового владельца транспортного средства и лиц, которым передано право управления транспортным средством, не может быть признана застрахованной по договору обязательного страхования гражданской ответственности предыдущего владельца.</w:t>
      </w:r>
    </w:p>
    <w:p>
      <w:pPr>
        <w:widowControl/>
        <w:spacing w:after="280" w:line="312" w:lineRule="auto"/>
        <w:ind w:firstLine="567"/>
        <w:jc w:val="both"/>
      </w:pPr>
      <w:r>
        <w:rPr>
          <w:rFonts w:ascii="Inter" w:hAnsi="Inter"/>
          <w:color w:val="655D50"/>
          <w:sz w:val="24"/>
        </w:rPr>
        <w:t>10. Действие договора обязательного страхования досрочно прекращается в случае смерти гражданина - страхователя или собственника, ликвидации юридического лица - страхователя; ликвидации страховщика; гибели (утраты) транспортного средства, указанного в страховом полисе обязательного страхования, а также в иных случаях, предусмотренных законом.</w:t>
      </w:r>
    </w:p>
    <w:p>
      <w:pPr>
        <w:widowControl/>
        <w:spacing w:after="280" w:line="312" w:lineRule="auto"/>
        <w:ind w:firstLine="567"/>
        <w:jc w:val="both"/>
      </w:pPr>
      <w:r>
        <w:rPr>
          <w:rFonts w:ascii="Inter" w:hAnsi="Inter"/>
          <w:color w:val="655D50"/>
          <w:sz w:val="24"/>
        </w:rPr>
        <w:t>Досрочное прекращение действия договора обязательного страхования в связи с гибелью (утратой) транспортного средства, указанного в страховом полисе обязательного страхования, допускается только после получения страховщиком документов органов, осуществляющих государственную регистрацию транспортных средств, содержащих информацию о снятии транспортного средства, указанного в страховом полисе обязательного страхования, с государственного учета после его утилизации (пункты 1.13 и 1.16 Правил).</w:t>
      </w:r>
    </w:p>
    <w:p>
      <w:pPr>
        <w:widowControl/>
        <w:spacing w:after="280" w:line="312" w:lineRule="auto"/>
        <w:ind w:firstLine="567"/>
        <w:jc w:val="both"/>
      </w:pPr>
      <w:r>
        <w:rPr>
          <w:rFonts w:ascii="Inter" w:hAnsi="Inter"/>
          <w:color w:val="655D50"/>
          <w:sz w:val="24"/>
        </w:rPr>
        <w:t>Выплата страхового возмещения по договору имущественного страхования на условиях полной гибели транспортного средства сама по себе к указанному выше основанию прекращения договора обязательного страхования не относится.</w:t>
      </w:r>
    </w:p>
    <w:p>
      <w:pPr>
        <w:widowControl/>
        <w:spacing w:after="280" w:line="312" w:lineRule="auto"/>
        <w:ind w:firstLine="567"/>
        <w:jc w:val="both"/>
      </w:pPr>
      <w:r>
        <w:rPr>
          <w:rFonts w:ascii="Inter" w:hAnsi="Inter"/>
          <w:color w:val="655D50"/>
          <w:sz w:val="24"/>
        </w:rPr>
        <w:t>Страховой случай</w:t>
      </w:r>
    </w:p>
    <w:p>
      <w:pPr>
        <w:widowControl/>
        <w:spacing w:after="280" w:line="312" w:lineRule="auto"/>
        <w:ind w:firstLine="567"/>
        <w:jc w:val="both"/>
      </w:pPr>
      <w:r>
        <w:rPr>
          <w:rFonts w:ascii="Inter" w:hAnsi="Inter"/>
          <w:color w:val="655D50"/>
          <w:sz w:val="24"/>
        </w:rPr>
        <w:t>11. Страховой случай -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договором обязательного страхования обязанность страховщика осуществить страховое возмещение (абзац одиннадцатый пункта 1 статьи 1 Закона об ОСАГО).</w:t>
      </w:r>
    </w:p>
    <w:p>
      <w:pPr>
        <w:widowControl/>
        <w:spacing w:after="280" w:line="312" w:lineRule="auto"/>
        <w:ind w:firstLine="567"/>
        <w:jc w:val="both"/>
      </w:pPr>
      <w:r>
        <w:rPr>
          <w:rFonts w:ascii="Inter" w:hAnsi="Inter"/>
          <w:color w:val="655D50"/>
          <w:sz w:val="24"/>
        </w:rPr>
        <w:t>Под использованием транспортного средства следует понимать не только его передвижение в пространстве, но и все действия, связанные с этим движением и иной эксплуатацией транспортного средства как источника повышенной опасности.</w:t>
      </w:r>
    </w:p>
    <w:p>
      <w:pPr>
        <w:widowControl/>
        <w:spacing w:after="280" w:line="312" w:lineRule="auto"/>
        <w:ind w:firstLine="567"/>
        <w:jc w:val="both"/>
      </w:pPr>
      <w:r>
        <w:rPr>
          <w:rFonts w:ascii="Inter" w:hAnsi="Inter"/>
          <w:color w:val="655D50"/>
          <w:sz w:val="24"/>
        </w:rPr>
        <w:t>Применительно к Закону об ОСАГО под использованием транспортного средства понимается его эксплуатация, связанная с движением в пределах дорог, на прилегающих к ним и предназначенных для движения транспортных средств территориях (во дворах, в жилых массивах, на стоянках транспортных средств, заправочных станциях, а также на любых других территориях, на которых имеется возможность перемещения (проезда) транспортного средства).</w:t>
      </w:r>
    </w:p>
    <w:p>
      <w:pPr>
        <w:widowControl/>
        <w:spacing w:after="280" w:line="312" w:lineRule="auto"/>
        <w:ind w:firstLine="567"/>
        <w:jc w:val="both"/>
      </w:pPr>
      <w:r>
        <w:rPr>
          <w:rFonts w:ascii="Inter" w:hAnsi="Inter"/>
          <w:color w:val="655D50"/>
          <w:sz w:val="24"/>
        </w:rPr>
        <w:t>Вред, причиненный эксплуатацией оборудования, установленного на транспортном средстве, и непосредственно не связанный с участием транспортного средства в дорожном движении (например, опорно-поворотным устройством автокрана, бетономешалкой, разгрузочными механизмами, стрелой манипулятора, рекламной конструкцией на автомобиле), не относится к случаям причинения вреда собственно транспортным средством (абзац второй пункта 1 статьи 1 Закона об ОСАГО).</w:t>
      </w:r>
    </w:p>
    <w:p>
      <w:pPr>
        <w:widowControl/>
        <w:spacing w:after="280" w:line="312" w:lineRule="auto"/>
        <w:ind w:firstLine="567"/>
        <w:jc w:val="both"/>
      </w:pPr>
      <w:r>
        <w:rPr>
          <w:rFonts w:ascii="Inter" w:hAnsi="Inter"/>
          <w:color w:val="655D50"/>
          <w:sz w:val="24"/>
        </w:rPr>
        <w:t>12. Возмещение вреда жизни, здоровью и имуществу пассажира при перевозке осуществляется в порядке, предусмотренном Федеральным законом от 14 июня 2012 года № 67-ФЗ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метрополитеном", в том числе и в случае, когда перевозчик не виновен в причинении этого вреда (абзац шестой пункта 1 статьи 1 и подпункт "м" пункта 2 статьи 6 Закона об ОСАГО).</w:t>
      </w:r>
    </w:p>
    <w:p>
      <w:pPr>
        <w:widowControl/>
        <w:spacing w:after="280" w:line="312" w:lineRule="auto"/>
        <w:ind w:firstLine="567"/>
        <w:jc w:val="both"/>
      </w:pPr>
      <w:r>
        <w:rPr>
          <w:rFonts w:ascii="Inter" w:hAnsi="Inter"/>
          <w:color w:val="655D50"/>
          <w:sz w:val="24"/>
        </w:rPr>
        <w:t>Если гражданская ответственность перевозчика не была застрахована в указанном выше порядке, то возмещение вреда, причиненного пассажиру, осуществляется по договору обязательного страхования гражданской ответственности, заключенному в порядке, установленном Законом об ОСАГО.</w:t>
      </w:r>
    </w:p>
    <w:p>
      <w:pPr>
        <w:widowControl/>
        <w:spacing w:after="280" w:line="312" w:lineRule="auto"/>
        <w:ind w:firstLine="567"/>
        <w:jc w:val="both"/>
      </w:pPr>
      <w:r>
        <w:rPr>
          <w:rFonts w:ascii="Inter" w:hAnsi="Inter"/>
          <w:color w:val="655D50"/>
          <w:sz w:val="24"/>
        </w:rPr>
        <w:t>13. Договор обязательного страхования гражданской ответственности владельца транспортного средства не распространяется на случаи причинения вреда жизни, здоровью и (или) имуществу при использовании транспортного средства на территории иностранного государства, в том числе когда размер ущерба превышает предельную страховую сумму по договору страхования гражданской ответственности владельцев транспортных средств в рамках международных систем страхования (абзац второй пункта 1 статьи 4 и статья 31 Закона об ОСАГО).</w:t>
      </w:r>
    </w:p>
    <w:p>
      <w:pPr>
        <w:widowControl/>
        <w:spacing w:after="280" w:line="312" w:lineRule="auto"/>
        <w:ind w:firstLine="567"/>
        <w:jc w:val="both"/>
      </w:pPr>
      <w:r>
        <w:rPr>
          <w:rFonts w:ascii="Inter" w:hAnsi="Inter"/>
          <w:color w:val="655D50"/>
          <w:sz w:val="24"/>
        </w:rPr>
        <w:t>Лица, имеющие право на получение страхового возмещения</w:t>
      </w:r>
    </w:p>
    <w:p>
      <w:pPr>
        <w:widowControl/>
        <w:spacing w:after="280" w:line="312" w:lineRule="auto"/>
        <w:ind w:firstLine="567"/>
        <w:jc w:val="both"/>
      </w:pPr>
      <w:r>
        <w:rPr>
          <w:rFonts w:ascii="Inter" w:hAnsi="Inter"/>
          <w:color w:val="655D50"/>
          <w:sz w:val="24"/>
        </w:rPr>
        <w:t>14. Потерпевший (в том числе пешеход, водитель транспортного средства, которым причинен вред, и пассажир транспортного средства - участник дорожно-транспортного происшествия) имеет право на возмещение вреда, причиненного его имуществу, жизни или здоровью, который был причинен при использовании транспортного средства иным лицом (абзац шестой пункта 1 статьи 1 Закона об ОСАГО).</w:t>
      </w:r>
    </w:p>
    <w:p>
      <w:pPr>
        <w:widowControl/>
        <w:spacing w:after="280" w:line="312" w:lineRule="auto"/>
        <w:ind w:firstLine="567"/>
        <w:jc w:val="both"/>
      </w:pPr>
      <w:r>
        <w:rPr>
          <w:rFonts w:ascii="Inter" w:hAnsi="Inter"/>
          <w:color w:val="655D50"/>
          <w:sz w:val="24"/>
        </w:rPr>
        <w:t>15. Право на получение страхового возмещения в связи с повреждением имущества принадлежит потерпевшему - лицу, владеющему имуществом на праве собственности или ином вещном праве. Лица, владеющие имуществом на ином праве (в частности, на основании договора аренды) либо использующие имущество в силу полномочия, основанного на доверенности, самостоятельным правом на страховое возмещение не обладают, если иное не предусмотрено договором или доверенностью.</w:t>
      </w:r>
    </w:p>
    <w:p>
      <w:pPr>
        <w:widowControl/>
        <w:spacing w:after="280" w:line="312" w:lineRule="auto"/>
        <w:ind w:firstLine="567"/>
        <w:jc w:val="both"/>
      </w:pPr>
      <w:r>
        <w:rPr>
          <w:rFonts w:ascii="Inter" w:hAnsi="Inter"/>
          <w:color w:val="655D50"/>
          <w:sz w:val="24"/>
        </w:rPr>
        <w:t>16. В случае смерти потерпевшего в результате дорожно-транспортного происшествия право на получение страховой выплаты, предусмотренной пунктом 7 статьи 12 Закона об ОСАГО, принадлежит: нетрудоспособным лицам, состоявшим на иждивении умершего или имевшим ко дню его смерти право на получение от него содержания; ребенку умершего, родившемуся после его смерти; одному из родителей, супругу либо другому члену семьи независимо от его трудоспособности, который не работает и занят уходом за находившимися на иждивении умершего его детьми, внуками, братьями и сестрами, не достигшими четырнадцати лет либо хотя и достигшими указанного возраста, но по заключению медицинских органов нуждающимися по состоянию здоровья в постороннем уходе; лицу, состоявшему на иждивении умершего и ставшему нетрудоспособным в течение пяти лет после его смерти (статья 1088 ГК РФ, пункт 6 статьи 12 Закона об ОСАГО).</w:t>
      </w:r>
    </w:p>
    <w:p>
      <w:pPr>
        <w:widowControl/>
        <w:spacing w:after="280" w:line="312" w:lineRule="auto"/>
        <w:ind w:firstLine="567"/>
        <w:jc w:val="both"/>
      </w:pPr>
      <w:r>
        <w:rPr>
          <w:rFonts w:ascii="Inter" w:hAnsi="Inter"/>
          <w:color w:val="655D50"/>
          <w:sz w:val="24"/>
        </w:rPr>
        <w:t>В отсутствие лиц, указанных в абзаце первом, право на возмещение вреда имеют супруг, родители, дети потерпевшего, не отнесенные к категориям, перечисленным в пункте 1 статьи 1088 ГК РФ. Также такое право имеют иные граждане, у которых потерпевший находился на иждивении, если он не имел самостоятельного дохода (пункт 6 статьи 12 Закона об ОСАГО).</w:t>
      </w:r>
    </w:p>
    <w:p>
      <w:pPr>
        <w:widowControl/>
        <w:spacing w:after="280" w:line="312" w:lineRule="auto"/>
        <w:ind w:firstLine="567"/>
        <w:jc w:val="both"/>
      </w:pPr>
      <w:r>
        <w:rPr>
          <w:rFonts w:ascii="Inter" w:hAnsi="Inter"/>
          <w:color w:val="655D50"/>
          <w:sz w:val="24"/>
        </w:rPr>
        <w:t>17. Если в установленный Законом об ОСАГО срок не все лица, имеющие право в соответствии с гражданским законодательством на возмещение вреда в случае смерти кормильца, обратились к страховщику за выплатой страхового возмещения, страховая выплата по договору обязательного страхования гражданской ответственности осуществляется в пользу обратившихся к страховщику лиц (пункты 6 и 8 статьи 12 Закона об ОСАГО).</w:t>
      </w:r>
    </w:p>
    <w:p>
      <w:pPr>
        <w:widowControl/>
        <w:spacing w:after="280" w:line="312" w:lineRule="auto"/>
        <w:ind w:firstLine="567"/>
        <w:jc w:val="both"/>
      </w:pPr>
      <w:r>
        <w:rPr>
          <w:rFonts w:ascii="Inter" w:hAnsi="Inter"/>
          <w:color w:val="655D50"/>
          <w:sz w:val="24"/>
        </w:rPr>
        <w:t>Лицо, имеющее право на страховое возмещение по договору обязательного страхования гражданской ответственности в случае смерти потерпевшего, обратившееся за страховым возмещением после того, как оно уже выплачено другим лицам, вправе требовать от этих лиц причитающуюся ему часть страховой выплаты (абзац третий пункта 8 статьи 12 Закона об ОСАГО). На страховщика, правомерно выплатившего страховое возмещение ранее обратившимся лицам, не может быть возложена обязанность по выплате дополнительного возмещения сверх установленного законом размера.</w:t>
      </w:r>
    </w:p>
    <w:p>
      <w:pPr>
        <w:widowControl/>
        <w:spacing w:after="280" w:line="312" w:lineRule="auto"/>
        <w:ind w:firstLine="567"/>
        <w:jc w:val="both"/>
      </w:pPr>
      <w:r>
        <w:rPr>
          <w:rFonts w:ascii="Inter" w:hAnsi="Inter"/>
          <w:color w:val="655D50"/>
          <w:sz w:val="24"/>
        </w:rPr>
        <w:t>Действия страхователей и потерпевших при наступлении</w:t>
      </w:r>
    </w:p>
    <w:p>
      <w:pPr>
        <w:widowControl/>
        <w:spacing w:after="280" w:line="312" w:lineRule="auto"/>
        <w:ind w:firstLine="567"/>
        <w:jc w:val="both"/>
      </w:pPr>
      <w:r>
        <w:rPr>
          <w:rFonts w:ascii="Inter" w:hAnsi="Inter"/>
          <w:color w:val="655D50"/>
          <w:sz w:val="24"/>
        </w:rPr>
        <w:t>страхового случая</w:t>
      </w:r>
    </w:p>
    <w:p>
      <w:pPr>
        <w:widowControl/>
        <w:spacing w:after="280" w:line="312" w:lineRule="auto"/>
        <w:ind w:firstLine="567"/>
        <w:jc w:val="both"/>
      </w:pPr>
      <w:r>
        <w:rPr>
          <w:rFonts w:ascii="Inter" w:hAnsi="Inter"/>
          <w:color w:val="655D50"/>
          <w:sz w:val="24"/>
        </w:rPr>
        <w:t>18. Страхователь обязан сообщить страховщику о случаях причинения вреда при использовании транспортного средства, которые могут повлечь за собой его гражданскую ответственность, в установленный договором обязательного страхования срок и определенным этим договором способом.</w:t>
      </w:r>
    </w:p>
    <w:p>
      <w:pPr>
        <w:widowControl/>
        <w:spacing w:after="280" w:line="312" w:lineRule="auto"/>
        <w:ind w:firstLine="567"/>
        <w:jc w:val="both"/>
      </w:pPr>
      <w:r>
        <w:rPr>
          <w:rFonts w:ascii="Inter" w:hAnsi="Inter"/>
          <w:color w:val="655D50"/>
          <w:sz w:val="24"/>
        </w:rPr>
        <w:t>До удовлетворения требований потерпевших о возмещении причиненного им вреда страхователь должен предупредить об этом страховщика и действовать в соответствии с его указаниями, а в случае, если страхователю предъявлен иск, привлечь страховщика к участию в деле. В противном случае страховщик имеет право выдвинуть в отношении требования о страховой выплате возражения, которые он имел в отношении требований о возмещении причиненного вреда (пункт 2 статьи 11 Закона об ОСАГО).</w:t>
      </w:r>
    </w:p>
    <w:p>
      <w:pPr>
        <w:widowControl/>
        <w:spacing w:after="280" w:line="312" w:lineRule="auto"/>
        <w:ind w:firstLine="567"/>
        <w:jc w:val="both"/>
      </w:pPr>
      <w:r>
        <w:rPr>
          <w:rFonts w:ascii="Inter" w:hAnsi="Inter"/>
          <w:color w:val="655D50"/>
          <w:sz w:val="24"/>
        </w:rPr>
        <w:t>19. Для получения страхового возмещения потерпевший обязан не только уведомить страховщика о его наступлении в сроки, установленные Правилами, но и направить страховщику заявление о страховом возмещении и документы, предусмотренные Правилами (пункт 3 статьи 11 Закона об ОСАГО), а также представить на осмотр поврежденное в результате дорожно-транспортного происшествия транспортное средство и (или) иное поврежденное имущество (пункт 10 статьи 12 Закона об ОСАГО).</w:t>
      </w:r>
    </w:p>
    <w:p>
      <w:pPr>
        <w:widowControl/>
        <w:spacing w:after="280" w:line="312" w:lineRule="auto"/>
        <w:ind w:firstLine="567"/>
        <w:jc w:val="both"/>
      </w:pPr>
      <w:r>
        <w:rPr>
          <w:rFonts w:ascii="Inter" w:hAnsi="Inter"/>
          <w:color w:val="655D50"/>
          <w:sz w:val="24"/>
        </w:rPr>
        <w:t>Кроме сведений о расходах на восстановление поврежденного имущества потерпевший должен также сообщить о другом известном ему ущербе, который подлежит возмещению (например, об утрате товарной стоимости, о расходах на эвакуацию транспортного средства с места дорожно-транспортного происшествия и т.п.).</w:t>
      </w:r>
    </w:p>
    <w:p>
      <w:pPr>
        <w:widowControl/>
        <w:spacing w:after="280" w:line="312" w:lineRule="auto"/>
        <w:ind w:firstLine="567"/>
        <w:jc w:val="both"/>
      </w:pPr>
      <w:r>
        <w:rPr>
          <w:rFonts w:ascii="Inter" w:hAnsi="Inter"/>
          <w:color w:val="655D50"/>
          <w:sz w:val="24"/>
        </w:rPr>
        <w:t>20. Заявление о страховом возмещении или прямом возмещении убытков и документы на бумажных носителях, предусмотренные Правилами, должны быть поданы или направлены по месту нахождения страховщика или представителя страховщика, уполномоченного страховщиком на рассмотрение данных требований потерпевшего и осуществление страхового возмещения или прямого возмещения убытков, указанному в приложении к страховому полису или на официальном сайте страховщика (абзац третий пункта 1 статьи 12 Закона об ОСАГО, подпункт 1 пункта 6 статьи 6 Закона № 4015-I).</w:t>
      </w:r>
    </w:p>
    <w:p>
      <w:pPr>
        <w:widowControl/>
        <w:spacing w:after="280" w:line="312" w:lineRule="auto"/>
        <w:ind w:firstLine="567"/>
        <w:jc w:val="both"/>
      </w:pPr>
      <w:r>
        <w:rPr>
          <w:rFonts w:ascii="Inter" w:hAnsi="Inter"/>
          <w:color w:val="655D50"/>
          <w:sz w:val="24"/>
        </w:rPr>
        <w:t>Следует иметь в виду, что по смыслу абзаца четырнадцатого пункта 1 статьи 1 Закона об ОСАГО в деятельность представителя страховщика входит не только заключение договоров страхования от его имени и исполнение указанных договоров, заключенных именно этим представителем договоров, но и исполнение обязательств по всем договорам страхования, в том числе заключенным от имени страховщика другими представителями.</w:t>
      </w:r>
    </w:p>
    <w:p>
      <w:pPr>
        <w:widowControl/>
        <w:spacing w:after="280" w:line="312" w:lineRule="auto"/>
        <w:ind w:firstLine="567"/>
        <w:jc w:val="both"/>
      </w:pPr>
      <w:r>
        <w:rPr>
          <w:rFonts w:ascii="Inter" w:hAnsi="Inter"/>
          <w:color w:val="655D50"/>
          <w:sz w:val="24"/>
        </w:rPr>
        <w:t>21. Направление заявления о страховом возмещении и представление необходимых документов, перечень которых установлен Правилами, производятся способами, обеспечивающими фиксацию их направления и доставки адресату.</w:t>
      </w:r>
    </w:p>
    <w:p>
      <w:pPr>
        <w:widowControl/>
        <w:spacing w:after="280" w:line="312" w:lineRule="auto"/>
        <w:ind w:firstLine="567"/>
        <w:jc w:val="both"/>
      </w:pPr>
      <w:r>
        <w:rPr>
          <w:rFonts w:ascii="Inter" w:hAnsi="Inter"/>
          <w:color w:val="655D50"/>
          <w:sz w:val="24"/>
        </w:rPr>
        <w:t>Предусмотренные Законом об ОСАГО документы, в том числе претензия (письменное заявление) (абзацы второй и третий пункта 1 статьи 16.1 Закона об ОСАГО), которые представляются после подачи заявления о страховом возмещении, должны содержать сведения, позволяющие страховщику идентифицировать эти документы с предыдущими обращениями (например, номера страхового полиса и указания на подразделение, в которое подавалось заявление о страховом возмещении, номера выплатного дела, если они известны, и т.д.).</w:t>
      </w:r>
    </w:p>
    <w:p>
      <w:pPr>
        <w:widowControl/>
        <w:spacing w:after="280" w:line="312" w:lineRule="auto"/>
        <w:ind w:firstLine="567"/>
        <w:jc w:val="both"/>
      </w:pPr>
      <w:r>
        <w:rPr>
          <w:rFonts w:ascii="Inter" w:hAnsi="Inter"/>
          <w:color w:val="655D50"/>
          <w:sz w:val="24"/>
        </w:rPr>
        <w:t>22. Двадцатидневный срок для принятия страховой организацией решения по заявлению потерпевшего о страховом возмещении исчисляется со дня представления документов, предусмотренных пунктом 3.10 Правил.</w:t>
      </w:r>
    </w:p>
    <w:p>
      <w:pPr>
        <w:widowControl/>
        <w:spacing w:after="280" w:line="312" w:lineRule="auto"/>
        <w:ind w:firstLine="567"/>
        <w:jc w:val="both"/>
      </w:pPr>
      <w:r>
        <w:rPr>
          <w:rFonts w:ascii="Inter" w:hAnsi="Inter"/>
          <w:color w:val="655D50"/>
          <w:sz w:val="24"/>
        </w:rPr>
        <w:t>Страховщик не вправе требовать от потерпевшего документы, не предусмотренные Правилами (абзац седьмой пункта 1 статьи 12 Закона об ОСАГО).</w:t>
      </w:r>
    </w:p>
    <w:p>
      <w:pPr>
        <w:widowControl/>
        <w:spacing w:after="280" w:line="312" w:lineRule="auto"/>
        <w:ind w:firstLine="567"/>
        <w:jc w:val="both"/>
      </w:pPr>
      <w:r>
        <w:rPr>
          <w:rFonts w:ascii="Inter" w:hAnsi="Inter"/>
          <w:color w:val="655D50"/>
          <w:sz w:val="24"/>
        </w:rPr>
        <w:t>Если представлены не все предусмотренные Правилами документы, страховщик в течение трех рабочих дней со дня их получения, а при личном обращении к страховщику в день обращения с заявлением о страховом возмещении или прямом возмещении убытков обязан сообщить об этом потерпевшему с указанием полного перечня недостающих и (или) неправильно оформленных документов (абзацы пятый и шестой пункта 1 статьи 12 Закона об ОСАГО).</w:t>
      </w:r>
    </w:p>
    <w:p>
      <w:pPr>
        <w:widowControl/>
        <w:spacing w:after="280" w:line="312" w:lineRule="auto"/>
        <w:ind w:firstLine="567"/>
        <w:jc w:val="both"/>
      </w:pPr>
      <w:r>
        <w:rPr>
          <w:rFonts w:ascii="Inter" w:hAnsi="Inter"/>
          <w:color w:val="655D50"/>
          <w:sz w:val="24"/>
        </w:rPr>
        <w:t>Оформление документов о дорожно-транспортном</w:t>
      </w:r>
    </w:p>
    <w:p>
      <w:pPr>
        <w:widowControl/>
        <w:spacing w:after="280" w:line="312" w:lineRule="auto"/>
        <w:ind w:firstLine="567"/>
        <w:jc w:val="both"/>
      </w:pPr>
      <w:r>
        <w:rPr>
          <w:rFonts w:ascii="Inter" w:hAnsi="Inter"/>
          <w:color w:val="655D50"/>
          <w:sz w:val="24"/>
        </w:rPr>
        <w:t>происшествии без участия уполномоченных на то сотрудников</w:t>
      </w:r>
    </w:p>
    <w:p>
      <w:pPr>
        <w:widowControl/>
        <w:spacing w:after="280" w:line="312" w:lineRule="auto"/>
        <w:ind w:firstLine="567"/>
        <w:jc w:val="both"/>
      </w:pPr>
      <w:r>
        <w:rPr>
          <w:rFonts w:ascii="Inter" w:hAnsi="Inter"/>
          <w:color w:val="655D50"/>
          <w:sz w:val="24"/>
        </w:rPr>
        <w:t>полиции (упрощенный порядок)</w:t>
      </w:r>
    </w:p>
    <w:p>
      <w:pPr>
        <w:widowControl/>
        <w:spacing w:after="280" w:line="312" w:lineRule="auto"/>
        <w:ind w:firstLine="567"/>
        <w:jc w:val="both"/>
      </w:pPr>
      <w:r>
        <w:rPr>
          <w:rFonts w:ascii="Inter" w:hAnsi="Inter"/>
          <w:color w:val="655D50"/>
          <w:sz w:val="24"/>
        </w:rPr>
        <w:t>23. Оформление документов о дорожно-транспортном происшествии без участия уполномоченных сотрудников полиции в порядке статьи 11.1 Закона об ОСАГО осуществляется, если дорожно-транспортное происшествие произошло в результате столкновения двух транспортных средств (включая транспортные средства с прицепами к ним), гражданская ответственность владельцев которых застрахована по договору обязательного страхования гражданской ответственности, и вред причинен только этим транспортным средствам, при условии, что обстоятельства причинения вреда в связи с повреждением имущества в результате дорожно-транспортного происшествия и (или) характер и перечень видимых повреждений автомобилей не вызывают разногласий у участников дорожно-транспортного происшествия либо такие разногласия имеются, но обстоятельства причинения вреда дорожно-транспортным происшествием зафиксированы и переданы в автоматизированную информационную систему обязательного страхования.</w:t>
      </w:r>
    </w:p>
    <w:p>
      <w:pPr>
        <w:widowControl/>
        <w:spacing w:after="280" w:line="312" w:lineRule="auto"/>
        <w:ind w:firstLine="567"/>
        <w:jc w:val="both"/>
      </w:pPr>
      <w:r>
        <w:rPr>
          <w:rFonts w:ascii="Inter" w:hAnsi="Inter"/>
          <w:color w:val="655D50"/>
          <w:sz w:val="24"/>
        </w:rPr>
        <w:t>В случае участия в дорожно-транспортном происшествии транспортного средства, зарегистрированного в иностранном государстве, гражданская ответственность владельца которого застрахована в рамках международных систем страхования, оформление документов о дорожно-транспортном происшествии также возможно без участия уполномоченных сотрудников полиции с учетом особенностей, установленных правилами урегулирования требований, возникающих в связи со страхованием в рамках международных систем страхования (пункт 1.1 статьи 11.1 и подпункт "ж" пункта 9 статьи 31 Закона об ОСАГО).</w:t>
      </w:r>
    </w:p>
    <w:p>
      <w:pPr>
        <w:widowControl/>
        <w:spacing w:after="280" w:line="312" w:lineRule="auto"/>
        <w:ind w:firstLine="567"/>
        <w:jc w:val="both"/>
      </w:pPr>
      <w:r>
        <w:rPr>
          <w:rFonts w:ascii="Inter" w:hAnsi="Inter"/>
          <w:color w:val="655D50"/>
          <w:sz w:val="24"/>
        </w:rPr>
        <w:t>24. Оформление документов о дорожно-транспортном происшествии без участия уполномоченных на то сотрудников полиции осуществляется путем совместного заполнения извещения о дорожно-транспортном происшествии в соответствии со статьей 11.1 Закона об ОСАГО, если между участниками дорожно-транспортного происшествия отсутствуют разногласия по поводу обстоятельств происшествия, степени вины каждого из них в дорожно-транспортном происшествии, характера и перечня видимых повреждений транспортных средств.</w:t>
      </w:r>
    </w:p>
    <w:p>
      <w:pPr>
        <w:widowControl/>
        <w:spacing w:after="280" w:line="312" w:lineRule="auto"/>
        <w:ind w:firstLine="567"/>
        <w:jc w:val="both"/>
      </w:pPr>
      <w:r>
        <w:rPr>
          <w:rFonts w:ascii="Inter" w:hAnsi="Inter"/>
          <w:color w:val="655D50"/>
          <w:sz w:val="24"/>
        </w:rPr>
        <w:t>При наличии таких разногласий для оформления документов о дорожно-транспортном происшествии без участия уполномоченных на то сотрудников полиции данные о дорожно-транспортном происшествии должны быть зафиксированы его участниками и переданы в автоматизированную информационную систему обязательного страхования способами, указанными в пункте 6 статьи 11.1 Закона об ОСАГО.</w:t>
      </w:r>
    </w:p>
    <w:p>
      <w:pPr>
        <w:widowControl/>
        <w:spacing w:after="280" w:line="312" w:lineRule="auto"/>
        <w:ind w:firstLine="567"/>
        <w:jc w:val="both"/>
      </w:pPr>
      <w:r>
        <w:rPr>
          <w:rFonts w:ascii="Inter" w:hAnsi="Inter"/>
          <w:color w:val="655D50"/>
          <w:sz w:val="24"/>
        </w:rPr>
        <w:t>Действие требований, установленных к условиям оформления дорожно-транспортного происшествия в упрощенном порядке,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законом от 31 июля 2020 года № 258-ФЗ "Об экспериментальных правовых режимах в сфере цифровых инноваций в Российской Федерации" (пункт 1.2 статьи 11.1 Закона об ОСАГО).</w:t>
      </w:r>
    </w:p>
    <w:p>
      <w:pPr>
        <w:widowControl/>
        <w:spacing w:after="280" w:line="312" w:lineRule="auto"/>
        <w:ind w:firstLine="567"/>
        <w:jc w:val="both"/>
      </w:pPr>
      <w:r>
        <w:rPr>
          <w:rFonts w:ascii="Inter" w:hAnsi="Inter"/>
          <w:color w:val="655D50"/>
          <w:sz w:val="24"/>
        </w:rPr>
        <w:t>25. При оформлении документов о дорожно-транспортном происшествии без участия уполномоченных на то сотрудников полиции, если между участниками дорожно-транспортного происшествия отсутствуют разногласия по поводу обстоятельств происшествия, степени вины каждого из них в дорожно-транспортном происшествии, характера и перечня видимых повреждений транспортных средств и данные о дорожно-транспортном происшествии не зафиксированы и не переданы в автоматизированную информационную систему либо в случае, когда такие разногласия имеются, но данные о дорожно-транспортном происшествии зафиксированы и переданы в автоматизированную информационную систему обязательного страхования, размер страхового возмещения не может превышать 100 тысяч рублей (пункт 4 статьи 11.1 Закона об ОСАГО).</w:t>
      </w:r>
    </w:p>
    <w:p>
      <w:pPr>
        <w:widowControl/>
        <w:spacing w:after="280" w:line="312" w:lineRule="auto"/>
        <w:ind w:firstLine="567"/>
        <w:jc w:val="both"/>
      </w:pPr>
      <w:r>
        <w:rPr>
          <w:rFonts w:ascii="Inter" w:hAnsi="Inter"/>
          <w:color w:val="655D50"/>
          <w:sz w:val="24"/>
        </w:rPr>
        <w:t>Если между участниками дорожно-транспортного происшествия нет разногласий по поводу обстоятельств происшествия, степени вины каждого из них в дорожно-транспортном происшествии, характера и перечня видимых повреждений транспортных средств, при этом данные о дорожно-транспортном происшествии зафиксированы и переданы в автоматизированную информационную систему обязательного страхования, то размер страхового возмещения не может превышать 400 тысяч рублей (пункт 6 статьи 11.1 Закона об ОСАГО).</w:t>
      </w:r>
    </w:p>
    <w:p>
      <w:pPr>
        <w:widowControl/>
        <w:spacing w:after="280" w:line="312" w:lineRule="auto"/>
        <w:ind w:firstLine="567"/>
        <w:jc w:val="both"/>
      </w:pPr>
      <w:r>
        <w:rPr>
          <w:rFonts w:ascii="Inter" w:hAnsi="Inter"/>
          <w:color w:val="655D50"/>
          <w:sz w:val="24"/>
        </w:rPr>
        <w:t>26. Если оформление дорожно-транспортного происшествия сторонами началось в упрощенном порядке в соответствии со статьей 11.1 Закона об ОСАГО, а впоследствии до получения страхового возмещения потерпевшим в порядке пункта 3 статьи 11 Закона об ОСАГО подано заявление о страховом возмещении с документами, оформленными с участием уполномоченных сотрудников полиции, страховое возмещение осуществляется на общих основаниях исходя из размера страховой суммы, установленного статьей 7 Закона об ОСАГО для соответствующего вида причиненного вреда. В этом случае срок для принятия страховщиком решения о страховом возмещении исчисляется со дня подачи потерпевшим последнего заявления с приложением необходимых документов.</w:t>
      </w:r>
    </w:p>
    <w:p>
      <w:pPr>
        <w:widowControl/>
        <w:spacing w:after="280" w:line="312" w:lineRule="auto"/>
        <w:ind w:firstLine="567"/>
        <w:jc w:val="both"/>
      </w:pPr>
      <w:r>
        <w:rPr>
          <w:rFonts w:ascii="Inter" w:hAnsi="Inter"/>
          <w:color w:val="655D50"/>
          <w:sz w:val="24"/>
        </w:rPr>
        <w:t>27. После получения потерпевшим страхового возмещения в размере, установленном Законом об ОСАГО, обязательство страховщика по выплате страхового возмещения в связи с повреждением имущества по конкретному страховому случаю прекращается (пункт 1 статьи 408 ГК РФ), в связи с чем потерпевший в соответствии со статьей 11.1 Закона об ОСАГО не вправе предъявлять страховщику дополнительные требования о возмещении ущерба, превышающие указанный выше предельный размер страхового возмещения (абзац первый пункта 8 статьи 11.1 Закона об ОСАГО). С требованием о возмещении ущерба в части, превышающей размер надлежащего страхового возмещения, потерпевший вправе обратиться к причинителю вреда.</w:t>
      </w:r>
    </w:p>
    <w:p>
      <w:pPr>
        <w:widowControl/>
        <w:spacing w:after="280" w:line="312" w:lineRule="auto"/>
        <w:ind w:firstLine="567"/>
        <w:jc w:val="both"/>
      </w:pPr>
      <w:r>
        <w:rPr>
          <w:rFonts w:ascii="Inter" w:hAnsi="Inter"/>
          <w:color w:val="655D50"/>
          <w:sz w:val="24"/>
        </w:rPr>
        <w:t>28. Потерпевший вправе обратиться к страховщику ответственности лица, причинившего вред, с требованием о возмещении вреда жизни и здоровью, который возник после предъявления требования о страховом возмещении в порядке, установленном статьей 11.1 Закона об ОСАГО, и о котором потерпевший не знал на момент предъявления требования о возмещении вреда в связи с повреждением его транспортного средства (абзац второй пункта 8 статьи 11.1 Закона об ОСАГО).</w:t>
      </w:r>
    </w:p>
    <w:p>
      <w:pPr>
        <w:widowControl/>
        <w:spacing w:after="280" w:line="312" w:lineRule="auto"/>
        <w:ind w:firstLine="567"/>
        <w:jc w:val="both"/>
      </w:pPr>
      <w:r>
        <w:rPr>
          <w:rFonts w:ascii="Inter" w:hAnsi="Inter"/>
          <w:color w:val="655D50"/>
          <w:sz w:val="24"/>
        </w:rPr>
        <w:t>Прямое возмещение убытков</w:t>
      </w:r>
    </w:p>
    <w:p>
      <w:pPr>
        <w:widowControl/>
        <w:spacing w:after="280" w:line="312" w:lineRule="auto"/>
        <w:ind w:firstLine="567"/>
        <w:jc w:val="both"/>
      </w:pPr>
      <w:r>
        <w:rPr>
          <w:rFonts w:ascii="Inter" w:hAnsi="Inter"/>
          <w:color w:val="655D50"/>
          <w:sz w:val="24"/>
        </w:rPr>
        <w:t>29. По общему правилу, потерпевший в целях получения страхового возмещения вправе обратиться к страховщику, застраховавшему гражданскую ответственность причинителя вреда.</w:t>
      </w:r>
    </w:p>
    <w:p>
      <w:pPr>
        <w:widowControl/>
        <w:spacing w:after="280" w:line="312" w:lineRule="auto"/>
        <w:ind w:firstLine="567"/>
        <w:jc w:val="both"/>
      </w:pPr>
      <w:r>
        <w:rPr>
          <w:rFonts w:ascii="Inter" w:hAnsi="Inter"/>
          <w:color w:val="655D50"/>
          <w:sz w:val="24"/>
        </w:rPr>
        <w:t>Страховое возмещение осуществляется страховщиком, застраховавшим гражданскую ответственность потерпевшего (прямое возмещение убытков), если дорожно-транспортное происшествие произошло в результате взаимодействия (столкновения) двух и более транспортных средств (включая транспортные средства с прицепами к ним), гражданская ответственность владельцев которых застрахована по договору обязательного страхования, и вред в результате дорожно-транспортного происшествия причинен только этим транспортным средствам (пункт 1 статьи 14.1 Закона об ОСАГО).</w:t>
      </w:r>
    </w:p>
    <w:p>
      <w:pPr>
        <w:widowControl/>
        <w:spacing w:after="280" w:line="312" w:lineRule="auto"/>
        <w:ind w:firstLine="567"/>
        <w:jc w:val="both"/>
      </w:pPr>
      <w:r>
        <w:rPr>
          <w:rFonts w:ascii="Inter" w:hAnsi="Inter"/>
          <w:color w:val="655D50"/>
          <w:sz w:val="24"/>
        </w:rPr>
        <w:t>30. Страховое возмещение в порядке прямого возмещения убытков не производится, если гражданская ответственность хотя бы одного участника дорожно-транспортного происшествия не застрахована по договору обязательного страхования.</w:t>
      </w:r>
    </w:p>
    <w:p>
      <w:pPr>
        <w:widowControl/>
        <w:spacing w:after="280" w:line="312" w:lineRule="auto"/>
        <w:ind w:firstLine="567"/>
        <w:jc w:val="both"/>
      </w:pPr>
      <w:r>
        <w:rPr>
          <w:rFonts w:ascii="Inter" w:hAnsi="Inter"/>
          <w:color w:val="655D50"/>
          <w:sz w:val="24"/>
        </w:rPr>
        <w:t>Если в результате дорожно-транспортного происшествия причинен вред жизни или здоровью потерпевшего либо повреждено иное имущество, помимо транспортных средств, страховое возмещение в порядке прямого возмещения убытков не производится.</w:t>
      </w:r>
    </w:p>
    <w:p>
      <w:pPr>
        <w:widowControl/>
        <w:spacing w:after="280" w:line="312" w:lineRule="auto"/>
        <w:ind w:firstLine="567"/>
        <w:jc w:val="both"/>
      </w:pPr>
      <w:r>
        <w:rPr>
          <w:rFonts w:ascii="Inter" w:hAnsi="Inter"/>
          <w:color w:val="655D50"/>
          <w:sz w:val="24"/>
        </w:rPr>
        <w:t>Потерпевший после реализации права на прямое возмещение убытков, причиненных повреждением транспортного средства, вправе обратиться к страховщику ответственности лица, причинившего вред, с требованием о возмещении вреда жизни и здоровью, который возник после предъявления требования о прямом возмещении убытков и о котором потерпевший не знал на момент предъявления такого требования (пункт 3 статьи 14.1 Закона об ОСАГО).</w:t>
      </w:r>
    </w:p>
    <w:p>
      <w:pPr>
        <w:widowControl/>
        <w:spacing w:after="280" w:line="312" w:lineRule="auto"/>
        <w:ind w:firstLine="567"/>
        <w:jc w:val="both"/>
      </w:pPr>
      <w:r>
        <w:rPr>
          <w:rFonts w:ascii="Inter" w:hAnsi="Inter"/>
          <w:color w:val="655D50"/>
          <w:sz w:val="24"/>
        </w:rPr>
        <w:t>31. Потерпевший, имеющий право на прямое возмещение убытков, в случае введения в отношении страховщика его ответственности процедур, применяемых при банкротстве, или отзыва у страховщика лицензии на осуществление страховой деятельности вправе обратиться за страховым возмещением к страховщику ответственности причинителя вреда (пункт 9 статьи 14.1 Закона об ОСАГО).</w:t>
      </w:r>
    </w:p>
    <w:p>
      <w:pPr>
        <w:widowControl/>
        <w:spacing w:after="280" w:line="312" w:lineRule="auto"/>
        <w:ind w:firstLine="567"/>
        <w:jc w:val="both"/>
      </w:pPr>
      <w:r>
        <w:rPr>
          <w:rFonts w:ascii="Inter" w:hAnsi="Inter"/>
          <w:color w:val="655D50"/>
          <w:sz w:val="24"/>
        </w:rPr>
        <w:t>При осуществлении страховщиком ответственности потерпевшего страхового возмещения, с размером которого потерпевший не согласен, в случае введения в дальнейшем в отношении указанного страховщика процедур, применяемых при банкротстве, или в случае отзыва у него лицензии на осуществление страховой деятельности потерпевший вправе обратиться за страховым возмещением к страховщику ответственности причинителя вреда.</w:t>
      </w:r>
    </w:p>
    <w:p>
      <w:pPr>
        <w:widowControl/>
        <w:spacing w:after="280" w:line="312" w:lineRule="auto"/>
        <w:ind w:firstLine="567"/>
        <w:jc w:val="both"/>
      </w:pPr>
      <w:r>
        <w:rPr>
          <w:rFonts w:ascii="Inter" w:hAnsi="Inter"/>
          <w:color w:val="655D50"/>
          <w:sz w:val="24"/>
        </w:rPr>
        <w:t>Если решением суда в пользу потерпевшего со страховщика его ответственности взыскано страховое возмещение и это решение не исполнено, то при введении в отношении этого страховщика процедур, применяемых при банкротстве, или отзыве у него лицензии на осуществление страховой деятельности потерпевший вправе обратиться за страховым возмещением к страховщику ответственности причинителя вреда.</w:t>
      </w:r>
    </w:p>
    <w:p>
      <w:pPr>
        <w:widowControl/>
        <w:spacing w:after="280" w:line="312" w:lineRule="auto"/>
        <w:ind w:firstLine="567"/>
        <w:jc w:val="both"/>
      </w:pPr>
      <w:r>
        <w:rPr>
          <w:rFonts w:ascii="Inter" w:hAnsi="Inter"/>
          <w:color w:val="655D50"/>
          <w:sz w:val="24"/>
        </w:rPr>
        <w:t>В случае введения процедур, применяемых при банкротстве, как в отношении страховщика ответственности потерпевшего, так и в отношении страховщика ответственности причинителя вреда или в случае отзыва у них лицензии на осуществление страховой деятельности потерпевший вправе требовать возмещения вреда посредством компенсационной выплаты профессиональным объединением страховщиков (пункт 6 статьи 14.1 Закона об ОСАГО).</w:t>
      </w:r>
    </w:p>
    <w:p>
      <w:pPr>
        <w:widowControl/>
        <w:spacing w:after="280" w:line="312" w:lineRule="auto"/>
        <w:ind w:firstLine="567"/>
        <w:jc w:val="both"/>
      </w:pPr>
      <w:r>
        <w:rPr>
          <w:rFonts w:ascii="Inter" w:hAnsi="Inter"/>
          <w:color w:val="655D50"/>
          <w:sz w:val="24"/>
        </w:rPr>
        <w:t>Осмотр, независимая техническая экспертиза и независимая</w:t>
      </w:r>
    </w:p>
    <w:p>
      <w:pPr>
        <w:widowControl/>
        <w:spacing w:after="280" w:line="312" w:lineRule="auto"/>
        <w:ind w:firstLine="567"/>
        <w:jc w:val="both"/>
      </w:pPr>
      <w:r>
        <w:rPr>
          <w:rFonts w:ascii="Inter" w:hAnsi="Inter"/>
          <w:color w:val="655D50"/>
          <w:sz w:val="24"/>
        </w:rPr>
        <w:t>экспертиза (оценка)</w:t>
      </w:r>
    </w:p>
    <w:p>
      <w:pPr>
        <w:widowControl/>
        <w:spacing w:after="280" w:line="312" w:lineRule="auto"/>
        <w:ind w:firstLine="567"/>
        <w:jc w:val="both"/>
      </w:pPr>
      <w:r>
        <w:rPr>
          <w:rFonts w:ascii="Inter" w:hAnsi="Inter"/>
          <w:color w:val="655D50"/>
          <w:sz w:val="24"/>
        </w:rPr>
        <w:t>32. Страховщик обязан осмотреть поврежденное транспортное средство, иное имущество или его остатки в срок не более чем пять рабочих дней со дня поступления заявления о страховом возмещении или прямом возмещении убытков с приложенными документами, предусмотренными Правилами, если иной срок не согласован страховщиком с потерпевшим (абзац первый пункта 11 статьи 12 Закона об ОСАГО).</w:t>
      </w:r>
    </w:p>
    <w:p>
      <w:pPr>
        <w:widowControl/>
        <w:spacing w:after="280" w:line="312" w:lineRule="auto"/>
        <w:ind w:firstLine="567"/>
        <w:jc w:val="both"/>
      </w:pPr>
      <w:r>
        <w:rPr>
          <w:rFonts w:ascii="Inter" w:hAnsi="Inter"/>
          <w:color w:val="655D50"/>
          <w:sz w:val="24"/>
        </w:rPr>
        <w:t>При наличии разногласий между потерпевшим и страховщиком о характере и перечне видимых повреждений имущества и (или) об обстоятельствах причинения вреда в связи с повреждением имущества в результате дорожно-транспортного происшествия страховщик в этот же срок, если иной срок не согласован страховщиком с потерпевшим, организует независимую техническую экспертизу или независимую экспертизу (оценку) путем выдачи направления на независимую техническую экспертизу, независимую экспертизу (оценку) (в том числе посредством почтового отправления) с указанием даты, времени и места проведения такой экспертизы (пункт 3.11 Правил).</w:t>
      </w:r>
    </w:p>
    <w:p>
      <w:pPr>
        <w:widowControl/>
        <w:spacing w:after="280" w:line="312" w:lineRule="auto"/>
        <w:ind w:firstLine="567"/>
        <w:jc w:val="both"/>
      </w:pPr>
      <w:r>
        <w:rPr>
          <w:rFonts w:ascii="Inter" w:hAnsi="Inter"/>
          <w:color w:val="655D50"/>
          <w:sz w:val="24"/>
        </w:rPr>
        <w:t>При этом направление считается доставленным и в тех случаях, если оно поступило потерпевшему, но по обстоятельствам, зависящим от него, не было ему вручено или он не ознакомился с ним (абзац второй пункта 1 статьи 165.1 ГК РФ). Например, сообщение считается доставленным, если потерпевший уклонился от получения корреспонденции в отделении связи и она была возвращена по истечении срока хранения. Бремя доказывания факта направления и доставки уведомления потерпевшему лежит на страховщике (статья 56 ГПК РФ и статья 65 АПК РФ).</w:t>
      </w:r>
    </w:p>
    <w:p>
      <w:pPr>
        <w:widowControl/>
        <w:spacing w:after="280" w:line="312" w:lineRule="auto"/>
        <w:ind w:firstLine="567"/>
        <w:jc w:val="both"/>
      </w:pPr>
      <w:r>
        <w:rPr>
          <w:rFonts w:ascii="Inter" w:hAnsi="Inter"/>
          <w:color w:val="655D50"/>
          <w:sz w:val="24"/>
        </w:rPr>
        <w:t>33. По общему правилу, осмотр и независимая техническая экспертиза, независимая экспертиза (оценка) проводятся по месту нахождения страховщика и (или) эксперта.</w:t>
      </w:r>
    </w:p>
    <w:p>
      <w:pPr>
        <w:widowControl/>
        <w:spacing w:after="280" w:line="312" w:lineRule="auto"/>
        <w:ind w:firstLine="567"/>
        <w:jc w:val="both"/>
      </w:pPr>
      <w:r>
        <w:rPr>
          <w:rFonts w:ascii="Inter" w:hAnsi="Inter"/>
          <w:color w:val="655D50"/>
          <w:sz w:val="24"/>
        </w:rPr>
        <w:t>Если характер повреждений или особенности поврежденного транспортного средства, иного имущества исключают его представление для осмотра и независимой технической экспертизы, независимой экспертизы (оценки) по месту нахождения страховщика и (или) эксперта (например, имеются неисправности транспортного средства, образовавшиеся в результате дорожно-транспортного происшествия, перечисленные в Перечне неисправностей и условий, при которых запрещается эксплуатация транспортных средств, являющемся приложением к Основным положениям по допуску транспортных средств к эксплуатации и обязанностям должностных лиц по обеспечению безопасности дорожного движения, утвержденным постановлением Правительства Российской Федерации от 23 октября 1993 года № 1090, и т.д.), указанные осмотр и независимая техническая экспертиза, независимая экспертиза (оценка) проводятся по месту нахождения поврежденного имущества (абзац третий пункта 10 статьи 12 Закона об ОСАГО).</w:t>
      </w:r>
    </w:p>
    <w:p>
      <w:pPr>
        <w:widowControl/>
        <w:spacing w:after="280" w:line="312" w:lineRule="auto"/>
        <w:ind w:firstLine="567"/>
        <w:jc w:val="both"/>
      </w:pPr>
      <w:r>
        <w:rPr>
          <w:rFonts w:ascii="Inter" w:hAnsi="Inter"/>
          <w:color w:val="655D50"/>
          <w:sz w:val="24"/>
        </w:rPr>
        <w:t>При уклонении страховщика от проведения осмотра и (или) независимой технической экспертизы, независимой экспертизы (оценки) по месту нахождения поврежденного имущества потерпевший вправе самостоятельно организовать проведение независимой технической экспертизы, независимой экспертизы (оценки) поврежденного имущества или его остатков.</w:t>
      </w:r>
    </w:p>
    <w:p>
      <w:pPr>
        <w:widowControl/>
        <w:spacing w:after="280" w:line="312" w:lineRule="auto"/>
        <w:ind w:firstLine="567"/>
        <w:jc w:val="both"/>
      </w:pPr>
      <w:r>
        <w:rPr>
          <w:rFonts w:ascii="Inter" w:hAnsi="Inter"/>
          <w:color w:val="655D50"/>
          <w:sz w:val="24"/>
        </w:rPr>
        <w:t>Если страховщиком произведены осмотр и (или) независимая техническая экспертиза, независимая экспертиза (оценка) по месту нахождения поврежденного имущества в связи с представлением потерпевшим недостоверных сведений о том, что характер повреждений исключает представление поврежденного имущества или его остатков для осмотра или независимой технической экспертизы, независимой экспертизы (оценки) по месту нахождения страховщика и (или) эксперта, то страховщик вправе предъявить требования о возмещении расходов на выезд специалиста (эксперта) на место осмотра.</w:t>
      </w:r>
    </w:p>
    <w:p>
      <w:pPr>
        <w:widowControl/>
        <w:spacing w:after="280" w:line="312" w:lineRule="auto"/>
        <w:ind w:firstLine="567"/>
        <w:jc w:val="both"/>
      </w:pPr>
      <w:r>
        <w:rPr>
          <w:rFonts w:ascii="Inter" w:hAnsi="Inter"/>
          <w:color w:val="655D50"/>
          <w:sz w:val="24"/>
        </w:rPr>
        <w:t>34. Если потерпевшим не представлено поврежденное имущество или его остатки для осмотра и (или) независимой технической экспертизы, независимой экспертизы (оценки) в согласованную со страховщиком дату, страховщик согласовывает с потерпевшим новую дату осмотра и (или) независимой технической экспертизы, независимой экспертизы (оценки) поврежденного имущества или его остатков.</w:t>
      </w:r>
    </w:p>
    <w:p>
      <w:pPr>
        <w:widowControl/>
        <w:spacing w:after="280" w:line="312" w:lineRule="auto"/>
        <w:ind w:firstLine="567"/>
        <w:jc w:val="both"/>
      </w:pPr>
      <w:r>
        <w:rPr>
          <w:rFonts w:ascii="Inter" w:hAnsi="Inter"/>
          <w:color w:val="655D50"/>
          <w:sz w:val="24"/>
        </w:rPr>
        <w:t>При повторном непредставлении потерпевшим поврежденного имущества или его остатков для осмотра и (или) независимой технической экспертизы, независимой экспертизы (оценки) в согласованную со страховщиком дату страховщик вправе вернуть без рассмотрения представленное потерпевшим заявление о страховом возмещении или прямом возмещении убытков вместе с документами, предусмотренными Правилами (абзац четвертый пункта 11 статьи 12 Закона об ОСАГО).</w:t>
      </w:r>
    </w:p>
    <w:p>
      <w:pPr>
        <w:widowControl/>
        <w:spacing w:after="280" w:line="312" w:lineRule="auto"/>
        <w:ind w:firstLine="567"/>
        <w:jc w:val="both"/>
      </w:pPr>
      <w:r>
        <w:rPr>
          <w:rFonts w:ascii="Inter" w:hAnsi="Inter"/>
          <w:color w:val="655D50"/>
          <w:sz w:val="24"/>
        </w:rPr>
        <w:t>Если потерпевший повторно не представил поврежденное имущество или его остатки для осмотра и (или) независимой технической экспертизы, независимой экспертизы (оценки) в согласованные со страховщиком даты, результаты самостоятельно организованной потерпевшим независимой технической экспертизы, независимой экспертизы (оценки) поврежденного имущества или его остатков не принимаются для определения размера страхового возмещения (абзац пятый пункта 11 статьи 12 Закона об ОСАГО).</w:t>
      </w:r>
    </w:p>
    <w:p>
      <w:pPr>
        <w:widowControl/>
        <w:spacing w:after="280" w:line="312" w:lineRule="auto"/>
        <w:ind w:firstLine="567"/>
        <w:jc w:val="both"/>
      </w:pPr>
      <w:r>
        <w:rPr>
          <w:rFonts w:ascii="Inter" w:hAnsi="Inter"/>
          <w:color w:val="655D50"/>
          <w:sz w:val="24"/>
        </w:rPr>
        <w:t>Если страховщиком заявление о страховом возмещении или прямом возмещении убытков в соответствии с абзацем четвертым пункта 11 статьи 12 Закона об ОСАГО было возвращено потерпевшему, он вправе повторно обратиться к страховщику с таким заявлением, приложив документы, предусмотренные Правилами. При этом сроки проведения страховщиком осмотра поврежденного имущества или его остатков и (или) организации их независимой технической экспертизы, независимой экспертизы (оценки), а также сроки осуществления страховой выплаты или выдачи потерпевшему направления на ремонт либо направления ему мотивированного отказа в страховом возмещении исчисляются со дня повторного обращения (абзац шестой пункта 11 статьи 12 Закона об ОСАГО).</w:t>
      </w:r>
    </w:p>
    <w:p>
      <w:pPr>
        <w:widowControl/>
        <w:spacing w:after="280" w:line="312" w:lineRule="auto"/>
        <w:ind w:firstLine="567"/>
        <w:jc w:val="both"/>
      </w:pPr>
      <w:r>
        <w:rPr>
          <w:rFonts w:ascii="Inter" w:hAnsi="Inter"/>
          <w:color w:val="655D50"/>
          <w:sz w:val="24"/>
        </w:rPr>
        <w:t>В случае несогласия потерпевшего с возвратом страховщиком заявления о страховом возмещении или прямом возмещении убытков он вправе обратиться в суд с иском о страховом возмещении после соблюдения обязательного досудебного порядка урегулирования спора.</w:t>
      </w:r>
    </w:p>
    <w:p>
      <w:pPr>
        <w:widowControl/>
        <w:spacing w:after="280" w:line="312" w:lineRule="auto"/>
        <w:ind w:firstLine="567"/>
        <w:jc w:val="both"/>
      </w:pPr>
      <w:r>
        <w:rPr>
          <w:rFonts w:ascii="Inter" w:hAnsi="Inter"/>
          <w:color w:val="655D50"/>
          <w:sz w:val="24"/>
        </w:rPr>
        <w:t>35. Независимая техническая экспертиза, организованная страховщиком или финансовым уполномоченным, самостоятельно потерпевшим либо назначенная судом, в целях установления обстоятельств причинения вреда транспортному средству, установления повреждений транспортного средства и их причин, технологии, методов и стоимости его восстановительного ремонта при возникновении спора об осуществлении страхового возмещения по договору обязательного страхования может проводиться только экспертом-техником, прошедшим профессиональную аттестацию и включенным в реестр экспертов-техников (пункты 1, 4 и 6 статьи 12.1 Закона об ОСАГО).</w:t>
      </w:r>
    </w:p>
    <w:p>
      <w:pPr>
        <w:widowControl/>
        <w:spacing w:after="280" w:line="312" w:lineRule="auto"/>
        <w:ind w:firstLine="567"/>
        <w:jc w:val="both"/>
      </w:pPr>
      <w:r>
        <w:rPr>
          <w:rFonts w:ascii="Inter" w:hAnsi="Inter"/>
          <w:color w:val="655D50"/>
          <w:sz w:val="24"/>
        </w:rPr>
        <w:t>36. Страховщик вправе отказать в страховой выплате, если ремонт поврежденного имущества или утилизация его остатков, осуществленные до осмотра страховщиком и (или) проведения независимой технической экспертизы, независимой экспертизы (оценки) поврежденного имущества, не позволяют достоверно установить наличие страхового случая и убытков, подлежащих возмещению по договору обязательного страхования (пункт 20 статьи 12 Закона об ОСАГО).</w:t>
      </w:r>
    </w:p>
    <w:p>
      <w:pPr>
        <w:widowControl/>
        <w:spacing w:after="280" w:line="312" w:lineRule="auto"/>
        <w:ind w:firstLine="567"/>
        <w:jc w:val="both"/>
      </w:pPr>
      <w:r>
        <w:rPr>
          <w:rFonts w:ascii="Inter" w:hAnsi="Inter"/>
          <w:color w:val="655D50"/>
          <w:sz w:val="24"/>
        </w:rPr>
        <w:t>Страховое возмещение</w:t>
      </w:r>
    </w:p>
    <w:p>
      <w:pPr>
        <w:widowControl/>
        <w:spacing w:after="280" w:line="312" w:lineRule="auto"/>
        <w:ind w:firstLine="567"/>
        <w:jc w:val="both"/>
      </w:pPr>
      <w:r>
        <w:rPr>
          <w:rFonts w:ascii="Inter" w:hAnsi="Inter"/>
          <w:color w:val="655D50"/>
          <w:sz w:val="24"/>
        </w:rPr>
        <w:t>37. Страховое возмещение осуществляется в пределах установленной Законом об ОСАГО страховой суммы путем организации и оплаты восстановительного ремонта поврежденного транспортного средства на станции технического обслуживания либо в форме страховой выплаты (пункты 1 и 15 статьи 12 Закона об ОСАГО).</w:t>
      </w:r>
    </w:p>
    <w:p>
      <w:pPr>
        <w:widowControl/>
        <w:spacing w:after="280" w:line="312" w:lineRule="auto"/>
        <w:ind w:firstLine="567"/>
        <w:jc w:val="both"/>
      </w:pPr>
      <w:r>
        <w:rPr>
          <w:rFonts w:ascii="Inter" w:hAnsi="Inter"/>
          <w:color w:val="655D50"/>
          <w:sz w:val="24"/>
        </w:rPr>
        <w:t>Под страховой выплатой понимается конкретная денежная сумма, подлежащая выплате страховщиком в возмещение вреда жизни, здоровью и (или) в связи с повреждением имущества потерпевшего в порядке, предусмотренном абзацем третьим пункта 15 статьи 12 Закона об ОСАГО.</w:t>
      </w:r>
    </w:p>
    <w:p>
      <w:pPr>
        <w:widowControl/>
        <w:spacing w:after="280" w:line="312" w:lineRule="auto"/>
        <w:ind w:firstLine="567"/>
        <w:jc w:val="both"/>
      </w:pPr>
      <w:r>
        <w:rPr>
          <w:rFonts w:ascii="Inter" w:hAnsi="Inter"/>
          <w:color w:val="655D50"/>
          <w:sz w:val="24"/>
        </w:rPr>
        <w:t>Право выбора способа страхового возмещения принадлежит потерпевшему (пункт 15 статьи 12 Закона об ОСАГО), за исключением возмещения убытков, причиненных повреждением легковых автомобилей, находящихся в собственности граждан (в том числе индивидуальных предпринимателей) и зарегистрированных в Российской Федерации.</w:t>
      </w:r>
    </w:p>
    <w:p>
      <w:pPr>
        <w:widowControl/>
        <w:spacing w:after="280" w:line="312" w:lineRule="auto"/>
        <w:ind w:firstLine="567"/>
        <w:jc w:val="both"/>
      </w:pPr>
      <w:r>
        <w:rPr>
          <w:rFonts w:ascii="Inter" w:hAnsi="Inter"/>
          <w:color w:val="655D50"/>
          <w:sz w:val="24"/>
        </w:rPr>
        <w:t>Страховое возмещение вреда, причиненного повреждением легкового автомобиля, находящегося в собственности гражданина (в том числе индивидуального предпринимателя) и зарегистрированного в Российской Федерации, осуществляется страховщиком путем организации и оплаты восстановительного ремонта поврежденного транспортного средства потерпевшего (возмещение вреда в натуре) (пункт 15.1 статьи 12 Закона об ОСАГО).</w:t>
      </w:r>
    </w:p>
    <w:p>
      <w:pPr>
        <w:widowControl/>
        <w:spacing w:after="280" w:line="312" w:lineRule="auto"/>
        <w:ind w:firstLine="567"/>
        <w:jc w:val="both"/>
      </w:pPr>
      <w:r>
        <w:rPr>
          <w:rFonts w:ascii="Inter" w:hAnsi="Inter"/>
          <w:color w:val="655D50"/>
          <w:sz w:val="24"/>
        </w:rPr>
        <w:t>Перечень случаев, когда вместо организации и оплаты восстановительного ремонта легкового автомобиля страховое возмещение по выбору потерпевшего, по соглашению потерпевшего и страховщика либо в силу объективных обстоятельств осуществляется в форме страховой выплаты, установлен пунктом 16.1 статьи 12 Закона об ОСАГО с учетом абзаца шестого пункта 15.2 этой же статьи.</w:t>
      </w:r>
    </w:p>
    <w:p>
      <w:pPr>
        <w:widowControl/>
        <w:spacing w:after="280" w:line="312" w:lineRule="auto"/>
        <w:ind w:firstLine="567"/>
        <w:jc w:val="both"/>
      </w:pPr>
      <w:r>
        <w:rPr>
          <w:rFonts w:ascii="Inter" w:hAnsi="Inter"/>
          <w:color w:val="655D50"/>
          <w:sz w:val="24"/>
        </w:rPr>
        <w:t>38. В отсутствие оснований, предусмотренных пунктом 16.1 статьи 12 Закона об ОСАГО с учетом абзаца шестого пункта 15.2 этой же статьи, страховщик не вправе отказать потерпевшему в организации и оплате восстановительного ремонта легкового автомобиля с применением новых заменяемых деталей и комплектующих изделий и в одностороннем порядке изменить условие исполнения обязательства на выплату страхового возмещения в денежной форме.</w:t>
      </w:r>
    </w:p>
    <w:p>
      <w:pPr>
        <w:widowControl/>
        <w:spacing w:after="280" w:line="312" w:lineRule="auto"/>
        <w:ind w:firstLine="567"/>
        <w:jc w:val="both"/>
      </w:pPr>
      <w:r>
        <w:rPr>
          <w:rFonts w:ascii="Inter" w:hAnsi="Inter"/>
          <w:color w:val="655D50"/>
          <w:sz w:val="24"/>
        </w:rPr>
        <w:t>О достижении между страховщиком и потерпевшим в соответствии с подпунктом "ж" пункта 16.1 статьи 12 Закона об ОСАГО соглашения о страховой выплате в денежной форме может свидетельствовать в том числе выбор потерпевшим в заявлении о страховом возмещении выплаты в наличной или безналичной форме по реквизитам потерпевшего, одобренный страховщиком путем перечисления страхового возмещения указанным в заявлении способом.</w:t>
      </w:r>
    </w:p>
    <w:p>
      <w:pPr>
        <w:widowControl/>
        <w:spacing w:after="280" w:line="312" w:lineRule="auto"/>
        <w:ind w:firstLine="567"/>
        <w:jc w:val="both"/>
      </w:pPr>
      <w:r>
        <w:rPr>
          <w:rFonts w:ascii="Inter" w:hAnsi="Inter"/>
          <w:color w:val="655D50"/>
          <w:sz w:val="24"/>
        </w:rPr>
        <w:t>Такое соглашение должно быть явным и недвусмысленным. Все сомнения при толковании его условий трактуются в пользу потерпевшего.</w:t>
      </w:r>
    </w:p>
    <w:p>
      <w:pPr>
        <w:widowControl/>
        <w:spacing w:after="280" w:line="312" w:lineRule="auto"/>
        <w:ind w:firstLine="567"/>
        <w:jc w:val="both"/>
      </w:pPr>
      <w:r>
        <w:rPr>
          <w:rFonts w:ascii="Inter" w:hAnsi="Inter"/>
          <w:color w:val="655D50"/>
          <w:sz w:val="24"/>
        </w:rPr>
        <w:t>39. Расходы, подлежащие возмещению при причинении вреда имуществу потерпевшего, включают в себя: восстановительные и иные расходы, обусловленные наступлением страхового случая и необходимые для реализации потерпевшим права на получение страхового возмещения (например, расходы на эвакуацию транспортного средства с места дорожно-транспортного происшествия, хранение поврежденного транспортного средства, доставку пострадавшего в лечебное учреждение, расходы по оплате нотариальных услуг, почтовые расходы на направление потерпевшим заявления о страховой выплате и т.д.).</w:t>
      </w:r>
    </w:p>
    <w:p>
      <w:pPr>
        <w:widowControl/>
        <w:spacing w:after="280" w:line="312" w:lineRule="auto"/>
        <w:ind w:firstLine="567"/>
        <w:jc w:val="both"/>
      </w:pPr>
      <w:r>
        <w:rPr>
          <w:rFonts w:ascii="Inter" w:hAnsi="Inter"/>
          <w:color w:val="655D50"/>
          <w:sz w:val="24"/>
        </w:rPr>
        <w:t>По договору обязательного страхования с учетом положений статей 1 и 12 Закона об ОСАГО возмещаются не только убытки, причиненные в результате повреждения транспортного средства, но и вред в виде утраты (повреждения) имущества потерпевшего, перевозимого в транспортном средстве, а также вред в связи с повреждением имущества, не относящегося к транспортным средствам (в частности, объектов недвижимости, оборудования АЗС, дорожных знаков, ограждений и т.д.), за исключением случаев, предусмотренных пунктом 2 статьи 6 Закона об ОСАГО.</w:t>
      </w:r>
    </w:p>
    <w:p>
      <w:pPr>
        <w:widowControl/>
        <w:spacing w:after="280" w:line="312" w:lineRule="auto"/>
        <w:ind w:firstLine="567"/>
        <w:jc w:val="both"/>
      </w:pPr>
      <w:r>
        <w:rPr>
          <w:rFonts w:ascii="Inter" w:hAnsi="Inter"/>
          <w:color w:val="655D50"/>
          <w:sz w:val="24"/>
        </w:rPr>
        <w:t>40. К реальному ущербу, возникшему в результате дорожно-транспортного происшествия, относится также утрата товарной стоимости, которая представляет собой снижение рыночной стоимости поврежденного транспортного средства.</w:t>
      </w:r>
    </w:p>
    <w:p>
      <w:pPr>
        <w:widowControl/>
        <w:spacing w:after="280" w:line="312" w:lineRule="auto"/>
        <w:ind w:firstLine="567"/>
        <w:jc w:val="both"/>
      </w:pPr>
      <w:r>
        <w:rPr>
          <w:rFonts w:ascii="Inter" w:hAnsi="Inter"/>
          <w:color w:val="655D50"/>
          <w:sz w:val="24"/>
        </w:rPr>
        <w:t>Утрата товарной стоимости подлежит возмещению и в случае, если страховое возмещение осуществляется в рамках договора обязательного страхования в форме организации и оплаты восстановительного ремонта поврежденного транспортного средства на станции технического обслуживания, с которой у страховщика заключен договор о ремонте транспортного средства, в установленном Законом об ОСАГО пределе страховой суммы.</w:t>
      </w:r>
    </w:p>
    <w:p>
      <w:pPr>
        <w:widowControl/>
        <w:spacing w:after="280" w:line="312" w:lineRule="auto"/>
        <w:ind w:firstLine="567"/>
        <w:jc w:val="both"/>
      </w:pPr>
      <w:r>
        <w:rPr>
          <w:rFonts w:ascii="Inter" w:hAnsi="Inter"/>
          <w:color w:val="655D50"/>
          <w:sz w:val="24"/>
        </w:rPr>
        <w:t>41. По договору обязательного страхования размер страхового возмещения, подлежащего выплате потерпевшему в связи с повреждением транспортного средства, по страховым случаям, наступившим начиная с 21 сентября 2021 года, определяется в соответствии с единой методикой определения размера расходов на восстановительный ремонт в отношении поврежденного транспортного средства, утвержденной Положением Центрального банка Российской Федерации от 4 марта 2021 года № 755-П (далее - Методика, Методика № 755-П).</w:t>
      </w:r>
    </w:p>
    <w:p>
      <w:pPr>
        <w:widowControl/>
        <w:spacing w:after="280" w:line="312" w:lineRule="auto"/>
        <w:ind w:firstLine="567"/>
        <w:jc w:val="both"/>
      </w:pPr>
      <w:r>
        <w:rPr>
          <w:rFonts w:ascii="Inter" w:hAnsi="Inter"/>
          <w:color w:val="655D50"/>
          <w:sz w:val="24"/>
        </w:rPr>
        <w:t>По ранее возникшим страховым случаям размер страхового возмещения определяется в соответствии с единой методикой определения размера расходов на восстановительный ремонт в отношении поврежденного транспортного средства, утвержденной Положением Центрального банка Российской Федерации от 19 сентября 2014 года № 432-П (далее - Методика, Методика № 432-П).</w:t>
      </w:r>
    </w:p>
    <w:p>
      <w:pPr>
        <w:widowControl/>
        <w:spacing w:after="280" w:line="312" w:lineRule="auto"/>
        <w:ind w:firstLine="567"/>
        <w:jc w:val="both"/>
      </w:pPr>
      <w:r>
        <w:rPr>
          <w:rFonts w:ascii="Inter" w:hAnsi="Inter"/>
          <w:color w:val="655D50"/>
          <w:sz w:val="24"/>
        </w:rPr>
        <w:t>42. При осуществлении страхового возмещения в форме страховой выплаты, включая возмещение ущерба, причиненного повреждением легковых автомобилей, находящихся в собственности граждан (в том числе индивидуальных предпринимателей) и зарегистрированных в Российской Федерации, размер расходов на запасные части определяется с учетом износа комплектующих изделий (деталей, узлов и агрегатов), подлежащих замене при восстановительном ремонте. При этом на указанные комплектующие изделия (детали, узлы и агрегаты) не может начисляться износ свыше 50 процентов их стоимости (абзац второй пункта 19 статьи 12 Закона об ОСАГО).</w:t>
      </w:r>
    </w:p>
    <w:p>
      <w:pPr>
        <w:widowControl/>
        <w:spacing w:after="280" w:line="312" w:lineRule="auto"/>
        <w:ind w:firstLine="567"/>
        <w:jc w:val="both"/>
      </w:pPr>
      <w:r>
        <w:rPr>
          <w:rFonts w:ascii="Inter" w:hAnsi="Inter"/>
          <w:color w:val="655D50"/>
          <w:sz w:val="24"/>
        </w:rPr>
        <w:t>Расходы, необходимые для восстановительного ремонта и оплаты работ, связанных с таким ремонтом, не предусмотренные Методикой, не включаются в размер страхового возмещения (например, расходы по нанесению (восстановлению) на поврежденное транспортное средство аэрографических и иных рисунков).</w:t>
      </w:r>
    </w:p>
    <w:p>
      <w:pPr>
        <w:widowControl/>
        <w:spacing w:after="280" w:line="312" w:lineRule="auto"/>
        <w:ind w:firstLine="567"/>
        <w:jc w:val="both"/>
      </w:pPr>
      <w:r>
        <w:rPr>
          <w:rFonts w:ascii="Inter" w:hAnsi="Inter"/>
          <w:color w:val="655D50"/>
          <w:sz w:val="24"/>
        </w:rPr>
        <w:t>При повреждении имущества, не относящегося к транспортным средствам (в частности, объектов недвижимости, оборудования АЗС и т.д.), в отсутствие обстоятельств полной гибели этого имущества размер страхового возмещения, осуществляемого в денежной форме, определяется по стоимости восстановительного ремонта на основании доказательств фактического размера ущерба с учетом износа комплектующих изделий (деталей, узлов и агрегатов), подлежащих замене при восстановительном ремонте (подпункт "б" пункта 18 и абзац второй пункта 19 статьи 12 Закона об ОСАГО, пункт 4.15 Правил).</w:t>
      </w:r>
    </w:p>
    <w:p>
      <w:pPr>
        <w:widowControl/>
        <w:spacing w:after="280" w:line="312" w:lineRule="auto"/>
        <w:ind w:firstLine="567"/>
        <w:jc w:val="both"/>
      </w:pPr>
      <w:r>
        <w:rPr>
          <w:rFonts w:ascii="Inter" w:hAnsi="Inter"/>
          <w:color w:val="655D50"/>
          <w:sz w:val="24"/>
        </w:rPr>
        <w:t>43. В соответствии с подпунктом "а" пункта 18 и пунктом 19 статьи 12 Закона об ОСАГО размер подлежащих возмещению страховщиком убытков в случае полной гибели имущества потерпевшего определяется в размере его действительной стоимости на день наступления страхового случая за вычетом стоимости годных остатков.</w:t>
      </w:r>
    </w:p>
    <w:p>
      <w:pPr>
        <w:widowControl/>
        <w:spacing w:after="280" w:line="312" w:lineRule="auto"/>
        <w:ind w:firstLine="567"/>
        <w:jc w:val="both"/>
      </w:pPr>
      <w:r>
        <w:rPr>
          <w:rFonts w:ascii="Inter" w:hAnsi="Inter"/>
          <w:color w:val="655D50"/>
          <w:sz w:val="24"/>
        </w:rPr>
        <w:t>Под полной гибелью понимаются случаи, при которых ремонт поврежденного имущества невозможен либо стоимость ремонта поврежденного имущества равна стоимости имущества на дату наступления страхового случая или превышает указанную стоимость (подпункт "а" пункта 18 статьи 12 Закона об ОСАГО).</w:t>
      </w:r>
    </w:p>
    <w:p>
      <w:pPr>
        <w:widowControl/>
        <w:spacing w:after="280" w:line="312" w:lineRule="auto"/>
        <w:ind w:firstLine="567"/>
        <w:jc w:val="both"/>
      </w:pPr>
      <w:r>
        <w:rPr>
          <w:rFonts w:ascii="Inter" w:hAnsi="Inter"/>
          <w:color w:val="655D50"/>
          <w:sz w:val="24"/>
        </w:rPr>
        <w:t>44. Расхождение в результатах расчетов размера расходов на восстановительный ремонт в отношении транспортного средства, выполненных различными специалистами, следует признавать находящимся в пределах статистической достоверности за счет использования различных технологических решений и погрешностей расчета, если оно не превышает 10 процентов при совпадающем перечне поврежденных деталей (за исключением крепежных элементов, деталей разового монтажа).</w:t>
      </w:r>
    </w:p>
    <w:p>
      <w:pPr>
        <w:widowControl/>
        <w:spacing w:after="280" w:line="312" w:lineRule="auto"/>
        <w:ind w:firstLine="567"/>
        <w:jc w:val="both"/>
      </w:pPr>
      <w:r>
        <w:rPr>
          <w:rFonts w:ascii="Inter" w:hAnsi="Inter"/>
          <w:color w:val="655D50"/>
          <w:sz w:val="24"/>
        </w:rPr>
        <w:t>Это же правило применяется при расхождении результатов расчета размера страхового возмещения в случае полной гибели транспортного средства и определении стоимости годных остатков, а также при расхождении результатов расчета величины утраты товарной стоимости (пункт 1 статьи 6 ГК РФ).</w:t>
      </w:r>
    </w:p>
    <w:p>
      <w:pPr>
        <w:widowControl/>
        <w:spacing w:after="280" w:line="312" w:lineRule="auto"/>
        <w:ind w:firstLine="567"/>
        <w:jc w:val="both"/>
      </w:pPr>
      <w:r>
        <w:rPr>
          <w:rFonts w:ascii="Inter" w:hAnsi="Inter"/>
          <w:color w:val="655D50"/>
          <w:sz w:val="24"/>
        </w:rPr>
        <w:t>Предел погрешности в 10 процентов рассчитывается как отношение разницы между размером страхового возмещения, осуществленного страховщиком, и размером страхового возмещения, определенного по результатам разрешения спора, к размеру осуществленного страхового возмещения (пункт 3.5 Методики № 755-П).</w:t>
      </w:r>
    </w:p>
    <w:p>
      <w:pPr>
        <w:widowControl/>
        <w:spacing w:after="280" w:line="312" w:lineRule="auto"/>
        <w:ind w:firstLine="567"/>
        <w:jc w:val="both"/>
      </w:pPr>
      <w:r>
        <w:rPr>
          <w:rFonts w:ascii="Inter" w:hAnsi="Inter"/>
          <w:color w:val="655D50"/>
          <w:sz w:val="24"/>
        </w:rPr>
        <w:t>45. Если по результатам проведенного страховщиком осмотра поврежденного имущества страховщик и потерпевший достигли согласия о размере страхового возмещения и не настаивают на организации независимой технической экспертизы транспортного средства или независимой экспертизы (оценки) поврежденного имущества, такая экспертиза, в силу пункта 12 статьи 12 Закона об ОСАГО, может не проводиться.</w:t>
      </w:r>
    </w:p>
    <w:p>
      <w:pPr>
        <w:widowControl/>
        <w:spacing w:after="280" w:line="312" w:lineRule="auto"/>
        <w:ind w:firstLine="567"/>
        <w:jc w:val="both"/>
      </w:pPr>
      <w:r>
        <w:rPr>
          <w:rFonts w:ascii="Inter" w:hAnsi="Inter"/>
          <w:color w:val="655D50"/>
          <w:sz w:val="24"/>
        </w:rPr>
        <w:t>При заключении соглашения об урегулировании страхового случая без проведения независимой технической экспертизы транспортного средства или независимой экспертизы (оценки) поврежденного имущества потерпевший и страховщик договариваются о размере и порядке осуществления потерпевшему страхового возмещения в пределах срока, установленного абзацем первым пункта 21 статьи 12 Закона об ОСАГО (пункт 12 статьи 12 Закона об ОСАГО). После осуществления страховщиком оговоренного страхового возмещения его обязанность считается исполненной в полном объеме и надлежащим образом, что прекращает соответствующее обязательство страховщика (пункт 1 статьи 408 ГК РФ).</w:t>
      </w:r>
    </w:p>
    <w:p>
      <w:pPr>
        <w:widowControl/>
        <w:spacing w:after="280" w:line="312" w:lineRule="auto"/>
        <w:ind w:firstLine="567"/>
        <w:jc w:val="both"/>
      </w:pPr>
      <w:r>
        <w:rPr>
          <w:rFonts w:ascii="Inter" w:hAnsi="Inter"/>
          <w:color w:val="655D50"/>
          <w:sz w:val="24"/>
        </w:rPr>
        <w:t>Вместе с тем при выявлении скрытых недостатков потерпевший вправе обратиться к страховщику с требованиями о дополнительном страховом возмещении.</w:t>
      </w:r>
    </w:p>
    <w:p>
      <w:pPr>
        <w:widowControl/>
        <w:spacing w:after="280" w:line="312" w:lineRule="auto"/>
        <w:ind w:firstLine="567"/>
        <w:jc w:val="both"/>
      </w:pPr>
      <w:r>
        <w:rPr>
          <w:rFonts w:ascii="Inter" w:hAnsi="Inter"/>
          <w:color w:val="655D50"/>
          <w:sz w:val="24"/>
        </w:rPr>
        <w:t>Указанное выше соглашение может быть также оспорено потерпевшим по общим основаниям недействительности сделок, предусмотренным гражданским законодательством (параграф 2 главы 9 ГК РФ).</w:t>
      </w:r>
    </w:p>
    <w:p>
      <w:pPr>
        <w:widowControl/>
        <w:spacing w:after="280" w:line="312" w:lineRule="auto"/>
        <w:ind w:firstLine="567"/>
        <w:jc w:val="both"/>
      </w:pPr>
      <w:r>
        <w:rPr>
          <w:rFonts w:ascii="Inter" w:hAnsi="Inter"/>
          <w:color w:val="655D50"/>
          <w:sz w:val="24"/>
        </w:rPr>
        <w:t>46. Если из документов, составленных сотрудниками полиции, следует, что за причиненный вред ответственны несколько участников дорожно-транспортного происшествия, то в силу прямого указания закона их страховщики производят страховое возмещение в равных долях (абзац четвертый пункта 22 статьи 12 Закона об ОСАГО).</w:t>
      </w:r>
    </w:p>
    <w:p>
      <w:pPr>
        <w:widowControl/>
        <w:spacing w:after="280" w:line="312" w:lineRule="auto"/>
        <w:ind w:firstLine="567"/>
        <w:jc w:val="both"/>
      </w:pPr>
      <w:r>
        <w:rPr>
          <w:rFonts w:ascii="Inter" w:hAnsi="Inter"/>
          <w:color w:val="655D50"/>
          <w:sz w:val="24"/>
        </w:rPr>
        <w:t>При несогласии с таким возмещением потерпевший вправе предъявить требование о взыскании страхового возмещения в недостающей части. При рассмотрении спора суд обязан установить степень вины лиц, признанных ответственными за причиненный вред, и взыскать страховое возмещение с учетом установленной судом степени вины лиц, гражданская ответственность которых застрахована. Обращение с самостоятельным заявлением об установлении степени вины законодательством не предусмотрено.</w:t>
      </w:r>
    </w:p>
    <w:p>
      <w:pPr>
        <w:widowControl/>
        <w:spacing w:after="280" w:line="312" w:lineRule="auto"/>
        <w:ind w:firstLine="567"/>
        <w:jc w:val="both"/>
      </w:pPr>
      <w:r>
        <w:rPr>
          <w:rFonts w:ascii="Inter" w:hAnsi="Inter"/>
          <w:color w:val="655D50"/>
          <w:sz w:val="24"/>
        </w:rPr>
        <w:t>Страховщик освобождается от обязанности уплаты неустойки, суммы финансовой санкции, штрафа и компенсации морального вреда, если обязательство по страховому возмещению в равных долях было им исполнено надлежащим образом.</w:t>
      </w:r>
    </w:p>
    <w:p>
      <w:pPr>
        <w:widowControl/>
        <w:spacing w:after="280" w:line="312" w:lineRule="auto"/>
        <w:ind w:firstLine="567"/>
        <w:jc w:val="both"/>
      </w:pPr>
      <w:r>
        <w:rPr>
          <w:rFonts w:ascii="Inter" w:hAnsi="Inter"/>
          <w:color w:val="655D50"/>
          <w:sz w:val="24"/>
        </w:rPr>
        <w:t>47. В случаях, когда ответственность каждого из солидарных должников по отношению к потерпевшему застрахована разными страховщиками, страховщики возмещают имущественный вред, причиненный вследствие взаимодействия источников повышенной опасности, солидарно, при этом выплата со стороны одного из страховщиков не может превышать размер соответствующей страховой суммы (пункт 2 статьи 323, пункт 4 статьи 931 ГК РФ).</w:t>
      </w:r>
    </w:p>
    <w:p>
      <w:pPr>
        <w:widowControl/>
        <w:spacing w:after="280" w:line="312" w:lineRule="auto"/>
        <w:ind w:firstLine="567"/>
        <w:jc w:val="both"/>
      </w:pPr>
      <w:r>
        <w:rPr>
          <w:rFonts w:ascii="Inter" w:hAnsi="Inter"/>
          <w:color w:val="655D50"/>
          <w:sz w:val="24"/>
        </w:rPr>
        <w:t>Если в названном случае вред причинен жизни или здоровью потерпевшего, общий размер страховой выплаты, осуществленной страховщиками, не может превышать размер страховой суммы, предусмотренной подпунктом "а" статьи 7 Закона об ОСАГО (пункт 9.1 статьи 12 Закона об ОСАГО).</w:t>
      </w:r>
    </w:p>
    <w:p>
      <w:pPr>
        <w:widowControl/>
        <w:spacing w:after="280" w:line="312" w:lineRule="auto"/>
        <w:ind w:firstLine="567"/>
        <w:jc w:val="both"/>
      </w:pPr>
      <w:r>
        <w:rPr>
          <w:rFonts w:ascii="Inter" w:hAnsi="Inter"/>
          <w:color w:val="655D50"/>
          <w:sz w:val="24"/>
        </w:rPr>
        <w:t>Положения пункта 9.1 статьи 12 Закона об ОСАГО не применяются, если гражданская ответственность за причиненный вред всех участников дорожно-транспортного происшествия застрахована по договорам обязательного страхования, заключенным до 1 мая 2019 года.</w:t>
      </w:r>
    </w:p>
    <w:p>
      <w:pPr>
        <w:widowControl/>
        <w:spacing w:after="280" w:line="312" w:lineRule="auto"/>
        <w:ind w:firstLine="567"/>
        <w:jc w:val="both"/>
      </w:pPr>
      <w:r>
        <w:rPr>
          <w:rFonts w:ascii="Inter" w:hAnsi="Inter"/>
          <w:color w:val="655D50"/>
          <w:sz w:val="24"/>
        </w:rPr>
        <w:t>48. По смыслу пункта 4 статьи 12 Закона об ОСАГО, если дополнительные расходы на лечение и восстановление поврежденного в результате дорожно-транспортного происшествия здоровья потерпевшего и утраченный им заработок (доход) превышают сумму осуществленной страховой выплаты, рассчитанную в соответствии с постановлением Правительства Российской Федерации от 15 ноября 2012 года № 1164 "Об утверждении Правил расчета суммы страхового возмещения при причинении вреда здоровью потерпевшего", страховщик обязан выплатить разницу между совокупным размером утраченного потерпевшим заработка (дохода) и дополнительных расходов и суммой осуществленной страховой выплаты. Общая сумма страховой выплаты за причинение вреда здоровью потерпевшего не должна превышать предельный размер, установленный подпунктом "а" статьи 7 Закона об ОСАГО.</w:t>
      </w:r>
    </w:p>
    <w:p>
      <w:pPr>
        <w:widowControl/>
        <w:spacing w:after="280" w:line="312" w:lineRule="auto"/>
        <w:ind w:firstLine="567"/>
        <w:jc w:val="both"/>
      </w:pPr>
      <w:r>
        <w:rPr>
          <w:rFonts w:ascii="Inter" w:hAnsi="Inter"/>
          <w:color w:val="655D50"/>
          <w:sz w:val="24"/>
        </w:rPr>
        <w:t>Восстановительный ремонт транспортных средств</w:t>
      </w:r>
    </w:p>
    <w:p>
      <w:pPr>
        <w:widowControl/>
        <w:spacing w:after="280" w:line="312" w:lineRule="auto"/>
        <w:ind w:firstLine="567"/>
        <w:jc w:val="both"/>
      </w:pPr>
      <w:r>
        <w:rPr>
          <w:rFonts w:ascii="Inter" w:hAnsi="Inter"/>
          <w:color w:val="655D50"/>
          <w:sz w:val="24"/>
        </w:rPr>
        <w:t>49. Размер страхового возмещения в форме организации и оплаты восстановительного ремонта при причинении вреда транспортному средству потерпевшего (за исключением легковых автомобилей, находящихся в собственности граждан и зарегистрированных в Российской Федерации, далее - легковые автомобили) определяется страховщиком по Методике с учетом износа комплектующих изделий (деталей, узлов, агрегатов), который не может превышать 50 процентов их стоимости (пункт 19 статьи 12 Закона об ОСАГО).</w:t>
      </w:r>
    </w:p>
    <w:p>
      <w:pPr>
        <w:widowControl/>
        <w:spacing w:after="280" w:line="312" w:lineRule="auto"/>
        <w:ind w:firstLine="567"/>
        <w:jc w:val="both"/>
      </w:pPr>
      <w:r>
        <w:rPr>
          <w:rFonts w:ascii="Inter" w:hAnsi="Inter"/>
          <w:color w:val="655D50"/>
          <w:sz w:val="24"/>
        </w:rPr>
        <w:t>Стоимость восстановительного ремонта легковых автомобилей, находящихся в собственности граждан и зарегистрированных в Российской Федерации, определяется страховщиком без учета износа комплектующих изделий (деталей, узлов, агрегатов) (абзац третий пункта 15.1 статьи 12 Закона об ОСАГО).</w:t>
      </w:r>
    </w:p>
    <w:p>
      <w:pPr>
        <w:widowControl/>
        <w:spacing w:after="280" w:line="312" w:lineRule="auto"/>
        <w:ind w:firstLine="567"/>
        <w:jc w:val="both"/>
      </w:pPr>
      <w:r>
        <w:rPr>
          <w:rFonts w:ascii="Inter" w:hAnsi="Inter"/>
          <w:color w:val="655D50"/>
          <w:sz w:val="24"/>
        </w:rPr>
        <w:t>50. При возмещении вреда в виде организации и оплаты восстановительного ремонта поврежденного транспортного средства на станции технического обслуживания, с которой у страховщика заключен договор о ремонте транспортного средства, страховщик не освобождается от возмещения иных убытков, обусловленных наступлением страхового случая и расходов, необходимых для реализации потерпевшим права на получение страхового возмещения (например, утрата товарной стоимости, эвакуация транспортного средства с места дорожно-транспортного происшествия, хранение поврежденного транспортного средства, доставка пострадавшего в лечебное учреждение и т.д.).</w:t>
      </w:r>
    </w:p>
    <w:p>
      <w:pPr>
        <w:widowControl/>
        <w:spacing w:after="280" w:line="312" w:lineRule="auto"/>
        <w:ind w:firstLine="567"/>
        <w:jc w:val="both"/>
      </w:pPr>
      <w:r>
        <w:rPr>
          <w:rFonts w:ascii="Inter" w:hAnsi="Inter"/>
          <w:color w:val="655D50"/>
          <w:sz w:val="24"/>
        </w:rPr>
        <w:t>О возмещении иных расходов потерпевшему надлежит подать соответствующее заявление страховщику.</w:t>
      </w:r>
    </w:p>
    <w:p>
      <w:pPr>
        <w:widowControl/>
        <w:spacing w:after="280" w:line="312" w:lineRule="auto"/>
        <w:ind w:firstLine="567"/>
        <w:jc w:val="both"/>
      </w:pPr>
      <w:r>
        <w:rPr>
          <w:rFonts w:ascii="Inter" w:hAnsi="Inter"/>
          <w:color w:val="655D50"/>
          <w:sz w:val="24"/>
        </w:rPr>
        <w:t>51. Страховщик после осмотра поврежденного транспортного средства и (или) проведения его независимой технической экспертизы обязан выдать потерпевшему направление на ремонт, в том числе повторный ремонт в случае выявления недостатков первоначально проведенного восстановительного ремонта, на станцию технического обслуживания, которая соответствует требованиям к организации восстановительного ремонта в отношении конкретного потерпевшего (пункт 15.1 статьи 12 Закона об ОСАГО).</w:t>
      </w:r>
    </w:p>
    <w:p>
      <w:pPr>
        <w:widowControl/>
        <w:spacing w:after="280" w:line="312" w:lineRule="auto"/>
        <w:ind w:firstLine="567"/>
        <w:jc w:val="both"/>
      </w:pPr>
      <w:r>
        <w:rPr>
          <w:rFonts w:ascii="Inter" w:hAnsi="Inter"/>
          <w:color w:val="655D50"/>
          <w:sz w:val="24"/>
        </w:rPr>
        <w:t>Направление на ремонт должно содержать сведения: о потерпевшем, которому выдано такое направление; о договоре обязательного страхования, в целях исполнения обязательств по которому выдано направление на ремонт; о транспортном средстве, подлежащем ремонту; о наименовании и месте нахождения станции технического обслуживания, на которой будет производиться ремонт транспортного средства потерпевшего и которой страховщик оплатит стоимость восстановительного ремонта; о сроке проведения ремонта; о размере возможной доплаты потерпевшего за восстановительный ремонт, обусловленной износом заменяемых в процессе ремонта деталей и агрегатов и их заменой на новые детали и агрегаты, или размере износа на заменяемые детали и агрегаты без указания размера доплаты (в этом случае размер доплаты определяется станцией технического обслуживания и указывается в документах, выдаваемых потерпевшему при приеме транспортного средства).</w:t>
      </w:r>
    </w:p>
    <w:p>
      <w:pPr>
        <w:widowControl/>
        <w:spacing w:after="280" w:line="312" w:lineRule="auto"/>
        <w:ind w:firstLine="567"/>
        <w:jc w:val="both"/>
      </w:pPr>
      <w:r>
        <w:rPr>
          <w:rFonts w:ascii="Inter" w:hAnsi="Inter"/>
          <w:color w:val="655D50"/>
          <w:sz w:val="24"/>
        </w:rPr>
        <w:t>52. Согласно критерию доступности для потерпевшего места проведения восстановительного ремонта максимальная длина маршрута до станции технического обслуживания, проложенного по дорогам общего пользования, не может превышать 50 километров по выбору потерпевшего: от места дорожно-транспортного происшествия или места жительства потерпевшего либо регистрации потерпевшего как индивидуального предпринимателя, за исключением случая, если страховщик организовал и (или) оплатил транспортировку поврежденного транспортного средства до места проведения восстановительного ремонта и обратно (абзац третий пункта 15.2 статьи 12 Закона об ОСАГО).</w:t>
      </w:r>
    </w:p>
    <w:p>
      <w:pPr>
        <w:widowControl/>
        <w:spacing w:after="280" w:line="312" w:lineRule="auto"/>
        <w:ind w:firstLine="567"/>
        <w:jc w:val="both"/>
      </w:pPr>
      <w:r>
        <w:rPr>
          <w:rFonts w:ascii="Inter" w:hAnsi="Inter"/>
          <w:color w:val="655D50"/>
          <w:sz w:val="24"/>
        </w:rPr>
        <w:t>53. Если ни одна из станций технического обслуживания, с которыми у страховщика заключены договоры на организацию восстановительного ремонта, не соответствует установленным правилами обязательного страхования требованиям к организации восстановительного ремонта в отношении конкретного потерпевшего, а потерпевший не согласен на проведение восстановительного ремонта на предложенной страховщиком станции технического обслуживания, которая не соответствует установленным правилами обязательного страхования требованиям к организации восстановительного ремонта в отношении конкретного потерпевшего, и при этом между страховщиком и потерпевшим не достигнуто соглашение о проведении восстановительного ремонта на выбранной потерпевшим станции технического обслуживания, с которой у страховщика отсутствует договор на организацию восстановительного ремонта, страховое возмещение осуществляется в форме страховой выплаты (абзац шестой пункта 15.2, пункт 15.3, подпункт "е" пункта 16.1, пункт 21 статьи 12 Закона об ОСАГО).</w:t>
      </w:r>
    </w:p>
    <w:p>
      <w:pPr>
        <w:widowControl/>
        <w:spacing w:after="280" w:line="312" w:lineRule="auto"/>
        <w:ind w:firstLine="567"/>
        <w:jc w:val="both"/>
      </w:pPr>
      <w:r>
        <w:rPr>
          <w:rFonts w:ascii="Inter" w:hAnsi="Inter"/>
          <w:color w:val="655D50"/>
          <w:sz w:val="24"/>
        </w:rPr>
        <w:t>Нарушение станцией технического обслуживания сроков осуществления ремонта либо наличие разногласий между этой станцией и страховщиком об условиях ремонта и его оплаты и т.п. сами по себе не означают, что данная станция технического обслуживания не соответствует установленным правилами обязательного страхования требованиям к организации восстановительного ремонта, и не являются основаниями для замены восстановительного ремонта на страховую выплату.</w:t>
      </w:r>
    </w:p>
    <w:p>
      <w:pPr>
        <w:widowControl/>
        <w:spacing w:after="280" w:line="312" w:lineRule="auto"/>
        <w:ind w:firstLine="567"/>
        <w:jc w:val="both"/>
      </w:pPr>
      <w:r>
        <w:rPr>
          <w:rFonts w:ascii="Inter" w:hAnsi="Inter"/>
          <w:color w:val="655D50"/>
          <w:sz w:val="24"/>
        </w:rPr>
        <w:t>54. В целях сохранения гарантийных обязательств ремонт поврежденного легкового автомобиля на станции технического обслуживания, являющейся сервисной организацией в рамках договора, заключенного с производителем и (или) импортером (дистрибьютором), производится в течение двух лет с года выпуска транспортного средства (пункт 15.2 статьи 12 Закона об ОСАГО).</w:t>
      </w:r>
    </w:p>
    <w:p>
      <w:pPr>
        <w:widowControl/>
        <w:spacing w:after="280" w:line="312" w:lineRule="auto"/>
        <w:ind w:firstLine="567"/>
        <w:jc w:val="both"/>
      </w:pPr>
      <w:r>
        <w:rPr>
          <w:rFonts w:ascii="Inter" w:hAnsi="Inter"/>
          <w:color w:val="655D50"/>
          <w:sz w:val="24"/>
        </w:rPr>
        <w:t>Если с года выпуска транспортного средства прошло более двух лет, но срок гарантийного обязательства не истек, а страховщик не выдает направление на обязательный восстановительный ремонт на станции технического обслуживания, являющейся сервисной организацией в рамках договора, заключенного с производителем и (или) импортером (дистрибьютором), потерпевший вправе потребовать осуществления страхового возмещения путем выдачи суммы страховой выплаты с учетом износа комплектующих изделий (деталей, узлов, агрегатов) (пункт 1 статьи 6 ГК РФ, пункт 15.2 и подпункт "е" пункта 16.1 статьи 12 Закона об ОСАГО, абзац второй пункта 3 статьи 29 Закона о защите прав потребителей).</w:t>
      </w:r>
    </w:p>
    <w:p>
      <w:pPr>
        <w:widowControl/>
        <w:spacing w:after="280" w:line="312" w:lineRule="auto"/>
        <w:ind w:firstLine="567"/>
        <w:jc w:val="both"/>
      </w:pPr>
      <w:r>
        <w:rPr>
          <w:rFonts w:ascii="Inter" w:hAnsi="Inter"/>
          <w:color w:val="655D50"/>
          <w:sz w:val="24"/>
        </w:rPr>
        <w:t>55. Потерпевший может обратиться на станцию технического обслуживания в течение указанного в направлении срока, а при его отсутствии или при получении уведомления после истечения этого срока либо накануне его истечения - в разумный срок после получения от страховщика направления на ремонт (статья 314 ГК РФ).</w:t>
      </w:r>
    </w:p>
    <w:p>
      <w:pPr>
        <w:widowControl/>
        <w:spacing w:after="280" w:line="312" w:lineRule="auto"/>
        <w:ind w:firstLine="567"/>
        <w:jc w:val="both"/>
      </w:pPr>
      <w:r>
        <w:rPr>
          <w:rFonts w:ascii="Inter" w:hAnsi="Inter"/>
          <w:color w:val="655D50"/>
          <w:sz w:val="24"/>
        </w:rPr>
        <w:t>Если потерпевший не обратился на станцию технического обслуживания в указанный срок, то для получения страхового возмещения в форме восстановительного ремонта поврежденного транспортного средства он обязан обратиться к страховщику с заявлением о выдаче нового направления взамен предыдущего. В повторном направлении должен быть установлен новый срок, до истечения которого страховщик не считается просрочившим исполнение обязательства по организации и оплате восстановительного ремонта (статьи 404 и 406 ГК РФ).</w:t>
      </w:r>
    </w:p>
    <w:p>
      <w:pPr>
        <w:widowControl/>
        <w:spacing w:after="280" w:line="312" w:lineRule="auto"/>
        <w:ind w:firstLine="567"/>
        <w:jc w:val="both"/>
      </w:pPr>
      <w:r>
        <w:rPr>
          <w:rFonts w:ascii="Inter" w:hAnsi="Inter"/>
          <w:color w:val="655D50"/>
          <w:sz w:val="24"/>
        </w:rPr>
        <w:t>56. При нарушении страховщиком обязательства по организации и оплате восстановительного ремонта потерпевший вправе предъявить требование о понуждении страховщика к организации и оплате восстановительного ремонта или потребовать страхового возмещения в форме страховой выплаты либо произвести ремонт самостоятельно и потребовать со страховщика возмещения убытков вследствие ненадлежащего исполнения им своих обязательств по договору обязательного страхования гражданской ответственности владельца транспортного средства в размере действительной стоимости восстановительного ремонта, который страховщик должен был организовать и оплатить. Возмещение таких убытков означает, что потерпевший должен быть постановлен в то положение, в котором он находился бы, если бы страховщик по договору обязательного страхования исполнил обязательства надлежащим образом (пункт 2 статьи 393 ГК РФ).</w:t>
      </w:r>
    </w:p>
    <w:p>
      <w:pPr>
        <w:widowControl/>
        <w:spacing w:after="280" w:line="312" w:lineRule="auto"/>
        <w:ind w:firstLine="567"/>
        <w:jc w:val="both"/>
      </w:pPr>
      <w:r>
        <w:rPr>
          <w:rFonts w:ascii="Inter" w:hAnsi="Inter"/>
          <w:color w:val="655D50"/>
          <w:sz w:val="24"/>
        </w:rPr>
        <w:t>При удовлетворении требования потерпевшего о понуждении страховщика к организации и оплате восстановительного ремонта по его ходатайству судом могут быть присуждены денежные средства на случай неисполнения соответствующего судебного акта в пользу потерпевшего (статья 308.3 ГК РФ, часть 3 статьи 206 ГПК РФ и часть 4 статьи 174 АПК РФ).</w:t>
      </w:r>
    </w:p>
    <w:p>
      <w:pPr>
        <w:widowControl/>
        <w:spacing w:after="280" w:line="312" w:lineRule="auto"/>
        <w:ind w:firstLine="567"/>
        <w:jc w:val="both"/>
      </w:pPr>
      <w:r>
        <w:rPr>
          <w:rFonts w:ascii="Inter" w:hAnsi="Inter"/>
          <w:color w:val="655D50"/>
          <w:sz w:val="24"/>
        </w:rPr>
        <w:t>57. В случае организации и оплаты страховщиком восстановительного ремонта поврежденного транспортного средства между страховщиком, потерпевшим и станцией технического обслуживания должно быть достигнуто соглашение о сроках, в которые станция технического обслуживания производит восстановительный ремонт транспортного средства потерпевшего, о полной стоимости ремонта, о возможном размере доплаты, о недопустимости или об использовании при восстановительном ремонте бывших в употреблении или восстановленных комплектующих изделий (деталей, узлов, агрегатов) при наличии соответствующего письменного соглашения между страховщиком и потерпевшим (абзац третий пункта 15.1, абзацы третий и шестой пункта 17 статьи 12 Закона об ОСАГО).</w:t>
      </w:r>
    </w:p>
    <w:p>
      <w:pPr>
        <w:widowControl/>
        <w:spacing w:after="280" w:line="312" w:lineRule="auto"/>
        <w:ind w:firstLine="567"/>
        <w:jc w:val="both"/>
      </w:pPr>
      <w:r>
        <w:rPr>
          <w:rFonts w:ascii="Inter" w:hAnsi="Inter"/>
          <w:color w:val="655D50"/>
          <w:sz w:val="24"/>
        </w:rPr>
        <w:t>Размер доплаты рассчитывается как разница между стоимостью восстановительного ремонта, определенной станцией технического обслуживания, и размером страхового возмещения, предусмотренного подпунктом "б" статьи 7 Закона об ОСАГО.</w:t>
      </w:r>
    </w:p>
    <w:p>
      <w:pPr>
        <w:widowControl/>
        <w:spacing w:after="280" w:line="312" w:lineRule="auto"/>
        <w:ind w:firstLine="567"/>
        <w:jc w:val="both"/>
      </w:pPr>
      <w:r>
        <w:rPr>
          <w:rFonts w:ascii="Inter" w:hAnsi="Inter"/>
          <w:color w:val="655D50"/>
          <w:sz w:val="24"/>
        </w:rPr>
        <w:t>Порядок урегулирования вопросов, связанных с выявленными скрытыми повреждениями транспортного средства, вызванными страховым случаем, определяется станцией технического обслуживания по согласованию со страховщиком и потерпевшим и указывается станцией технического обслуживания при приеме транспортного средства потерпевшего в направлении на ремонт или в ином документе, выдаваемом потерпевшему (абзац четвертый пункта 17 статьи 12 Закона об ОСАГО).</w:t>
      </w:r>
    </w:p>
    <w:p>
      <w:pPr>
        <w:widowControl/>
        <w:spacing w:after="280" w:line="312" w:lineRule="auto"/>
        <w:ind w:firstLine="567"/>
        <w:jc w:val="both"/>
      </w:pPr>
      <w:r>
        <w:rPr>
          <w:rFonts w:ascii="Inter" w:hAnsi="Inter"/>
          <w:color w:val="655D50"/>
          <w:sz w:val="24"/>
        </w:rPr>
        <w:t>58. Если между страховщиком, потерпевшим и станцией технического обслуживания не было достигнуто соглашение о размере доплаты за ремонт легкового автомобиля, потерпевший вправе отказаться от восстановительного ремонта и потребовать от страховщика страховой выплаты, которая должна быть произведена в течение семи дней с момента предъявления этих требований (подпункт "д" пункта 16.1 статьи 12 Закона об ОСАГО и статья 314 ГК РФ). При этом общий срок осуществления страхового возмещения не должен превышать срок, установленный пунктом 21 статьи 12 Закона об ОСАГО.</w:t>
      </w:r>
    </w:p>
    <w:p>
      <w:pPr>
        <w:widowControl/>
        <w:spacing w:after="280" w:line="312" w:lineRule="auto"/>
        <w:ind w:firstLine="567"/>
        <w:jc w:val="both"/>
      </w:pPr>
      <w:r>
        <w:rPr>
          <w:rFonts w:ascii="Inter" w:hAnsi="Inter"/>
          <w:color w:val="655D50"/>
          <w:sz w:val="24"/>
        </w:rPr>
        <w:t>Потерпевший вправе отказаться от восстановительного ремонта транспортного средства в разумный срок после его диагностики станцией технического обслуживания и определения точного размера доплаты, если размер ранее согласованной доплаты возрастает. При этом расходы на проведение диагностики оплачиваются страховщиком и не входят в объем страхового возмещения.</w:t>
      </w:r>
    </w:p>
    <w:p>
      <w:pPr>
        <w:widowControl/>
        <w:spacing w:after="280" w:line="312" w:lineRule="auto"/>
        <w:ind w:firstLine="567"/>
        <w:jc w:val="both"/>
      </w:pPr>
      <w:r>
        <w:rPr>
          <w:rFonts w:ascii="Inter" w:hAnsi="Inter"/>
          <w:color w:val="655D50"/>
          <w:sz w:val="24"/>
        </w:rPr>
        <w:t>59. Восстановительный ремонт поврежденного легкового автомобиля должен быть осуществлен в срок, не превышающий 30 рабочих дней со дня представления потерпевшим транспортного средства на станцию технического обслуживания или передачи такого транспортного средства страховщику для организации его транспортировки до места проведения восстановительного ремонта (абзац второй пункта 15.2 статьи 12 Закона об ОСАГО).</w:t>
      </w:r>
    </w:p>
    <w:p>
      <w:pPr>
        <w:widowControl/>
        <w:spacing w:after="280" w:line="312" w:lineRule="auto"/>
        <w:ind w:firstLine="567"/>
        <w:jc w:val="both"/>
      </w:pPr>
      <w:r>
        <w:rPr>
          <w:rFonts w:ascii="Inter" w:hAnsi="Inter"/>
          <w:color w:val="655D50"/>
          <w:sz w:val="24"/>
        </w:rPr>
        <w:t>Если станция технического обслуживания не приступает своевременно к выполнению восстановительного ремонта или выполняет ремонт настолько медленно, что окончание его к сроку становится явно невозможным, потерпевший вправе изменить способ возмещения вреда и потребовать возмещения убытков в размере, необходимом для устранения недостатков и завершения восстановительного ремонта. Такие требования предъявляются потерпевшим с соблюдением правил, установленных статьей 16.1 Закона об ОСАГО.</w:t>
      </w:r>
    </w:p>
    <w:p>
      <w:pPr>
        <w:widowControl/>
        <w:spacing w:after="280" w:line="312" w:lineRule="auto"/>
        <w:ind w:firstLine="567"/>
        <w:jc w:val="both"/>
      </w:pPr>
      <w:r>
        <w:rPr>
          <w:rFonts w:ascii="Inter" w:hAnsi="Inter"/>
          <w:color w:val="655D50"/>
          <w:sz w:val="24"/>
        </w:rPr>
        <w:t>60. Исходя из существа обязательства по страховому возмещению путем организации и оплаты восстановительного ремонта транспортного средства, которое заключается в восстановлении транспортного средства потерпевшего, в том числе с заменой поврежденных комплектующих изделий (деталей, узлов, агрегатов), за счет страховщика, последний вправе распорядиться замененными поврежденными комплектующими изделиями (деталями, узлами, агрегатами) по своему усмотрению, если иное не установлено соглашением с потерпевшим.</w:t>
      </w:r>
    </w:p>
    <w:p>
      <w:pPr>
        <w:widowControl/>
        <w:spacing w:after="280" w:line="312" w:lineRule="auto"/>
        <w:ind w:firstLine="567"/>
        <w:jc w:val="both"/>
      </w:pPr>
      <w:r>
        <w:rPr>
          <w:rFonts w:ascii="Inter" w:hAnsi="Inter"/>
          <w:color w:val="655D50"/>
          <w:sz w:val="24"/>
        </w:rPr>
        <w:t>61. Ответственность за несоблюдение станцией технического обслуживания срока передачи потерпевшему отремонтированного транспортного средства и нарушение иных обязательств по восстановительному ремонту транспортного средства потерпевшего несет страховщик, выдавший направление на ремонт независимо от того, имела ли место доплата со стороны потерпевшего за проведенный ремонт (абзацы восьмой и девятый пункта 17 статьи 12 Закона об ОСАГО). При возникновении спора суд обязан привлекать станцию технического обслуживания к участию в деле в качестве третьего лица (часть 1 статьи 43 ГПК РФ и часть 1 статьи 51 АПК РФ).</w:t>
      </w:r>
    </w:p>
    <w:p>
      <w:pPr>
        <w:widowControl/>
        <w:spacing w:after="280" w:line="312" w:lineRule="auto"/>
        <w:ind w:firstLine="567"/>
        <w:jc w:val="both"/>
      </w:pPr>
      <w:r>
        <w:rPr>
          <w:rFonts w:ascii="Inter" w:hAnsi="Inter"/>
          <w:color w:val="655D50"/>
          <w:sz w:val="24"/>
        </w:rPr>
        <w:t>Под иными обязательствами по восстановительному ремонту транспортного средства потерпевшего, за которые несет ответственность страховщик, следует понимать надлежащее выполнение станцией технического обслуживания работ по ремонту транспортного средства, в том числе выполнение их в объеме и в соответствии с требованиями, установленными в направлении на ремонт, а при их отсутствии - с требованиями, обычно предъявляемыми к работам соответствующего рода.</w:t>
      </w:r>
    </w:p>
    <w:p>
      <w:pPr>
        <w:widowControl/>
        <w:spacing w:after="280" w:line="312" w:lineRule="auto"/>
        <w:ind w:firstLine="567"/>
        <w:jc w:val="both"/>
      </w:pPr>
      <w:r>
        <w:rPr>
          <w:rFonts w:ascii="Inter" w:hAnsi="Inter"/>
          <w:color w:val="655D50"/>
          <w:sz w:val="24"/>
        </w:rPr>
        <w:t>62. Обязательства страховщика по организации и оплате восстановительного ремонта транспортного средства потерпевшего считаются исполненными страховщиком в полном объеме со дня получения потерпевшим надлежащим образом отремонтированного транспортного средства.</w:t>
      </w:r>
    </w:p>
    <w:p>
      <w:pPr>
        <w:widowControl/>
        <w:spacing w:after="280" w:line="312" w:lineRule="auto"/>
        <w:ind w:firstLine="567"/>
        <w:jc w:val="both"/>
      </w:pPr>
      <w:r>
        <w:rPr>
          <w:rFonts w:ascii="Inter" w:hAnsi="Inter"/>
          <w:color w:val="655D50"/>
          <w:sz w:val="24"/>
        </w:rPr>
        <w:t>Уклонение потерпевшего от получения отремонтированного транспортного средства (просрочка кредитора) по причинам, признанным судом неуважительными, может явиться основанием для отказа в удовлетворении требований потерпевшего о взыскании со страховщика неустойки, штрафа, а также компенсации морального вреда с учетом периода просрочки как со стороны страховщика, так и со стороны потерпевшего (кредитора) (пункт 3 статьи 405, пункты 1 и 3 статьи 406 ГК РФ).</w:t>
      </w:r>
    </w:p>
    <w:p>
      <w:pPr>
        <w:widowControl/>
        <w:spacing w:after="280" w:line="312" w:lineRule="auto"/>
        <w:ind w:firstLine="567"/>
        <w:jc w:val="both"/>
      </w:pPr>
      <w:r>
        <w:rPr>
          <w:rFonts w:ascii="Inter" w:hAnsi="Inter"/>
          <w:color w:val="655D50"/>
          <w:sz w:val="24"/>
        </w:rPr>
        <w:t>Возмещение вреда лицом, застраховавшим свою ответственность</w:t>
      </w:r>
    </w:p>
    <w:p>
      <w:pPr>
        <w:widowControl/>
        <w:spacing w:after="280" w:line="312" w:lineRule="auto"/>
        <w:ind w:firstLine="567"/>
        <w:jc w:val="both"/>
      </w:pPr>
      <w:r>
        <w:rPr>
          <w:rFonts w:ascii="Inter" w:hAnsi="Inter"/>
          <w:color w:val="655D50"/>
          <w:sz w:val="24"/>
        </w:rPr>
        <w:t>по договору обязательного страхования</w:t>
      </w:r>
    </w:p>
    <w:p>
      <w:pPr>
        <w:widowControl/>
        <w:spacing w:after="280" w:line="312" w:lineRule="auto"/>
        <w:ind w:firstLine="567"/>
        <w:jc w:val="both"/>
      </w:pPr>
      <w:r>
        <w:rPr>
          <w:rFonts w:ascii="Inter" w:hAnsi="Inter"/>
          <w:color w:val="655D50"/>
          <w:sz w:val="24"/>
        </w:rPr>
        <w:t>63. Причинитель вреда, застраховавший свою ответственность в порядке обязательного страхования в пользу потерпевшего, возмещает разницу между страховым возмещением и фактическим размером ущерба только в случае, когда надлежащее страховое возмещение является недостаточным для полного возмещения причиненного вреда (статья 15, пункт 1 статьи 1064, статья 1072, пункт 1 статьи 1079, статья 1083 ГК РФ). К правоотношениям, возникающим между причинителем вреда, застраховавшим свою гражданскую ответственность в соответствии с Законом об ОСАГО, и потерпевшим в связи с причинением вреда жизни, здоровью или имуществу последнего в результате дорожно-транспортного происшествия, положения Закона об ОСАГО, а также Методики не применяются.</w:t>
      </w:r>
    </w:p>
    <w:p>
      <w:pPr>
        <w:widowControl/>
        <w:spacing w:after="280" w:line="312" w:lineRule="auto"/>
        <w:ind w:firstLine="567"/>
        <w:jc w:val="both"/>
      </w:pPr>
      <w:r>
        <w:rPr>
          <w:rFonts w:ascii="Inter" w:hAnsi="Inter"/>
          <w:color w:val="655D50"/>
          <w:sz w:val="24"/>
        </w:rPr>
        <w:t>Суд может уменьшить размер возмещения ущерба, подлежащего выплате причинителем вреда, если последним будет доказано или из обстоятельств дела с очевидностью следует, что существует иной, более разумный и распространенный в обороте способ восстановления транспортного средства либо в результате возмещения потерпевшему вреда с учетом стоимости новых деталей произойдет значительное улучшение транспортного средства, влекущее существенное и явно несправедливое увеличение его стоимости за счет причинителя вреда.</w:t>
      </w:r>
    </w:p>
    <w:p>
      <w:pPr>
        <w:widowControl/>
        <w:spacing w:after="280" w:line="312" w:lineRule="auto"/>
        <w:ind w:firstLine="567"/>
        <w:jc w:val="both"/>
      </w:pPr>
      <w:r>
        <w:rPr>
          <w:rFonts w:ascii="Inter" w:hAnsi="Inter"/>
          <w:color w:val="655D50"/>
          <w:sz w:val="24"/>
        </w:rPr>
        <w:t>64. При реализации потерпевшим права на получение страхового возмещения в форме страховой выплаты, в том числе в случаях, предусмотренных пунктом 16.1 статьи 12 Закона об ОСАГО, с причинителя вреда в пользу потерпевшего подлежит взысканию разница между фактическим размером ущерба и надлежащим размером страховой выплаты. Реализация потерпевшим права на получение страхового возмещения в форме страховой выплаты, в том числе и в случае, предусмотренном подпунктом "ж" пункта 16.1 статьи 12 Закона об ОСАГО, является правомерным поведением и сама по себе не может расцениваться как злоупотребление правом.</w:t>
      </w:r>
    </w:p>
    <w:p>
      <w:pPr>
        <w:widowControl/>
        <w:spacing w:after="280" w:line="312" w:lineRule="auto"/>
        <w:ind w:firstLine="567"/>
        <w:jc w:val="both"/>
      </w:pPr>
      <w:r>
        <w:rPr>
          <w:rFonts w:ascii="Inter" w:hAnsi="Inter"/>
          <w:color w:val="655D50"/>
          <w:sz w:val="24"/>
        </w:rPr>
        <w:t>65. Если в ходе разрешения спора о возмещении причинителем вреда ущерба по правилам главы 59 ГК РФ суд установит, что страховщиком произведена страховая выплата в меньшем размере, чем она подлежала выплате потерпевшему в рамках договора обязательного страхования, с причинителя вреда подлежит взысканию в пользу потерпевшего разница между фактическим размером ущерба (то есть действительной стоимостью восстановительного ремонта, определяемой по рыночным ценам в субъекте Российской Федерации с учетом утраты товарной стоимости и без учета износа автомобиля на момент разрешения спора) и надлежащим размером страхового возмещения.</w:t>
      </w:r>
    </w:p>
    <w:p>
      <w:pPr>
        <w:widowControl/>
        <w:spacing w:after="280" w:line="312" w:lineRule="auto"/>
        <w:ind w:firstLine="567"/>
        <w:jc w:val="both"/>
      </w:pPr>
      <w:r>
        <w:rPr>
          <w:rFonts w:ascii="Inter" w:hAnsi="Inter"/>
          <w:color w:val="655D50"/>
          <w:sz w:val="24"/>
        </w:rPr>
        <w:t>Если стоимость восстановительного ремонта поврежденного транспортного средства превышает стоимость данного транспортного средства без учета повреждений на момент разрешения спора, с причинителя вреда может быть взыскана разница между стоимостью такого транспортного средства и надлежащим размером страхового возмещения с учетом стоимости годных остатков.</w:t>
      </w:r>
    </w:p>
    <w:p>
      <w:pPr>
        <w:widowControl/>
        <w:spacing w:after="280" w:line="312" w:lineRule="auto"/>
        <w:ind w:firstLine="567"/>
        <w:jc w:val="both"/>
      </w:pPr>
      <w:r>
        <w:rPr>
          <w:rFonts w:ascii="Inter" w:hAnsi="Inter"/>
          <w:color w:val="655D50"/>
          <w:sz w:val="24"/>
        </w:rPr>
        <w:t>Переход права на страховое возмещение, компенсационную</w:t>
      </w:r>
    </w:p>
    <w:p>
      <w:pPr>
        <w:widowControl/>
        <w:spacing w:after="280" w:line="312" w:lineRule="auto"/>
        <w:ind w:firstLine="567"/>
        <w:jc w:val="both"/>
      </w:pPr>
      <w:r>
        <w:rPr>
          <w:rFonts w:ascii="Inter" w:hAnsi="Inter"/>
          <w:color w:val="655D50"/>
          <w:sz w:val="24"/>
        </w:rPr>
        <w:t>выплату и возмещение убытков</w:t>
      </w:r>
    </w:p>
    <w:p>
      <w:pPr>
        <w:widowControl/>
        <w:spacing w:after="280" w:line="312" w:lineRule="auto"/>
        <w:ind w:firstLine="567"/>
        <w:jc w:val="both"/>
      </w:pPr>
      <w:r>
        <w:rPr>
          <w:rFonts w:ascii="Inter" w:hAnsi="Inter"/>
          <w:color w:val="655D50"/>
          <w:sz w:val="24"/>
        </w:rPr>
        <w:t>66. Лицо, возместившее вред, причиненный в результате наступления страхового случая (причинитель вреда, любое иное лицо, кроме страховщика, застраховавшего ответственность причинителя вреда или потерпевшего), имеет право требования к страховщику в пределах выплаченной им суммы в соответствии с законодательством Российской Федерации с соблюдением положений Закона об ОСАГО, регулирующих отношения между потерпевшим и страховщиком (пункт 23 статьи 12 Закона об ОСАГО).</w:t>
      </w:r>
    </w:p>
    <w:p>
      <w:pPr>
        <w:widowControl/>
        <w:spacing w:after="280" w:line="312" w:lineRule="auto"/>
        <w:ind w:firstLine="567"/>
        <w:jc w:val="both"/>
      </w:pPr>
      <w:r>
        <w:rPr>
          <w:rFonts w:ascii="Inter" w:hAnsi="Inter"/>
          <w:color w:val="655D50"/>
          <w:sz w:val="24"/>
        </w:rPr>
        <w:t>Такое лицо предъявляет требования в случаях, допускающих прямое возмещение убытков, к страховщику гражданской ответственности потерпевшего (статья 14.1 Закона об ОСАГО), в иных случаях - к страховщику, застраховавшему ответственность причинителя вреда.</w:t>
      </w:r>
    </w:p>
    <w:p>
      <w:pPr>
        <w:widowControl/>
        <w:spacing w:after="280" w:line="312" w:lineRule="auto"/>
        <w:ind w:firstLine="567"/>
        <w:jc w:val="both"/>
      </w:pPr>
      <w:r>
        <w:rPr>
          <w:rFonts w:ascii="Inter" w:hAnsi="Inter"/>
          <w:color w:val="655D50"/>
          <w:sz w:val="24"/>
        </w:rPr>
        <w:t>67. Право потерпевшего, выгодоприобретателя, а также лиц, перечисленных в пункте 2.1 статьи 18 Закона об ОСАГО, на получение страхового возмещения или компенсационной выплаты в счет возмещения вреда, причиненного имуществу потерпевшего, может быть передано в том числе и по договору уступки требования.</w:t>
      </w:r>
    </w:p>
    <w:p>
      <w:pPr>
        <w:widowControl/>
        <w:spacing w:after="280" w:line="312" w:lineRule="auto"/>
        <w:ind w:firstLine="567"/>
        <w:jc w:val="both"/>
      </w:pPr>
      <w:r>
        <w:rPr>
          <w:rFonts w:ascii="Inter" w:hAnsi="Inter"/>
          <w:color w:val="655D50"/>
          <w:sz w:val="24"/>
        </w:rPr>
        <w:t>Отсутствие в договоре точного размера уступаемого права не является основанием для признания договора незаключенным (пункт 1 статьи 307, пункт 1 статьи 432, пункт 1 статьи 384 ГК РФ).</w:t>
      </w:r>
    </w:p>
    <w:p>
      <w:pPr>
        <w:widowControl/>
        <w:spacing w:after="280" w:line="312" w:lineRule="auto"/>
        <w:ind w:firstLine="567"/>
        <w:jc w:val="both"/>
      </w:pPr>
      <w:r>
        <w:rPr>
          <w:rFonts w:ascii="Inter" w:hAnsi="Inter"/>
          <w:color w:val="655D50"/>
          <w:sz w:val="24"/>
        </w:rPr>
        <w:t>Передача прав потерпевшего (выгодоприобретателя) по договору обязательного страхования допускается только с момента наступления страхового случая.</w:t>
      </w:r>
    </w:p>
    <w:p>
      <w:pPr>
        <w:widowControl/>
        <w:spacing w:after="280" w:line="312" w:lineRule="auto"/>
        <w:ind w:firstLine="567"/>
        <w:jc w:val="both"/>
      </w:pPr>
      <w:r>
        <w:rPr>
          <w:rFonts w:ascii="Inter" w:hAnsi="Inter"/>
          <w:color w:val="655D50"/>
          <w:sz w:val="24"/>
        </w:rPr>
        <w:t>Право на получение страхового возмещения или компенсационной выплаты может быть передано как после предъявления первоначальным кредитором (потерпевшим, выгодоприобретателем) требования о выплате страхового возмещения, так и после получения им части страхового возмещения или компенсационной выплаты.</w:t>
      </w:r>
    </w:p>
    <w:p>
      <w:pPr>
        <w:widowControl/>
        <w:spacing w:after="280" w:line="312" w:lineRule="auto"/>
        <w:ind w:firstLine="567"/>
        <w:jc w:val="both"/>
      </w:pPr>
      <w:r>
        <w:rPr>
          <w:rFonts w:ascii="Inter" w:hAnsi="Inter"/>
          <w:color w:val="655D50"/>
          <w:sz w:val="24"/>
        </w:rPr>
        <w:t>68. Если иное не предусмотрено договором уступки требования, право первоначального кредитора переходит к новому кредитору в том объеме и на тех условиях, которые существовали к моменту перехода права, включая права, связанные с основным требованием, в том числе требованием уплаты неустойки и суммы финансовой санкции к страховщику, обязанному осуществить страховую выплату в соответствии с Законом об ОСАГО (пункт 1 статьи 384 ГК РФ, абзацы второй и третий пункта 21 статьи 12 Закона об ОСАГО).</w:t>
      </w:r>
    </w:p>
    <w:p>
      <w:pPr>
        <w:widowControl/>
        <w:spacing w:after="280" w:line="312" w:lineRule="auto"/>
        <w:ind w:firstLine="567"/>
        <w:jc w:val="both"/>
      </w:pPr>
      <w:r>
        <w:rPr>
          <w:rFonts w:ascii="Inter" w:hAnsi="Inter"/>
          <w:color w:val="655D50"/>
          <w:sz w:val="24"/>
        </w:rPr>
        <w:t>Эти же правила применяются к случаям перехода к страховщику, выплатившему страховое возмещение, прав в порядке суброгации (подпункт 4 пункта 1 статьи 387, пункт 1 статьи 965 ГК РФ).</w:t>
      </w:r>
    </w:p>
    <w:p>
      <w:pPr>
        <w:widowControl/>
        <w:spacing w:after="280" w:line="312" w:lineRule="auto"/>
        <w:ind w:firstLine="567"/>
        <w:jc w:val="both"/>
      </w:pPr>
      <w:r>
        <w:rPr>
          <w:rFonts w:ascii="Inter" w:hAnsi="Inter"/>
          <w:color w:val="655D50"/>
          <w:sz w:val="24"/>
        </w:rPr>
        <w:t>69. Права потерпевшего на возмещение вреда жизни и здоровью, на компенсацию морального вреда, на получение штрафа, предусмотренного пунктом 3 статьи 16.1 Закона об ОСАГО, и штрафа, установленного частью 6 статьи 24 Закона о финансовом уполномоченном, не могут быть переданы по договору уступки требования (статья 383 ГК РФ).</w:t>
      </w:r>
    </w:p>
    <w:p>
      <w:pPr>
        <w:widowControl/>
        <w:spacing w:after="280" w:line="312" w:lineRule="auto"/>
        <w:ind w:firstLine="567"/>
        <w:jc w:val="both"/>
      </w:pPr>
      <w:r>
        <w:rPr>
          <w:rFonts w:ascii="Inter" w:hAnsi="Inter"/>
          <w:color w:val="655D50"/>
          <w:sz w:val="24"/>
        </w:rPr>
        <w:t>Присужденные судом суммы в счет возмещения вреда жизни и здоровью, в том числе компенсационной выплаты в счет возмещения вреда, причиненного жизни или здоровью потерпевшего, компенсации морального вреда и предусмотренного пунктом 3 статьи 16.1 Закона об ОСАГО штрафа, а также штрафа, установленного частью 6 статьи 24 Закона о финансовом уполномоченном, могут быть переданы по договору уступки требования.</w:t>
      </w:r>
    </w:p>
    <w:p>
      <w:pPr>
        <w:widowControl/>
        <w:spacing w:after="280" w:line="312" w:lineRule="auto"/>
        <w:ind w:firstLine="567"/>
        <w:jc w:val="both"/>
      </w:pPr>
      <w:r>
        <w:rPr>
          <w:rFonts w:ascii="Inter" w:hAnsi="Inter"/>
          <w:color w:val="655D50"/>
          <w:sz w:val="24"/>
        </w:rPr>
        <w:t>70. При переходе прав к другому лицу это лицо может получить возмещение при соблюдении тех же условий, которые действовали в отношении первоначального выгодоприобретателя (пункт 1 статьи 384 ГК РФ), в частности, приобретатель должен уведомить страховую компанию о наступлении страхового случая, подать заявление о страховой выплате с приложением всех необходимых документов, представить поврежденное имущество для осмотра и (или) проведения независимой технической экспертизы, независимой экспертизы (осмотра), направить претензию (письменное заявление), если эти действия не были совершены ранее предыдущим выгодоприобретателем (потерпевшим).</w:t>
      </w:r>
    </w:p>
    <w:p>
      <w:pPr>
        <w:widowControl/>
        <w:spacing w:after="280" w:line="312" w:lineRule="auto"/>
        <w:ind w:firstLine="567"/>
        <w:jc w:val="both"/>
      </w:pPr>
      <w:r>
        <w:rPr>
          <w:rFonts w:ascii="Inter" w:hAnsi="Inter"/>
          <w:color w:val="655D50"/>
          <w:sz w:val="24"/>
        </w:rPr>
        <w:t>Переход прав к другому лицу на основании договора уступки сам по себе не является основанием для замены страхового возмещения в форме организации и оплаты восстановительного ремонта транспортного средства на страховую выплату.</w:t>
      </w:r>
    </w:p>
    <w:p>
      <w:pPr>
        <w:widowControl/>
        <w:spacing w:after="280" w:line="312" w:lineRule="auto"/>
        <w:ind w:firstLine="567"/>
        <w:jc w:val="both"/>
      </w:pPr>
      <w:r>
        <w:rPr>
          <w:rFonts w:ascii="Inter" w:hAnsi="Inter"/>
          <w:color w:val="655D50"/>
          <w:sz w:val="24"/>
        </w:rPr>
        <w:t>71. Страховщик, выплативший страховое возмещение по договору добровольного страхования имущества, в порядке суброгации вправе требовать возмещения причиненных убытков от страховщика ответственности причинителя вреда независимо от того, имелись ли условия, предусмотренные для осуществления страхового возмещения в порядке прямого возмещения убытков.</w:t>
      </w:r>
    </w:p>
    <w:p>
      <w:pPr>
        <w:widowControl/>
        <w:spacing w:after="280" w:line="312" w:lineRule="auto"/>
        <w:ind w:firstLine="567"/>
        <w:jc w:val="both"/>
      </w:pPr>
      <w:r>
        <w:rPr>
          <w:rFonts w:ascii="Inter" w:hAnsi="Inter"/>
          <w:color w:val="655D50"/>
          <w:sz w:val="24"/>
        </w:rPr>
        <w:t>Если при рассмотрении дела по суброгационному иску будет установлено, что страховщик выплатил страховое возмещение по договору обязательного страхования, то суду необходимо установить, кто из страховщиков (истец или ответчик) исполнил свое обязательство раньше.</w:t>
      </w:r>
    </w:p>
    <w:p>
      <w:pPr>
        <w:widowControl/>
        <w:spacing w:after="280" w:line="312" w:lineRule="auto"/>
        <w:ind w:firstLine="567"/>
        <w:jc w:val="both"/>
      </w:pPr>
      <w:r>
        <w:rPr>
          <w:rFonts w:ascii="Inter" w:hAnsi="Inter"/>
          <w:color w:val="655D50"/>
          <w:sz w:val="24"/>
        </w:rPr>
        <w:t>В том случае, если страховое возмещение по договору обязательного страхования будет осуществлено ранее страхового возмещения по договору добровольного страхования имущества, в том числе в порядке прямого возмещения убытков, суброгационный иск удовлетворению не подлежит (пункт 1 статьи 408 ГК РФ).</w:t>
      </w:r>
    </w:p>
    <w:p>
      <w:pPr>
        <w:widowControl/>
        <w:spacing w:after="280" w:line="312" w:lineRule="auto"/>
        <w:ind w:firstLine="567"/>
        <w:jc w:val="both"/>
      </w:pPr>
      <w:r>
        <w:rPr>
          <w:rFonts w:ascii="Inter" w:hAnsi="Inter"/>
          <w:color w:val="655D50"/>
          <w:sz w:val="24"/>
        </w:rPr>
        <w:t>Если страховщик по договору добровольного страхования имущества осуществил выплату ранее исполнения обязательства страховщика по договору обязательного страхования, в том числе в порядке прямого возмещения убытков, иск подлежит удовлетворению, за исключением случаев, когда будет установлено, что страховщик, осуществивший страховое возмещение по договору обязательного страхования, не был уведомлен в письменной форме о состоявшемся переходе прав потерпевшего к другому лицу (пункт 3 статьи 382 ГК РФ).</w:t>
      </w:r>
    </w:p>
    <w:p>
      <w:pPr>
        <w:widowControl/>
        <w:spacing w:after="280" w:line="312" w:lineRule="auto"/>
        <w:ind w:firstLine="567"/>
        <w:jc w:val="both"/>
      </w:pPr>
      <w:r>
        <w:rPr>
          <w:rFonts w:ascii="Inter" w:hAnsi="Inter"/>
          <w:color w:val="655D50"/>
          <w:sz w:val="24"/>
        </w:rPr>
        <w:t>72. Если размер возмещения, выплаченного страховщиком по договору добровольного имущественного страхования, превышает страховую сумму по договору обязательного страхования, к страховщику в порядке суброгации наряду с требованием к страховой организации, обязанной осуществить страховую выплату в соответствии с Законом об ОСАГО, переходит требование к причинителю вреда в части, превышающей эту сумму (глава 59 ГК РФ).</w:t>
      </w:r>
    </w:p>
    <w:p>
      <w:pPr>
        <w:widowControl/>
        <w:spacing w:after="280" w:line="312" w:lineRule="auto"/>
        <w:ind w:firstLine="567"/>
        <w:jc w:val="both"/>
      </w:pPr>
      <w:r>
        <w:rPr>
          <w:rFonts w:ascii="Inter" w:hAnsi="Inter"/>
          <w:color w:val="655D50"/>
          <w:sz w:val="24"/>
        </w:rPr>
        <w:t>73. В случаях, предусмотренных пунктом 1 статьи 14 Закона об ОСАГО, к страховщику, осуществившему страховое возмещение, и в случаях, предусмотренных подпунктами "в" и "г" пункта 1 статьи 18 Закона об ОСАГО, к профессиональному объединению страховщиков, осуществившему компенсационную выплату, переходит право требования потерпевшего к лицу, причинившему вред, в размере выплаченного страхового возмещения или компенсационной выплаты.</w:t>
      </w:r>
    </w:p>
    <w:p>
      <w:pPr>
        <w:widowControl/>
        <w:spacing w:after="280" w:line="312" w:lineRule="auto"/>
        <w:ind w:firstLine="567"/>
        <w:jc w:val="both"/>
      </w:pPr>
      <w:r>
        <w:rPr>
          <w:rFonts w:ascii="Inter" w:hAnsi="Inter"/>
          <w:color w:val="655D50"/>
          <w:sz w:val="24"/>
        </w:rPr>
        <w:t>Так, страховщик имеет право предъявить регрессное требование к причинившему вред лицу в размере произведенной страховой выплаты, если вред был причинен указанным лицом при управлении транспортным средством в состоянии опьянения (алкогольного, наркотического или иного) (подпункт "б" пункта 1 статьи 14 Закона об ОСАГО). Презюмируется, что вред причинен лицом, находящимся в состоянии опьянения, если такое лицо отказалось от прохождения медицинского освидетельствования на состояние опьянения.</w:t>
      </w:r>
    </w:p>
    <w:p>
      <w:pPr>
        <w:widowControl/>
        <w:spacing w:after="280" w:line="312" w:lineRule="auto"/>
        <w:ind w:firstLine="567"/>
        <w:jc w:val="both"/>
      </w:pPr>
      <w:r>
        <w:rPr>
          <w:rFonts w:ascii="Inter" w:hAnsi="Inter"/>
          <w:color w:val="655D50"/>
          <w:sz w:val="24"/>
        </w:rPr>
        <w:t>При удовлетворении регрессных требований страховщика к гражданину суд может уменьшить размер возмещения вреда с учетом имущественного положения этого гражданина и степени его вины, за исключением случаев, когда вред причинен действиями, совершенными умышленно (статья 1083 ГК РФ).</w:t>
      </w:r>
    </w:p>
    <w:p>
      <w:pPr>
        <w:widowControl/>
        <w:spacing w:after="280" w:line="312" w:lineRule="auto"/>
        <w:ind w:firstLine="567"/>
        <w:jc w:val="both"/>
      </w:pPr>
      <w:r>
        <w:rPr>
          <w:rFonts w:ascii="Inter" w:hAnsi="Inter"/>
          <w:color w:val="655D50"/>
          <w:sz w:val="24"/>
        </w:rPr>
        <w:t>74. Заключение договора купли-продажи транспортного средства и его передача покупателю не влекут переход к покупателю права на получение страхового возмещения в связи со страховым случаем, наступившим до момента указанной передачи.</w:t>
      </w:r>
    </w:p>
    <w:p>
      <w:pPr>
        <w:widowControl/>
        <w:spacing w:after="280" w:line="312" w:lineRule="auto"/>
        <w:ind w:firstLine="567"/>
        <w:jc w:val="both"/>
      </w:pPr>
      <w:r>
        <w:rPr>
          <w:rFonts w:ascii="Inter" w:hAnsi="Inter"/>
          <w:color w:val="655D50"/>
          <w:sz w:val="24"/>
        </w:rPr>
        <w:t>Вместе с тем право на страховое возмещение может быть передано покупателю по договору уступки требования.</w:t>
      </w:r>
    </w:p>
    <w:p>
      <w:pPr>
        <w:widowControl/>
        <w:spacing w:after="280" w:line="312" w:lineRule="auto"/>
        <w:ind w:firstLine="567"/>
        <w:jc w:val="both"/>
      </w:pPr>
      <w:r>
        <w:rPr>
          <w:rFonts w:ascii="Inter" w:hAnsi="Inter"/>
          <w:color w:val="655D50"/>
          <w:sz w:val="24"/>
        </w:rPr>
        <w:t>Меры ответственности страховщика за нарушение сроков выплаты</w:t>
      </w:r>
    </w:p>
    <w:p>
      <w:pPr>
        <w:widowControl/>
        <w:spacing w:after="280" w:line="312" w:lineRule="auto"/>
        <w:ind w:firstLine="567"/>
        <w:jc w:val="both"/>
      </w:pPr>
      <w:r>
        <w:rPr>
          <w:rFonts w:ascii="Inter" w:hAnsi="Inter"/>
          <w:color w:val="655D50"/>
          <w:sz w:val="24"/>
        </w:rPr>
        <w:t>страхового возмещения</w:t>
      </w:r>
    </w:p>
    <w:p>
      <w:pPr>
        <w:widowControl/>
        <w:spacing w:after="280" w:line="312" w:lineRule="auto"/>
        <w:ind w:firstLine="567"/>
        <w:jc w:val="both"/>
      </w:pPr>
      <w:r>
        <w:rPr>
          <w:rFonts w:ascii="Inter" w:hAnsi="Inter"/>
          <w:color w:val="655D50"/>
          <w:sz w:val="24"/>
        </w:rPr>
        <w:t>75. Финансовая санкция за несоблюдение срока направления потерпевшему мотивированного отказа в страховой выплате определяется в размере 0,05 процента за каждый день просрочки от страховой суммы по виду вреда, причиненного каждому потерпевшему, установленной статьей 7 Закона об ОСАГО (абзац третий пункта 21 статьи 12 Закона об ОСАГО).</w:t>
      </w:r>
    </w:p>
    <w:p>
      <w:pPr>
        <w:widowControl/>
        <w:spacing w:after="280" w:line="312" w:lineRule="auto"/>
        <w:ind w:firstLine="567"/>
        <w:jc w:val="both"/>
      </w:pPr>
      <w:r>
        <w:rPr>
          <w:rFonts w:ascii="Inter" w:hAnsi="Inter"/>
          <w:color w:val="655D50"/>
          <w:sz w:val="24"/>
        </w:rPr>
        <w:t>Если документы о дорожно-транспортном происшествии оформлены без участия уполномоченных сотрудников полиции, то финансовая санкция за несоблюдение срока направления потерпевшему мотивированного отказа в страховой выплате определяется в размере 0,05 процента за каждый день просрочки от предельной суммы, установленной пунктом 4 статьи 11.1 Закона об ОСАГО.</w:t>
      </w:r>
    </w:p>
    <w:p>
      <w:pPr>
        <w:widowControl/>
        <w:spacing w:after="280" w:line="312" w:lineRule="auto"/>
        <w:ind w:firstLine="567"/>
        <w:jc w:val="both"/>
      </w:pPr>
      <w:r>
        <w:rPr>
          <w:rFonts w:ascii="Inter" w:hAnsi="Inter"/>
          <w:color w:val="655D50"/>
          <w:sz w:val="24"/>
        </w:rPr>
        <w:t>Финансовая санкция исчисляется со дня, следующего за днем, установленным для принятия решения о выплате страхового возмещения, то есть с 21-го дня после получения страховщиком заявления потерпевшего о страховой выплате и документов, предусмотренных Правилами, и до дня направления мотивированного отказа потерпевшему, а при его ненаправлении - до дня присуждения ее финансовым уполномоченным или судом.</w:t>
      </w:r>
    </w:p>
    <w:p>
      <w:pPr>
        <w:widowControl/>
        <w:spacing w:after="280" w:line="312" w:lineRule="auto"/>
        <w:ind w:firstLine="567"/>
        <w:jc w:val="both"/>
      </w:pPr>
      <w:r>
        <w:rPr>
          <w:rFonts w:ascii="Inter" w:hAnsi="Inter"/>
          <w:color w:val="655D50"/>
          <w:sz w:val="24"/>
        </w:rPr>
        <w:t>Если после начала начисления финансовой санкции страховщиком полностью или частично осуществлена выплата страхового возмещения в пользу потерпевшего или выдано направление на ремонт, финансовая санкция подлежит начислению до момента осуществления таких действий.</w:t>
      </w:r>
    </w:p>
    <w:p>
      <w:pPr>
        <w:widowControl/>
        <w:spacing w:after="280" w:line="312" w:lineRule="auto"/>
        <w:ind w:firstLine="567"/>
        <w:jc w:val="both"/>
      </w:pPr>
      <w:r>
        <w:rPr>
          <w:rFonts w:ascii="Inter" w:hAnsi="Inter"/>
          <w:color w:val="655D50"/>
          <w:sz w:val="24"/>
        </w:rPr>
        <w:t>76. Неустойка за несоблюдение срока осуществления страховой выплаты или срока выдачи потерпевшему направления на ремонт транспортного средства определяется в размере 1 процента, а за несоблюдение срока проведения восстановительного ремонта поврежденного транспортного средства определяется в размере 0,5 процента за каждый день просрочки от надлежащего размера страхового возмещения по конкретному страховому случаю за вычетом страхового возмещения, произведенного страховщиком в добровольном порядке в сроки, установленные статьей 12 Закона об ОСАГО (абзац второй пункта 21 статьи 12 Закона об ОСАГО).</w:t>
      </w:r>
    </w:p>
    <w:p>
      <w:pPr>
        <w:widowControl/>
        <w:spacing w:after="280" w:line="312" w:lineRule="auto"/>
        <w:ind w:firstLine="567"/>
        <w:jc w:val="both"/>
      </w:pPr>
      <w:r>
        <w:rPr>
          <w:rFonts w:ascii="Inter" w:hAnsi="Inter"/>
          <w:color w:val="655D50"/>
          <w:sz w:val="24"/>
        </w:rPr>
        <w:t>Неустойка исчисляется со дня, следующего за днем, установленным для принятия решения о выплате страхового возмещения, то есть с 21-го дня после получения страховщиком заявления потерпевшего о страховой выплате и документов, предусмотренных Правилами, и до дня фактического исполнения страховщиком обязательства по договору включительно.</w:t>
      </w:r>
    </w:p>
    <w:p>
      <w:pPr>
        <w:widowControl/>
        <w:spacing w:after="280" w:line="312" w:lineRule="auto"/>
        <w:ind w:firstLine="567"/>
        <w:jc w:val="both"/>
      </w:pPr>
      <w:r>
        <w:rPr>
          <w:rFonts w:ascii="Inter" w:hAnsi="Inter"/>
          <w:color w:val="655D50"/>
          <w:sz w:val="24"/>
        </w:rPr>
        <w:t>Неустойка за несоблюдение срока проведения восстановительного ремонта поврежденного транспортного средства исчисляется, по общему правилу, с 31-го рабочего дня после представления потерпевшим транспортного средства на станцию технического обслуживания или передачи его страховщику для организации транспортировки к месту восстановительного ремонта.</w:t>
      </w:r>
    </w:p>
    <w:p>
      <w:pPr>
        <w:widowControl/>
        <w:spacing w:after="280" w:line="312" w:lineRule="auto"/>
        <w:ind w:firstLine="567"/>
        <w:jc w:val="both"/>
      </w:pPr>
      <w:r>
        <w:rPr>
          <w:rFonts w:ascii="Inter" w:hAnsi="Inter"/>
          <w:color w:val="655D50"/>
          <w:sz w:val="24"/>
        </w:rPr>
        <w:t>77. Ограничение общего размера неустойки и финансовой санкции установлено только в отношении потерпевшего - физического лица (пункт 6 статьи 16.1 Закона об ОСАГО).</w:t>
      </w:r>
    </w:p>
    <w:p>
      <w:pPr>
        <w:widowControl/>
        <w:spacing w:after="280" w:line="312" w:lineRule="auto"/>
        <w:ind w:firstLine="567"/>
        <w:jc w:val="both"/>
      </w:pPr>
      <w:r>
        <w:rPr>
          <w:rFonts w:ascii="Inter" w:hAnsi="Inter"/>
          <w:color w:val="655D50"/>
          <w:sz w:val="24"/>
        </w:rPr>
        <w:t>Независимо от способа оформления дорожно-транспортного происшествия предельный размер неустойки и финансовой санкции не может превышать размер страховой суммы, установленный статьей 7 Закона об ОСАГО для соответствующего вида причиненного вреда (пункт 1 статьи 330 ГК РФ, статья 7, абзац второй пункта 21 статьи 12, пункт 6 статьи 16.1 Закона об ОСАГО).</w:t>
      </w:r>
    </w:p>
    <w:p>
      <w:pPr>
        <w:widowControl/>
        <w:spacing w:after="280" w:line="312" w:lineRule="auto"/>
        <w:ind w:firstLine="567"/>
        <w:jc w:val="both"/>
      </w:pPr>
      <w:r>
        <w:rPr>
          <w:rFonts w:ascii="Inter" w:hAnsi="Inter"/>
          <w:color w:val="655D50"/>
          <w:sz w:val="24"/>
        </w:rPr>
        <w:t>Предельный размер страховой суммы, установленный для выплаты страхового возмещения на основании статьи 11.1 Закона об ОСАГО, для целей исчисления неустойки значения не имеет.</w:t>
      </w:r>
    </w:p>
    <w:p>
      <w:pPr>
        <w:widowControl/>
        <w:spacing w:after="280" w:line="312" w:lineRule="auto"/>
        <w:ind w:firstLine="567"/>
        <w:jc w:val="both"/>
      </w:pPr>
      <w:r>
        <w:rPr>
          <w:rFonts w:ascii="Inter" w:hAnsi="Inter"/>
          <w:color w:val="655D50"/>
          <w:sz w:val="24"/>
        </w:rPr>
        <w:t>78. Одновременное взыскание неустойки и финансовой санкции производится в случае, когда страховщиком нарушается как срок направления потерпевшему мотивированного отказа в страховом возмещении, так и срок осуществления страховой выплаты или возмещения причиненного вреда в натуральной форме.</w:t>
      </w:r>
    </w:p>
    <w:p>
      <w:pPr>
        <w:widowControl/>
        <w:spacing w:after="280" w:line="312" w:lineRule="auto"/>
        <w:ind w:firstLine="567"/>
        <w:jc w:val="both"/>
      </w:pPr>
      <w:r>
        <w:rPr>
          <w:rFonts w:ascii="Inter" w:hAnsi="Inter"/>
          <w:color w:val="655D50"/>
          <w:sz w:val="24"/>
        </w:rPr>
        <w:t>79. На сумму несвоевременно осуществленного страхового возмещения не подлежат начислению проценты, предусмотренные статьей 395 ГК РФ (пункт 4 статьи 395 ГК РФ, абзац второй пункта 21 статьи 12 и пункт 7 статьи 16.1 Закона об ОСАГО).</w:t>
      </w:r>
    </w:p>
    <w:p>
      <w:pPr>
        <w:widowControl/>
        <w:spacing w:after="280" w:line="312" w:lineRule="auto"/>
        <w:ind w:firstLine="567"/>
        <w:jc w:val="both"/>
      </w:pPr>
      <w:r>
        <w:rPr>
          <w:rFonts w:ascii="Inter" w:hAnsi="Inter"/>
          <w:color w:val="655D50"/>
          <w:sz w:val="24"/>
        </w:rPr>
        <w:t>80. Предусмотренный пунктом 3 статьи 16.1 Закона об ОСАГО штраф подлежит взысканию в пользу потерпевшего - физического лица.</w:t>
      </w:r>
    </w:p>
    <w:p>
      <w:pPr>
        <w:widowControl/>
        <w:spacing w:after="280" w:line="312" w:lineRule="auto"/>
        <w:ind w:firstLine="567"/>
        <w:jc w:val="both"/>
      </w:pPr>
      <w:r>
        <w:rPr>
          <w:rFonts w:ascii="Inter" w:hAnsi="Inter"/>
          <w:color w:val="655D50"/>
          <w:sz w:val="24"/>
        </w:rPr>
        <w:t>При удовлетворении судом требований, заявленных общественными объединениями потребителей (их ассоциациями, союзами) или органами местного самоуправления в защиту прав и законных интересов конкретного потерпевшего - физического лица, 50 процентов определенной судом суммы штрафа, по аналогии с пунктом 6 статьи 13 Закона о защите прав потребителей, взыскивается в пользу указанных объединений или органов независимо от того, заявлялось ли ими такое требование (пункт 1 статьи 6 ГК РФ).</w:t>
      </w:r>
    </w:p>
    <w:p>
      <w:pPr>
        <w:widowControl/>
        <w:spacing w:after="280" w:line="312" w:lineRule="auto"/>
        <w:ind w:firstLine="567"/>
        <w:jc w:val="both"/>
      </w:pPr>
      <w:r>
        <w:rPr>
          <w:rFonts w:ascii="Inter" w:hAnsi="Inter"/>
          <w:color w:val="655D50"/>
          <w:sz w:val="24"/>
        </w:rPr>
        <w:t>При удовлетворении судом требований юридических лиц указанный штраф не взыскивается.</w:t>
      </w:r>
    </w:p>
    <w:p>
      <w:pPr>
        <w:widowControl/>
        <w:spacing w:after="280" w:line="312" w:lineRule="auto"/>
        <w:ind w:firstLine="567"/>
        <w:jc w:val="both"/>
      </w:pPr>
      <w:r>
        <w:rPr>
          <w:rFonts w:ascii="Inter" w:hAnsi="Inter"/>
          <w:color w:val="655D50"/>
          <w:sz w:val="24"/>
        </w:rPr>
        <w:t>81. Взыскание штрафа за неисполнение страховщиком в добровольном порядке требований потерпевшего - физического лица, предусмотренного пунктом 3 статьи 16.1 Закона об ОСАГО, в силу прямого указания закона относится к исключительной компетенции суда.</w:t>
      </w:r>
    </w:p>
    <w:p>
      <w:pPr>
        <w:widowControl/>
        <w:spacing w:after="280" w:line="312" w:lineRule="auto"/>
        <w:ind w:firstLine="567"/>
        <w:jc w:val="both"/>
      </w:pPr>
      <w:r>
        <w:rPr>
          <w:rFonts w:ascii="Inter" w:hAnsi="Inter"/>
          <w:color w:val="655D50"/>
          <w:sz w:val="24"/>
        </w:rPr>
        <w:t>При удовлетворении судом требований потерпевшего - физического лица суд одновременно разрешает вопрос о взыскании с ответчика штрафа за неисполнение в добровольном порядке требований независимо от того, заявлялось ли такое требование суду (пункт 3 статьи 16.1 Закона об ОСАГО). Если такое требование не заявлено, то суд в ходе рассмотрения дела по существу ставит вопрос о взыскании штрафа на обсуждение сторон (часть 2 статьи 56 ГПК РФ).</w:t>
      </w:r>
    </w:p>
    <w:p>
      <w:pPr>
        <w:widowControl/>
        <w:spacing w:after="280" w:line="312" w:lineRule="auto"/>
        <w:ind w:firstLine="567"/>
        <w:jc w:val="both"/>
      </w:pPr>
      <w:r>
        <w:rPr>
          <w:rFonts w:ascii="Inter" w:hAnsi="Inter"/>
          <w:color w:val="655D50"/>
          <w:sz w:val="24"/>
        </w:rPr>
        <w:t>Если решение о взыскании со страховщика штрафа судом не принято, суд вправе в порядке, установленном статьей 201 ГПК РФ, вынести дополнительное решение. Отсутствие в решении суда указания на взыскание штрафа может служить также основанием для изменения решения судом апелляционной или кассационной инстанции при рассмотрении соответствующей жалобы (статьи 330, 3797 ГПК РФ).</w:t>
      </w:r>
    </w:p>
    <w:p>
      <w:pPr>
        <w:widowControl/>
        <w:spacing w:after="280" w:line="312" w:lineRule="auto"/>
        <w:ind w:firstLine="567"/>
        <w:jc w:val="both"/>
      </w:pPr>
      <w:r>
        <w:rPr>
          <w:rFonts w:ascii="Inter" w:hAnsi="Inter"/>
          <w:color w:val="655D50"/>
          <w:sz w:val="24"/>
        </w:rPr>
        <w:t>82. Наличие судебного спора о взыскании страхового возмещения указывает на неисполнение страховщиком обязанности по его осуществлению в добровольном порядке, в связи с чем страховое возмещение, произведенное потерпевшему - физическому лицу в период рассмотрения спора в суде, не освобождает страховщика от уплаты штрафа, предусмотренного пунктом 3 статьи 16.1 Закона об ОСАГО.</w:t>
      </w:r>
    </w:p>
    <w:p>
      <w:pPr>
        <w:widowControl/>
        <w:spacing w:after="280" w:line="312" w:lineRule="auto"/>
        <w:ind w:firstLine="567"/>
        <w:jc w:val="both"/>
      </w:pPr>
      <w:r>
        <w:rPr>
          <w:rFonts w:ascii="Inter" w:hAnsi="Inter"/>
          <w:color w:val="655D50"/>
          <w:sz w:val="24"/>
        </w:rPr>
        <w:t>83. Штраф за неисполнение в добровольном порядке требований потерпевшего - физического лица определяется в размере 50 процентов от разницы между надлежащим размером страхового возмещения по конкретному страховому случаю и размером страхового возмещения, осуществленного страховщиком в добровольном порядке до возбуждения дела в суде. При этом суммы неустойки (пени), финансовой санкции, денежной компенсации морального вреда, а также иные суммы, не входящие в состав страхового возмещения, при исчислении размера штрафа не учитываются (пункт 3 статьи 16.1 Закона об ОСАГО).</w:t>
      </w:r>
    </w:p>
    <w:p>
      <w:pPr>
        <w:widowControl/>
        <w:spacing w:after="280" w:line="312" w:lineRule="auto"/>
        <w:ind w:firstLine="567"/>
        <w:jc w:val="both"/>
      </w:pPr>
      <w:r>
        <w:rPr>
          <w:rFonts w:ascii="Inter" w:hAnsi="Inter"/>
          <w:color w:val="655D50"/>
          <w:sz w:val="24"/>
        </w:rPr>
        <w:t>84. Нарушение страховщиком сроков осуществления страхового возмещения, установленных решением финансового уполномоченного, является основанием для взыскания судом штрафа, предусмотренного частью 6 статьи 24 Закона о финансовом уполномоченном, независимо от того, произведено ли страховое возмещение до обращения потерпевшего в суд.</w:t>
      </w:r>
    </w:p>
    <w:p>
      <w:pPr>
        <w:widowControl/>
        <w:spacing w:after="280" w:line="312" w:lineRule="auto"/>
        <w:ind w:firstLine="567"/>
        <w:jc w:val="both"/>
      </w:pPr>
      <w:r>
        <w:rPr>
          <w:rFonts w:ascii="Inter" w:hAnsi="Inter"/>
          <w:color w:val="655D50"/>
          <w:sz w:val="24"/>
        </w:rPr>
        <w:t>Если вступившее в силу решение уполномоченного по правам потребителей финансовых услуг не исполнено страховщиком в порядке и в сроки, которые установлены указанным решением, наряду со штрафом, предусмотренным пунктом 3 статьи 16.1 Закона об ОСАГО, подлежит взысканию и штраф, предусмотренный частью 6 статьи 24 Закона о финансовом уполномоченном.</w:t>
      </w:r>
    </w:p>
    <w:p>
      <w:pPr>
        <w:widowControl/>
        <w:spacing w:after="280" w:line="312" w:lineRule="auto"/>
        <w:ind w:firstLine="567"/>
        <w:jc w:val="both"/>
      </w:pPr>
      <w:r>
        <w:rPr>
          <w:rFonts w:ascii="Inter" w:hAnsi="Inter"/>
          <w:color w:val="655D50"/>
          <w:sz w:val="24"/>
        </w:rPr>
        <w:t>85. Применение статьи 333 ГК РФ об уменьшении судом неустойки возможно лишь в исключительных случаях, когда подлежащие уплате неустойка, финансовая санкция и штраф явно несоразмерны последствиям нарушенного обязательства. Уменьшение неустойки, финансовой санкции и штрафа допускается только по заявлению ответчика, сделанному в суде первой инстанции или в суде апелляционной инстанции, перешедшем к рассмотрению дела по правилам производства в суде первой инстанции. В решении должны указываться мотивы, по которым суд пришел к выводу, что уменьшение их размера является допустимым.</w:t>
      </w:r>
    </w:p>
    <w:p>
      <w:pPr>
        <w:widowControl/>
        <w:spacing w:after="280" w:line="312" w:lineRule="auto"/>
        <w:ind w:firstLine="567"/>
        <w:jc w:val="both"/>
      </w:pPr>
      <w:r>
        <w:rPr>
          <w:rFonts w:ascii="Inter" w:hAnsi="Inter"/>
          <w:color w:val="655D50"/>
          <w:sz w:val="24"/>
        </w:rPr>
        <w:t>Разрешая вопрос о соразмерности неустойки, финансовой санкции и штрафа последствиям нарушения страховщиком своего обязательства, необходимо учитывать, что бремя доказывания несоразмерности неустойки и необоснованности выгоды потерпевшего возлагается на страховщика.</w:t>
      </w:r>
    </w:p>
    <w:p>
      <w:pPr>
        <w:widowControl/>
        <w:spacing w:after="280" w:line="312" w:lineRule="auto"/>
        <w:ind w:firstLine="567"/>
        <w:jc w:val="both"/>
      </w:pPr>
      <w:r>
        <w:rPr>
          <w:rFonts w:ascii="Inter" w:hAnsi="Inter"/>
          <w:color w:val="655D50"/>
          <w:sz w:val="24"/>
        </w:rPr>
        <w:t>86. Ввиду прямого указания закона в случае исполнения страховщиком вступившего в силу решения финансового уполномоченного в порядке и в сроки, установленные этим решением, страховщик освобождается от уплаты предусмотренного абзацем первым пункта 3 статьи 16.1 Закона об ОСАГО штрафа с суммы исполненного таким образом обязательства по страховому возмещению. От обязанности уплаты неустойки и финансовой санкции страховщик освобождается в случае исполнения обязательства в сроки, установленные Законом об ОСАГО и Законом о финансовом уполномоченном (абзац второй пункта 3 и пункт 5 статьи 16.1 Закона об ОСАГО).</w:t>
      </w:r>
    </w:p>
    <w:p>
      <w:pPr>
        <w:widowControl/>
        <w:spacing w:after="280" w:line="312" w:lineRule="auto"/>
        <w:ind w:firstLine="567"/>
        <w:jc w:val="both"/>
      </w:pPr>
      <w:r>
        <w:rPr>
          <w:rFonts w:ascii="Inter" w:hAnsi="Inter"/>
          <w:color w:val="655D50"/>
          <w:sz w:val="24"/>
        </w:rPr>
        <w:t>87. Страховщик освобождается от обязанности уплаты неустойки, суммы финансовой санкции и (или) штрафа, если докажет, что нарушение сроков произошло вследствие непреодолимой силы или вследствие виновных действий либо бездействия потерпевшего (пункт 3 статьи 401 ГК РФ и пункт 5 статьи 16.1 Закона об ОСАГО).</w:t>
      </w:r>
    </w:p>
    <w:p>
      <w:pPr>
        <w:widowControl/>
        <w:spacing w:after="280" w:line="312" w:lineRule="auto"/>
        <w:ind w:firstLine="567"/>
        <w:jc w:val="both"/>
      </w:pPr>
      <w:r>
        <w:rPr>
          <w:rFonts w:ascii="Inter" w:hAnsi="Inter"/>
          <w:color w:val="655D50"/>
          <w:sz w:val="24"/>
        </w:rPr>
        <w:t>В удовлетворении таких требований суд отказывает, когда установлено, что в результате действий потерпевшего страховщик не мог исполнить свои обязательства в полном объеме или своевременно, в частности, потерпевшим направлена претензия с документами, предусмотренными Правилами, без указания сведений, позволяющих соотнести претензию с предыдущими обращениями, либо предоставлены недостоверные сведения о том, что характер повреждений или особенности поврежденного транспортного средства, иного имущества исключают его представление для осмотра и независимой технической экспертизы, независимой экспертизы (оценки) по месту нахождения страховщика и (или) эксперта, либо потерпевший уклоняется от осмотра экспертом поврежденного имущества (статья 401 и пункт 3 статьи 405 ГК РФ).</w:t>
      </w:r>
    </w:p>
    <w:p>
      <w:pPr>
        <w:widowControl/>
        <w:spacing w:after="280" w:line="312" w:lineRule="auto"/>
        <w:ind w:firstLine="567"/>
        <w:jc w:val="both"/>
      </w:pPr>
      <w:r>
        <w:rPr>
          <w:rFonts w:ascii="Inter" w:hAnsi="Inter"/>
          <w:color w:val="655D50"/>
          <w:sz w:val="24"/>
        </w:rPr>
        <w:t>При установлении факта злоупотребления потерпевшим правом суд отказывает во взыскании со страховщика неустойки, финансовой санкции, штрафа, а также компенсации морального вреда (пункт 4 статьи 1 и статья 10 ГК РФ).</w:t>
      </w:r>
    </w:p>
    <w:p>
      <w:pPr>
        <w:widowControl/>
        <w:spacing w:after="280" w:line="312" w:lineRule="auto"/>
        <w:ind w:firstLine="567"/>
        <w:jc w:val="both"/>
      </w:pPr>
      <w:r>
        <w:rPr>
          <w:rFonts w:ascii="Inter" w:hAnsi="Inter"/>
          <w:color w:val="655D50"/>
          <w:sz w:val="24"/>
        </w:rPr>
        <w:t>88. Предусмотренные Законом об ОСАГО неустойка, финансовая санкция и штраф, а также правила ограничения общего размера взысканных судом неустойки и финансовой санкции, предусмотренные пунктом 6 статьи 16.1 Закона об ОСАГО, также применяются к профессиональному объединению страховщиков (абзац третий пункта 1 статьи 19 Закона об ОСАГО).</w:t>
      </w:r>
    </w:p>
    <w:p>
      <w:pPr>
        <w:widowControl/>
        <w:spacing w:after="280" w:line="312" w:lineRule="auto"/>
        <w:ind w:firstLine="567"/>
        <w:jc w:val="both"/>
      </w:pPr>
      <w:r>
        <w:rPr>
          <w:rFonts w:ascii="Inter" w:hAnsi="Inter"/>
          <w:color w:val="655D50"/>
          <w:sz w:val="24"/>
        </w:rPr>
        <w:t>Исковая давность</w:t>
      </w:r>
    </w:p>
    <w:p>
      <w:pPr>
        <w:widowControl/>
        <w:spacing w:after="280" w:line="312" w:lineRule="auto"/>
        <w:ind w:firstLine="567"/>
        <w:jc w:val="both"/>
      </w:pPr>
      <w:r>
        <w:rPr>
          <w:rFonts w:ascii="Inter" w:hAnsi="Inter"/>
          <w:color w:val="655D50"/>
          <w:sz w:val="24"/>
        </w:rPr>
        <w:t>89. Исковая давность по спорам, вытекающим из договоров обязательного страхования риска гражданской ответственности, в соответствии с пунктом 2 статьи 966 ГК РФ составляет три года и исчисляется со дня, когда потерпевший (выгодоприобретатель) узнал или должен был узнать:</w:t>
      </w:r>
    </w:p>
    <w:p>
      <w:pPr>
        <w:widowControl/>
        <w:spacing w:after="280" w:line="312" w:lineRule="auto"/>
        <w:ind w:firstLine="567"/>
        <w:jc w:val="both"/>
      </w:pPr>
      <w:r>
        <w:rPr>
          <w:rFonts w:ascii="Inter" w:hAnsi="Inter"/>
          <w:color w:val="655D50"/>
          <w:sz w:val="24"/>
        </w:rPr>
        <w:t>об отказе страховщика в осуществлении страхового возмещения или о прямом возмещении убытков путем организации и оплаты восстановительного ремонта поврежденного транспортного средства на станции технического обслуживания или выдачи суммы страховой выплаты,</w:t>
      </w:r>
    </w:p>
    <w:p>
      <w:pPr>
        <w:widowControl/>
        <w:spacing w:after="280" w:line="312" w:lineRule="auto"/>
        <w:ind w:firstLine="567"/>
        <w:jc w:val="both"/>
      </w:pPr>
      <w:r>
        <w:rPr>
          <w:rFonts w:ascii="Inter" w:hAnsi="Inter"/>
          <w:color w:val="655D50"/>
          <w:sz w:val="24"/>
        </w:rPr>
        <w:t>либо об осуществлении страхового возмещения или прямого возмещения убытков не в полном объеме,</w:t>
      </w:r>
    </w:p>
    <w:p>
      <w:pPr>
        <w:widowControl/>
        <w:spacing w:after="280" w:line="312" w:lineRule="auto"/>
        <w:ind w:firstLine="567"/>
        <w:jc w:val="both"/>
      </w:pPr>
      <w:r>
        <w:rPr>
          <w:rFonts w:ascii="Inter" w:hAnsi="Inter"/>
          <w:color w:val="655D50"/>
          <w:sz w:val="24"/>
        </w:rPr>
        <w:t>либо о некачественно выполненном восстановительном ремонте поврежденного транспортного средства на станции технического обслуживания.</w:t>
      </w:r>
    </w:p>
    <w:p>
      <w:pPr>
        <w:widowControl/>
        <w:spacing w:after="280" w:line="312" w:lineRule="auto"/>
        <w:ind w:firstLine="567"/>
        <w:jc w:val="both"/>
      </w:pPr>
      <w:r>
        <w:rPr>
          <w:rFonts w:ascii="Inter" w:hAnsi="Inter"/>
          <w:color w:val="655D50"/>
          <w:sz w:val="24"/>
        </w:rPr>
        <w:t>Исковая давность исчисляется также со дня, следующего за днем истечения срока для принятия страховщиком решения об осуществлении страхового возмещения или о прямом возмещении убытков путем организации и оплаты восстановительного ремонта поврежденного транспортного средства на станции технического обслуживания либо о выдаче суммы страховой выплаты (пункт 21 статьи 12 Закона об ОСАГО).</w:t>
      </w:r>
    </w:p>
    <w:p>
      <w:pPr>
        <w:widowControl/>
        <w:spacing w:after="280" w:line="312" w:lineRule="auto"/>
        <w:ind w:firstLine="567"/>
        <w:jc w:val="both"/>
      </w:pPr>
      <w:r>
        <w:rPr>
          <w:rFonts w:ascii="Inter" w:hAnsi="Inter"/>
          <w:color w:val="655D50"/>
          <w:sz w:val="24"/>
        </w:rPr>
        <w:t>Если потерпевший за получением страхового возмещения по договору обязательного страхования не обращался, срок исковой давности исчисляется с момента истечения сроков подачи заявления о страховой выплате (то есть не позднее пяти рабочих дней после дорожно-транспортного происшествия) и рассмотрения такого заявления страховщиком (пункт 3 статьи 11, пункт 21 статьи 12 Закона об ОСАГО).</w:t>
      </w:r>
    </w:p>
    <w:p>
      <w:pPr>
        <w:widowControl/>
        <w:spacing w:after="280" w:line="312" w:lineRule="auto"/>
        <w:ind w:firstLine="567"/>
        <w:jc w:val="both"/>
      </w:pPr>
      <w:r>
        <w:rPr>
          <w:rFonts w:ascii="Inter" w:hAnsi="Inter"/>
          <w:color w:val="655D50"/>
          <w:sz w:val="24"/>
        </w:rPr>
        <w:t>Срок исковой давности по регрессным требованиям страховщика, застраховавшего ответственность причинителя вреда, исчисляется с момента прямого возмещения убытков страховщиком, застраховавшим ответственность потерпевшего (пункт 3 статьи 200 ГК РФ, пункт 1 статьи 14 Закона об ОСАГО). При этом взаиморасчеты страховщиков по возмещению расходов на прямое возмещение убытков, производимые в соответствии с положениями Закона об ОСАГО и в рамках утвержденного профессиональным объединением страховщиков соглашения, сами по себе на течение исковой давности не влияют и не могут служить основанием для увеличения срока исковой давности по регрессным требованиям к причинителю вреда.</w:t>
      </w:r>
    </w:p>
    <w:p>
      <w:pPr>
        <w:widowControl/>
        <w:spacing w:after="280" w:line="312" w:lineRule="auto"/>
        <w:ind w:firstLine="567"/>
        <w:jc w:val="both"/>
      </w:pPr>
      <w:r>
        <w:rPr>
          <w:rFonts w:ascii="Inter" w:hAnsi="Inter"/>
          <w:color w:val="655D50"/>
          <w:sz w:val="24"/>
        </w:rPr>
        <w:t>90. Направление потерпевшим, не являющимся потребителем финансовых услуг, страховщику претензии, предусмотренной абзацем вторым пункта 1 статьи 16.1 Закона об ОСАГО, приостанавливает течение срока исковой давности на десять календарных дней со дня ее поступления, за исключением нерабочих праздничных дней (пункт 3 статьи 202 ГК РФ). В случае соблюдения сторонами досудебного порядка урегулирования спора ранее указанного срока течение срока исковой давности приостанавливается на срок фактического соблюдения такого порядка. Например, течение срока исковой давности будет приостановлено с момента направления претензии до момента получения отказа в ее удовлетворении.</w:t>
      </w:r>
    </w:p>
    <w:p>
      <w:pPr>
        <w:widowControl/>
        <w:spacing w:after="280" w:line="312" w:lineRule="auto"/>
        <w:ind w:firstLine="567"/>
        <w:jc w:val="both"/>
      </w:pPr>
      <w:r>
        <w:rPr>
          <w:rFonts w:ascii="Inter" w:hAnsi="Inter"/>
          <w:color w:val="655D50"/>
          <w:sz w:val="24"/>
        </w:rPr>
        <w:t>Направление потребителем финансовых услуг страховщику письменного заявления, предусмотренного абзацем третьим пункта 1 статьи 16.1 Закона об ОСАГО, приостанавливает течение срока исковой давности на пятнадцать рабочих дней в случае подачи такого заявления в электронной форме по стандартной форме, которая утверждена Советом Службы финансового уполномоченного, а в иных случаях на тридцать дней со дня его поступления, за исключением нерабочих праздничных дней (пункт 3 статьи 202 ГК РФ, часть 2 статьи 16 Закона о финансовом уполномоченном).</w:t>
      </w:r>
    </w:p>
    <w:p>
      <w:pPr>
        <w:widowControl/>
        <w:spacing w:after="280" w:line="312" w:lineRule="auto"/>
        <w:ind w:firstLine="567"/>
        <w:jc w:val="both"/>
      </w:pPr>
      <w:r>
        <w:rPr>
          <w:rFonts w:ascii="Inter" w:hAnsi="Inter"/>
          <w:color w:val="655D50"/>
          <w:sz w:val="24"/>
        </w:rPr>
        <w:t>91. Срок исковой давности по спорам об осуществлении компенсационной выплаты (пункт 6 статьи 18 Закона об ОСАГО) составляет три года и исчисляется: со дня принятия арбитражным судом решения о признании страховщика банкротом и об открытии конкурсного производства в соответствии с законодательством о несостоятельности (банкротстве); со дня отзыва у страховщика лицензии на осуществление страховой деятельности.</w:t>
      </w:r>
    </w:p>
    <w:p>
      <w:pPr>
        <w:widowControl/>
        <w:spacing w:after="280" w:line="312" w:lineRule="auto"/>
        <w:ind w:firstLine="567"/>
        <w:jc w:val="both"/>
      </w:pPr>
      <w:r>
        <w:rPr>
          <w:rFonts w:ascii="Inter" w:hAnsi="Inter"/>
          <w:color w:val="655D50"/>
          <w:sz w:val="24"/>
        </w:rPr>
        <w:t>Требования о компенсационной выплате по возмещению вреда жизни или здоровью потерпевшего в связи с неизвестностью лица, ответственного за указанный вред, или в связи с отсутствием у него договора обязательного страхования гражданской ответственности должны быть заявлены в течение трех лет со дня дорожно-транспортного происшествия. В этом случае при отказе профессионального объединения страховщиков в осуществлении компенсационной выплаты либо ее осуществлении не в полном объеме срок исковой давности исчисляется с момента, когда потерпевший узнал или должен был узнать об отказе в компенсационной выплате или ее осуществлении не в полном объеме.</w:t>
      </w:r>
    </w:p>
    <w:p>
      <w:pPr>
        <w:widowControl/>
        <w:spacing w:after="280" w:line="312" w:lineRule="auto"/>
        <w:ind w:firstLine="567"/>
        <w:jc w:val="both"/>
      </w:pPr>
      <w:r>
        <w:rPr>
          <w:rFonts w:ascii="Inter" w:hAnsi="Inter"/>
          <w:color w:val="655D50"/>
          <w:sz w:val="24"/>
        </w:rPr>
        <w:t>Процессуальные особенности рассмотрения дел,</w:t>
      </w:r>
    </w:p>
    <w:p>
      <w:pPr>
        <w:widowControl/>
        <w:spacing w:after="280" w:line="312" w:lineRule="auto"/>
        <w:ind w:firstLine="567"/>
        <w:jc w:val="both"/>
      </w:pPr>
      <w:r>
        <w:rPr>
          <w:rFonts w:ascii="Inter" w:hAnsi="Inter"/>
          <w:color w:val="655D50"/>
          <w:sz w:val="24"/>
        </w:rPr>
        <w:t>связанных с договором обязательного страхования</w:t>
      </w:r>
    </w:p>
    <w:p>
      <w:pPr>
        <w:widowControl/>
        <w:spacing w:after="280" w:line="312" w:lineRule="auto"/>
        <w:ind w:firstLine="567"/>
        <w:jc w:val="both"/>
      </w:pPr>
      <w:r>
        <w:rPr>
          <w:rFonts w:ascii="Inter" w:hAnsi="Inter"/>
          <w:color w:val="655D50"/>
          <w:sz w:val="24"/>
        </w:rPr>
        <w:t>гражданской ответственности</w:t>
      </w:r>
    </w:p>
    <w:p>
      <w:pPr>
        <w:widowControl/>
        <w:spacing w:after="280" w:line="312" w:lineRule="auto"/>
        <w:ind w:firstLine="567"/>
        <w:jc w:val="both"/>
      </w:pPr>
      <w:r>
        <w:rPr>
          <w:rFonts w:ascii="Inter" w:hAnsi="Inter"/>
          <w:color w:val="655D50"/>
          <w:sz w:val="24"/>
        </w:rPr>
        <w:t>92. При разрешении вопросов о соблюдении обязательного досудебного порядка урегулирования споров следует иметь в виду, что Законом об ОСАГО установлен различный досудебный порядок урегулирования спора для потерпевших, являющихся потребителями финансовых услуг, и для иных лиц (абзацы второй и третий пункта 1 статьи 16.1 Закона об ОСАГО).</w:t>
      </w:r>
    </w:p>
    <w:p>
      <w:pPr>
        <w:widowControl/>
        <w:spacing w:after="280" w:line="312" w:lineRule="auto"/>
        <w:ind w:firstLine="567"/>
        <w:jc w:val="both"/>
      </w:pPr>
      <w:r>
        <w:rPr>
          <w:rFonts w:ascii="Inter" w:hAnsi="Inter"/>
          <w:color w:val="655D50"/>
          <w:sz w:val="24"/>
        </w:rPr>
        <w:t>На отношения, возникающие из договора обязательного страхования гражданской ответственности, Закон о финансовом уполномоченном распространяется в случаях, когда потерпевший - физическое лицо является потребителем финансовых услуг.</w:t>
      </w:r>
    </w:p>
    <w:p>
      <w:pPr>
        <w:widowControl/>
        <w:spacing w:after="280" w:line="312" w:lineRule="auto"/>
        <w:ind w:firstLine="567"/>
        <w:jc w:val="both"/>
      </w:pPr>
      <w:r>
        <w:rPr>
          <w:rFonts w:ascii="Inter" w:hAnsi="Inter"/>
          <w:color w:val="655D50"/>
          <w:sz w:val="24"/>
        </w:rPr>
        <w:t>Согласно статье 2 Закона о финансовом уполномоченном под потребителем финансовых услуг понимается физическое лицо, являющееся стороной договора, либо лицом, в пользу которого заключен договор, либо лицом, которому оказывается финансовая услуга в целях, не связанных с осуществлением предпринимательской деятельности.</w:t>
      </w:r>
    </w:p>
    <w:p>
      <w:pPr>
        <w:widowControl/>
        <w:spacing w:after="280" w:line="312" w:lineRule="auto"/>
        <w:ind w:firstLine="567"/>
        <w:jc w:val="both"/>
      </w:pPr>
      <w:r>
        <w:rPr>
          <w:rFonts w:ascii="Inter" w:hAnsi="Inter"/>
          <w:color w:val="655D50"/>
          <w:sz w:val="24"/>
        </w:rPr>
        <w:t>На отношения, возникающие между потребителем финансовой услуги и профессиональным объединением страховщиков в связи с компенсационными выплатами, Закон о финансовом уполномоченном не распространяется.</w:t>
      </w:r>
    </w:p>
    <w:p>
      <w:pPr>
        <w:widowControl/>
        <w:spacing w:after="280" w:line="312" w:lineRule="auto"/>
        <w:ind w:firstLine="567"/>
        <w:jc w:val="both"/>
      </w:pPr>
      <w:r>
        <w:rPr>
          <w:rFonts w:ascii="Inter" w:hAnsi="Inter"/>
          <w:color w:val="655D50"/>
          <w:sz w:val="24"/>
        </w:rPr>
        <w:t>93. Потребитель финансовой услуги в силу части 3 статьи 15, части 1 статьи 19 и пункта 1 части 1 статьи 27 Закона о финансовом уполномоченном обязан обращаться к финансовому уполномоченному по всем требованиям, вытекающим из договора обязательного страхования гражданской ответственности, независимо от их совокупного размера, в том числе в случаях:</w:t>
      </w:r>
    </w:p>
    <w:p>
      <w:pPr>
        <w:widowControl/>
        <w:spacing w:after="280" w:line="312" w:lineRule="auto"/>
        <w:ind w:firstLine="567"/>
        <w:jc w:val="both"/>
      </w:pPr>
      <w:r>
        <w:rPr>
          <w:rFonts w:ascii="Inter" w:hAnsi="Inter"/>
          <w:color w:val="655D50"/>
          <w:sz w:val="24"/>
        </w:rPr>
        <w:t>- неисполнения или ненадлежащего исполнения страховщиком обязательств по договору обязательного страхования (например, о выплате страхового возмещения, о понуждении к организации и оплате восстановительного ремонта);</w:t>
      </w:r>
    </w:p>
    <w:p>
      <w:pPr>
        <w:widowControl/>
        <w:spacing w:after="280" w:line="312" w:lineRule="auto"/>
        <w:ind w:firstLine="567"/>
        <w:jc w:val="both"/>
      </w:pPr>
      <w:r>
        <w:rPr>
          <w:rFonts w:ascii="Inter" w:hAnsi="Inter"/>
          <w:color w:val="655D50"/>
          <w:sz w:val="24"/>
        </w:rPr>
        <w:t>- несогласия с размером осуществленной страховщиком страховой выплаты;</w:t>
      </w:r>
    </w:p>
    <w:p>
      <w:pPr>
        <w:widowControl/>
        <w:spacing w:after="280" w:line="312" w:lineRule="auto"/>
        <w:ind w:firstLine="567"/>
        <w:jc w:val="both"/>
      </w:pPr>
      <w:r>
        <w:rPr>
          <w:rFonts w:ascii="Inter" w:hAnsi="Inter"/>
          <w:color w:val="655D50"/>
          <w:sz w:val="24"/>
        </w:rPr>
        <w:t>- несоблюдения станцией технического обслуживания срока передачи потерпевшему отремонтированного транспортного средства (например, взыскание неустойки в связи с нарушением станцией технического обслуживания срока восстановительного ремонта);</w:t>
      </w:r>
    </w:p>
    <w:p>
      <w:pPr>
        <w:widowControl/>
        <w:spacing w:after="280" w:line="312" w:lineRule="auto"/>
        <w:ind w:firstLine="567"/>
        <w:jc w:val="both"/>
      </w:pPr>
      <w:r>
        <w:rPr>
          <w:rFonts w:ascii="Inter" w:hAnsi="Inter"/>
          <w:color w:val="655D50"/>
          <w:sz w:val="24"/>
        </w:rPr>
        <w:t>- нарушения иных обязательств по проведению восстановительного ремонта транспортного средства (например, изменение способа возмещения причиненного вреда (организация и оплата восстановительного ремонта поврежденного транспортного средства на станции технического обслуживания на выплату страхового возмещения).</w:t>
      </w:r>
    </w:p>
    <w:p>
      <w:pPr>
        <w:widowControl/>
        <w:spacing w:after="280" w:line="312" w:lineRule="auto"/>
        <w:ind w:firstLine="567"/>
        <w:jc w:val="both"/>
      </w:pPr>
      <w:r>
        <w:rPr>
          <w:rFonts w:ascii="Inter" w:hAnsi="Inter"/>
          <w:color w:val="655D50"/>
          <w:sz w:val="24"/>
        </w:rPr>
        <w:t>94. В случае перехода требования к страховщику от потребителя финансовой услуги к другому лицу у этого лица, в том числе юридического лица, индивидуального предпринимателя, также возникают обязанности по соблюдению досудебного порядка урегулирования спора, предусмотренные Законом о финансовом уполномоченном, если ранее потребителем финансовой услуги указанный порядок не был соблюден (часть 3 статьи 2 Закона о финансовом уполномоченном).</w:t>
      </w:r>
    </w:p>
    <w:p>
      <w:pPr>
        <w:widowControl/>
        <w:spacing w:after="280" w:line="312" w:lineRule="auto"/>
        <w:ind w:firstLine="567"/>
        <w:jc w:val="both"/>
      </w:pPr>
      <w:r>
        <w:rPr>
          <w:rFonts w:ascii="Inter" w:hAnsi="Inter"/>
          <w:color w:val="655D50"/>
          <w:sz w:val="24"/>
        </w:rPr>
        <w:t>Такая обязанность по соблюдению досудебного порядка урегулирования спора, установленного Законом о финансовом уполномоченном, не распространяется на переход требования к страховщику в порядке суброгации на основании статьи 965 ГК РФ.</w:t>
      </w:r>
    </w:p>
    <w:p>
      <w:pPr>
        <w:widowControl/>
        <w:spacing w:after="280" w:line="312" w:lineRule="auto"/>
        <w:ind w:firstLine="567"/>
        <w:jc w:val="both"/>
      </w:pPr>
      <w:r>
        <w:rPr>
          <w:rFonts w:ascii="Inter" w:hAnsi="Inter"/>
          <w:color w:val="655D50"/>
          <w:sz w:val="24"/>
        </w:rPr>
        <w:t>Обязанность по соблюдению досудебного порядка урегулирования спора, установленного Законом о финансовом уполномоченном, не распространяется на физических лиц, которым перешло право требования, если первоначальный кредитор не являлся потребителем финансовой услуги (пункт 1 статьи 384 ГК РФ).</w:t>
      </w:r>
    </w:p>
    <w:p>
      <w:pPr>
        <w:widowControl/>
        <w:spacing w:after="280" w:line="312" w:lineRule="auto"/>
        <w:ind w:firstLine="567"/>
        <w:jc w:val="both"/>
      </w:pPr>
      <w:r>
        <w:rPr>
          <w:rFonts w:ascii="Inter" w:hAnsi="Inter"/>
          <w:color w:val="655D50"/>
          <w:sz w:val="24"/>
        </w:rPr>
        <w:t>95. При возникновении спора между потерпевшим и страховщиком (при отказе страховщика в выплате, при несогласии потерпевшего с размером страховой выплаты и т.д.) либо между потерпевшим и профессиональным объединением страховщиков потребителем финансовых услуг должно быть подано письменное заявление, а потерпевшим, не являющимся потребителем финансовых услуг, должна быть подана претензия соответственно страховщику либо профессиональному объединению страховщиков (абзацы второй и третий пункта 1 статьи 16.1, пункт 3 и абзац второй пункта 4 статьи 19 Закона об ОСАГО).</w:t>
      </w:r>
    </w:p>
    <w:p>
      <w:pPr>
        <w:widowControl/>
        <w:spacing w:after="280" w:line="312" w:lineRule="auto"/>
        <w:ind w:firstLine="567"/>
        <w:jc w:val="both"/>
      </w:pPr>
      <w:r>
        <w:rPr>
          <w:rFonts w:ascii="Inter" w:hAnsi="Inter"/>
          <w:color w:val="655D50"/>
          <w:sz w:val="24"/>
        </w:rPr>
        <w:t>Соблюдение названного порядка обязательно также при заявлении требований о понуждении к организации и оплате восстановительного ремонта поврежденного транспортного средства.</w:t>
      </w:r>
    </w:p>
    <w:p>
      <w:pPr>
        <w:widowControl/>
        <w:spacing w:after="280" w:line="312" w:lineRule="auto"/>
        <w:ind w:firstLine="567"/>
        <w:jc w:val="both"/>
      </w:pPr>
      <w:r>
        <w:rPr>
          <w:rFonts w:ascii="Inter" w:hAnsi="Inter"/>
          <w:color w:val="655D50"/>
          <w:sz w:val="24"/>
        </w:rPr>
        <w:t>96. Претензия потерпевшего, не являющегося потребителем финансовых услуг, подается с представлением всех предусмотренных Правилами документов, необходимых для принятия решения страховщиком об организации и оплате восстановительного ремонта поврежденного транспортного средства на станции технического обслуживания или о выдаче суммы страховой выплаты, а также с указанием сведений, позволяющих страховщику идентифицировать ее с предыдущими обращениями (абзац второй пункта 1 статьи 16.1 Закона об ОСАГО, пункт 5.1 Правил). При недостаточности документов, обосновывающих требования потерпевшего, страховщик в течение трех рабочих дней со дня их получения по почте, а при личном обращении к страховщику - в день обращения обязан сообщить об этом потерпевшему с указанием полного перечня недостающих и (или) неправильно оформленных документов (абзац пятый пункта 1 статьи 12, пункт 1 статьи 16.1 Закона об ОСАГО и пункт 5.1 Правил). При невыполнении данных требований закона страховщиком обязательный претензионный порядок урегулирования спора считается соблюденным, и потерпевший, не являющийся потребителем финансовых услуг, вправе обратиться в суд.</w:t>
      </w:r>
    </w:p>
    <w:p>
      <w:pPr>
        <w:widowControl/>
        <w:spacing w:after="280" w:line="312" w:lineRule="auto"/>
        <w:ind w:firstLine="567"/>
        <w:jc w:val="both"/>
      </w:pPr>
      <w:r>
        <w:rPr>
          <w:rFonts w:ascii="Inter" w:hAnsi="Inter"/>
          <w:color w:val="655D50"/>
          <w:sz w:val="24"/>
        </w:rPr>
        <w:t>Приложение указанных выше документов к письменному заявлению потерпевшего, являющегося потребителем финансовых услуг, не требуется.</w:t>
      </w:r>
    </w:p>
    <w:p>
      <w:pPr>
        <w:widowControl/>
        <w:spacing w:after="280" w:line="312" w:lineRule="auto"/>
        <w:ind w:firstLine="567"/>
        <w:jc w:val="both"/>
      </w:pPr>
      <w:r>
        <w:rPr>
          <w:rFonts w:ascii="Inter" w:hAnsi="Inter"/>
          <w:color w:val="655D50"/>
          <w:sz w:val="24"/>
        </w:rPr>
        <w:t>97. Срок рассмотрения страховой организацией претензии в соответствии с абзацем вторым пункта 1 статьи 16.1 Закона об ОСАГО составляет десять календарных дней, за исключением нерабочих праздничных дней, а письменного заявления потерпевшего, являющегося потребителем финансовых услуг, пятнадцать рабочих дней, если оно подано в электронной форме по стандартной форме, и тридцать рабочих дней в иных случаях (абзац третий пункта 1 статьи 16.1 Закона об ОСАГО и часть 2 статьи 16 Закона о финансовом уполномоченном). Исчисление срока рассмотрения страховой организацией претензии (письменного заявления) не зависит от того, поданы они до истечения двадцатидневного срока (а в случае, предусмотренном пунктом 15.3 статьи 12 Закона об ОСАГО, тридцати дней) или после его истечения. Нерабочие праздничные дни определяются в соответствии со статьей 112 Трудового кодекса Российской Федерации.</w:t>
      </w:r>
    </w:p>
    <w:p>
      <w:pPr>
        <w:widowControl/>
        <w:spacing w:after="280" w:line="312" w:lineRule="auto"/>
        <w:ind w:firstLine="567"/>
        <w:jc w:val="both"/>
      </w:pPr>
      <w:r>
        <w:rPr>
          <w:rFonts w:ascii="Inter" w:hAnsi="Inter"/>
          <w:color w:val="655D50"/>
          <w:sz w:val="24"/>
        </w:rPr>
        <w:t>98. В случае неполучения ответа от страховщика либо профессионального объединения страховщиков в установленный срок либо при полном или частичном отказе в удовлетворении требований потерпевший, не являющийся потребителем финансовых услуг, вправе обратиться с иском в суд, а потребитель финансовых услуг до предъявления требований к страховщику в судебном порядке в случаях, предусмотренных частью 1 статьи 15, частью 1 статьи 28 и статьей 32 Закона о финансовом уполномоченном, вправе обратиться за урегулированием спора к финансовому уполномоченному (части 1 и 4 статьи 16 Закона о финансовом уполномоченном).</w:t>
      </w:r>
    </w:p>
    <w:p>
      <w:pPr>
        <w:widowControl/>
        <w:spacing w:after="280" w:line="312" w:lineRule="auto"/>
        <w:ind w:firstLine="567"/>
        <w:jc w:val="both"/>
      </w:pPr>
      <w:r>
        <w:rPr>
          <w:rFonts w:ascii="Inter" w:hAnsi="Inter"/>
          <w:color w:val="655D50"/>
          <w:sz w:val="24"/>
        </w:rPr>
        <w:t>99. В соответствии с частью 1 статьи 15 Закона о финансовом уполномоченном требования потребителей, вытекающие из нарушения страховщиком порядка осуществления страхового возмещения, установленного Законом об ОСАГО, относятся к компетенции финансового уполномоченного вне зависимости от размера заявленных требований.</w:t>
      </w:r>
    </w:p>
    <w:p>
      <w:pPr>
        <w:widowControl/>
        <w:spacing w:after="280" w:line="312" w:lineRule="auto"/>
        <w:ind w:firstLine="567"/>
        <w:jc w:val="both"/>
      </w:pPr>
      <w:r>
        <w:rPr>
          <w:rFonts w:ascii="Inter" w:hAnsi="Inter"/>
          <w:color w:val="655D50"/>
          <w:sz w:val="24"/>
        </w:rPr>
        <w:t>Финансовый уполномоченный не рассматривает требования по вопросам, связанным с компенсацией морального вреда и возмещением убытков в виде упущенной выгоды. Указанные требования могут быть заявлены в судебном порядке без направления обращения финансовому уполномоченному (часть 3 статьи 15, пункт 8 части 1 статьи 19 Закона о финансовом уполномоченном). Вместе с тем, если данные требования заявлены одновременно с требованиями о страховом возмещении без соблюдения обязательного досудебного порядка урегулирования спора, предусмотренного Законом о финансовом уполномоченном, исковое заявление подлежит возвращению в отношении всех требований на основании пункта 1 части 1 статьи 135 ГПК РФ и пункта 5 части 1 статьи 129 АПК РФ.</w:t>
      </w:r>
    </w:p>
    <w:p>
      <w:pPr>
        <w:widowControl/>
        <w:spacing w:after="280" w:line="312" w:lineRule="auto"/>
        <w:ind w:firstLine="567"/>
        <w:jc w:val="both"/>
      </w:pPr>
      <w:r>
        <w:rPr>
          <w:rFonts w:ascii="Inter" w:hAnsi="Inter"/>
          <w:color w:val="655D50"/>
          <w:sz w:val="24"/>
        </w:rPr>
        <w:t>100. Финансовый уполномоченный рассматривает обращения, соответствующие установленным требованиям, если со дня, когда потребитель финансовых услуг узнал или должен был узнать о нарушении своего права, прошло не более трех лет.</w:t>
      </w:r>
    </w:p>
    <w:p>
      <w:pPr>
        <w:widowControl/>
        <w:spacing w:after="280" w:line="312" w:lineRule="auto"/>
        <w:ind w:firstLine="567"/>
        <w:jc w:val="both"/>
      </w:pPr>
      <w:r>
        <w:rPr>
          <w:rFonts w:ascii="Inter" w:hAnsi="Inter"/>
          <w:color w:val="655D50"/>
          <w:sz w:val="24"/>
        </w:rPr>
        <w:t>Если со дня, когда потребитель финансовых услуг узнал или должен был узнать о нарушении своего права, трехлетний срок для обращения к финансовому уполномоченному истек, по выбору потребителя он вправе либо обратиться за разрешением спора к финансовому уполномоченному, одновременно с обращением подав ходатайство о восстановлении такого срока, либо предъявить иск в суд.</w:t>
      </w:r>
    </w:p>
    <w:p>
      <w:pPr>
        <w:widowControl/>
        <w:spacing w:after="280" w:line="312" w:lineRule="auto"/>
        <w:ind w:firstLine="567"/>
        <w:jc w:val="both"/>
      </w:pPr>
      <w:r>
        <w:rPr>
          <w:rFonts w:ascii="Inter" w:hAnsi="Inter"/>
          <w:color w:val="655D50"/>
          <w:sz w:val="24"/>
        </w:rPr>
        <w:t>Пропущенный по уважительным причинам срок может быть восстановлен финансовым уполномоченным на основании заявления потребителя финансовых услуг и документов, подтверждающих уважительность этих причин (части 1 и 4 статьи 15 Закона о финансовом уполномоченном).</w:t>
      </w:r>
    </w:p>
    <w:p>
      <w:pPr>
        <w:widowControl/>
        <w:spacing w:after="280" w:line="312" w:lineRule="auto"/>
        <w:ind w:firstLine="567"/>
        <w:jc w:val="both"/>
      </w:pPr>
      <w:r>
        <w:rPr>
          <w:rFonts w:ascii="Inter" w:hAnsi="Inter"/>
          <w:color w:val="655D50"/>
          <w:sz w:val="24"/>
        </w:rPr>
        <w:t>101. В соответствии с частью 2 статьи 25 Закона о финансовом уполномоченном потребитель финансовых услуг вправе заявлять в судебном порядке требования к страховщику, указанные в части 2 статьи 15 этого закона, только после получения от финансового уполномоченного решения по обращению, за исключением случаев, указанных в пункте 1 части 1 этой статьи (непринятие финансовым уполномоченным решения в установленный законом срок).</w:t>
      </w:r>
    </w:p>
    <w:p>
      <w:pPr>
        <w:widowControl/>
        <w:spacing w:after="280" w:line="312" w:lineRule="auto"/>
        <w:ind w:firstLine="567"/>
        <w:jc w:val="both"/>
      </w:pPr>
      <w:r>
        <w:rPr>
          <w:rFonts w:ascii="Inter" w:hAnsi="Inter"/>
          <w:color w:val="655D50"/>
          <w:sz w:val="24"/>
        </w:rPr>
        <w:t>102. В случае прекращения рассмотрения обращения потребителя финансовых услуг финансовым уполномоченным или его отказа в принятии к рассмотрению обращения потерпевшего возможность обращения потерпевшего в суд зависит от причины прекращения рассмотрения или отказа в рассмотрении обращения потерпевшего (часть 4 статьи 18 и пункт 2 части 1 статьи 25 Закона о финансовом уполномоченном).</w:t>
      </w:r>
    </w:p>
    <w:p>
      <w:pPr>
        <w:widowControl/>
        <w:spacing w:after="280" w:line="312" w:lineRule="auto"/>
        <w:ind w:firstLine="567"/>
        <w:jc w:val="both"/>
      </w:pPr>
      <w:r>
        <w:rPr>
          <w:rFonts w:ascii="Inter" w:hAnsi="Inter"/>
          <w:color w:val="655D50"/>
          <w:sz w:val="24"/>
        </w:rPr>
        <w:t>103. Если основанием для прекращения рассмотрения обращения потребителя финансовых услуг финансовым уполномоченным или для его отказа в принятии к рассмотрению обращения потерпевшего является то, что рассмотрение данного требования не относится к компетенции финансового уполномоченного (пункт 1 части 1 статьи 27, пункты 1, 6, 7, 8, 9 части 1 статьи 19 Закона о финансовом уполномоченном), и, следовательно, обязательный досудебный порядок урегулирования спора для такого требования не установлен, то потерпевший вправе заявить указанное требование непосредственно в суд.</w:t>
      </w:r>
    </w:p>
    <w:p>
      <w:pPr>
        <w:widowControl/>
        <w:spacing w:after="280" w:line="312" w:lineRule="auto"/>
        <w:ind w:firstLine="567"/>
        <w:jc w:val="both"/>
      </w:pPr>
      <w:r>
        <w:rPr>
          <w:rFonts w:ascii="Inter" w:hAnsi="Inter"/>
          <w:color w:val="655D50"/>
          <w:sz w:val="24"/>
        </w:rPr>
        <w:t>При прекращении рассмотрения финансовым уполномоченным обращения потребителя финансовых услуг в связи с заключением им и страховщиком соглашения, оформленного в установленном порядке, обязательный досудебный порядок урегулирования спора считается соблюденным. В случае неисполнения страховщиком условий заключенного соглашения потерпевший вправе предъявить требования к страховщику непосредственно в суд (части 3, 6 статьи 21, пункт 2 части 4 статьи 25 Закона о финансовом уполномоченном).</w:t>
      </w:r>
    </w:p>
    <w:p>
      <w:pPr>
        <w:widowControl/>
        <w:spacing w:after="280" w:line="312" w:lineRule="auto"/>
        <w:ind w:firstLine="567"/>
        <w:jc w:val="both"/>
      </w:pPr>
      <w:r>
        <w:rPr>
          <w:rFonts w:ascii="Inter" w:hAnsi="Inter"/>
          <w:color w:val="655D50"/>
          <w:sz w:val="24"/>
        </w:rPr>
        <w:t>104. Если основаниями прекращения рассмотрения финансовым уполномоченным требования потерпевшего являются отзыв последним своего обращения к финансовому уполномоченному, отказ потерпевшего от заявленных к страховщику требований по мотиву их добровольного удовлетворения либо отсутствие требования наследников потребителя финансовых услуг о продолжении рассмотрения спора финансовым уполномоченным (пункты 3, 4, 5 части 1 статьи 27 Закона о финансовом уполномоченном), а также нахождение спора в процедуре урегулирования посредством медиации (пункт 1 части 1 статьи 27, пункт 4 части 1 статьи 19 Закона о финансовом уполномоченном), то обязательный досудебный порядок урегулирования спора считается несоблюденным.</w:t>
      </w:r>
    </w:p>
    <w:p>
      <w:pPr>
        <w:widowControl/>
        <w:spacing w:after="280" w:line="312" w:lineRule="auto"/>
        <w:ind w:firstLine="567"/>
        <w:jc w:val="both"/>
      </w:pPr>
      <w:r>
        <w:rPr>
          <w:rFonts w:ascii="Inter" w:hAnsi="Inter"/>
          <w:color w:val="655D50"/>
          <w:sz w:val="24"/>
        </w:rPr>
        <w:t>При отказе в рассмотрении или прекращении рассмотрения финансовым уполномоченным обращения потерпевшего в связи с ненадлежащим обращением к финансовому уполномоченному, в частности, если потребитель финансовых услуг предварительно не обратился к страховщику в порядке, установленном статьей 16 Закона о финансовом уполномоченном и пунктом 1 статьи 16.1 Закона об ОСАГО, если обращение потерпевшего содержит нецензурные либо оскорбительные выражения, угрозы жизни, здоровью и имуществу финансового уполномоченного или иных лиц или его текст не поддается прочтению, а также в случае непредставления потерпевшим документов, разъяснений и (или) сведений, предусмотренных Законом о финансовом уполномоченном, если это влечет невозможность рассмотрения обращения по существу (пункты 2, 11, 12 части 1 статьи 19, пункт 2 части 1 статьи 27 Закона о финансовом уполномоченном), обязательный досудебный порядок урегулирования спора является несоблюденным.</w:t>
      </w:r>
    </w:p>
    <w:p>
      <w:pPr>
        <w:widowControl/>
        <w:spacing w:after="280" w:line="312" w:lineRule="auto"/>
        <w:ind w:firstLine="567"/>
        <w:jc w:val="both"/>
      </w:pPr>
      <w:r>
        <w:rPr>
          <w:rFonts w:ascii="Inter" w:hAnsi="Inter"/>
          <w:color w:val="655D50"/>
          <w:sz w:val="24"/>
        </w:rPr>
        <w:t>105. Прекращение финансовым уполномоченным рассмотрения обращения по мотиву непредставления страховщиком документов или невозможности принять решение по представленным потерпевшим и (или) страховщиком документам не препятствует обращению потребителя финансовых услуг в суд.</w:t>
      </w:r>
    </w:p>
    <w:p>
      <w:pPr>
        <w:widowControl/>
        <w:spacing w:after="280" w:line="312" w:lineRule="auto"/>
        <w:ind w:firstLine="567"/>
        <w:jc w:val="both"/>
      </w:pPr>
      <w:r>
        <w:rPr>
          <w:rFonts w:ascii="Inter" w:hAnsi="Inter"/>
          <w:color w:val="655D50"/>
          <w:sz w:val="24"/>
        </w:rPr>
        <w:t>Отсутствие в обращении потребителя финансовых услуг сведений о договоре и (или) номере договора, наименования страховщика и т.п. не является препятствием к рассмотрению финансовым уполномоченным такого обращения по существу, если указанные сведения содержатся в приложенных к обращению документах.</w:t>
      </w:r>
    </w:p>
    <w:p>
      <w:pPr>
        <w:widowControl/>
        <w:spacing w:after="280" w:line="312" w:lineRule="auto"/>
        <w:ind w:firstLine="567"/>
        <w:jc w:val="both"/>
      </w:pPr>
      <w:r>
        <w:rPr>
          <w:rFonts w:ascii="Inter" w:hAnsi="Inter"/>
          <w:color w:val="655D50"/>
          <w:sz w:val="24"/>
        </w:rPr>
        <w:t>106. Если основанием отказа в рассмотрении или прекращения рассмотрения финансовым уполномоченным обращения потерпевшего является направление последним обращения по спору между теми же сторонами, о том же предмете, по тем же основаниям, ранее рассмотренному финансовым уполномоченным, судом или третейским судом (пункт 1 части 1 статьи 27, пункты 3, 5, 10 части 1 статьи 19 Закона о финансовом уполномоченном), то вопрос о соблюдении досудебного порядка разрешается в соответствии с результатами первоначального обращения потерпевшего к финансовому уполномоченному, в суд или в третейский суд.</w:t>
      </w:r>
    </w:p>
    <w:p>
      <w:pPr>
        <w:widowControl/>
        <w:spacing w:after="280" w:line="312" w:lineRule="auto"/>
        <w:ind w:firstLine="567"/>
        <w:jc w:val="both"/>
      </w:pPr>
      <w:r>
        <w:rPr>
          <w:rFonts w:ascii="Inter" w:hAnsi="Inter"/>
          <w:color w:val="655D50"/>
          <w:sz w:val="24"/>
        </w:rPr>
        <w:t>107. Копия решения или уведомления финансового уполномоченного может быть направлена потерпевшему через личный кабинет потребителя финансовых услуг, если таковой создан потерпевшим.</w:t>
      </w:r>
    </w:p>
    <w:p>
      <w:pPr>
        <w:widowControl/>
        <w:spacing w:after="280" w:line="312" w:lineRule="auto"/>
        <w:ind w:firstLine="567"/>
        <w:jc w:val="both"/>
      </w:pPr>
      <w:r>
        <w:rPr>
          <w:rFonts w:ascii="Inter" w:hAnsi="Inter"/>
          <w:color w:val="655D50"/>
          <w:sz w:val="24"/>
        </w:rPr>
        <w:t>Если финансовым уполномоченным в нарушение части 4 статьи 18 Закона о финансовом уполномоченном в адрес потерпевшего не направлено уведомление о принятии его обращения к рассмотрению либо об отказе в его принятии к рассмотрению, потерпевший вправе обратиться в суд по истечении срока, установленного для рассмотрения такого обращения, приложив в обоснование соблюдения досудебного порядка соответствующие документы (например, текст своего обращения к финансовому уполномоченному, квитанцию об отправке обращения, опись почтового вложения и отчет об отслеживании почтового отправления с отметкой о вручении почтового отправления адресату).</w:t>
      </w:r>
    </w:p>
    <w:p>
      <w:pPr>
        <w:widowControl/>
        <w:spacing w:after="280" w:line="312" w:lineRule="auto"/>
        <w:ind w:firstLine="567"/>
        <w:jc w:val="both"/>
      </w:pPr>
      <w:r>
        <w:rPr>
          <w:rFonts w:ascii="Inter" w:hAnsi="Inter"/>
          <w:color w:val="655D50"/>
          <w:sz w:val="24"/>
        </w:rPr>
        <w:t>108. Поскольку законом не предусмотрено обжалование решений финансового уполномоченного об отказе в принятии обращения потерпевшего к рассмотрению либо о прекращении им рассмотрения обращения потерпевшего, то в случае несогласия последнего с таким решением финансового уполномоченного он, применительно к пункту 3 части 1 статьи 25 Закона о финансовом уполномоченном, может предъявить в суд требования к страховщику с обоснованием мотивов своего несогласия с решением финансового уполномоченного об отказе в принятии его обращения к рассмотрению либо о прекращении рассмотрения обращения.</w:t>
      </w:r>
    </w:p>
    <w:p>
      <w:pPr>
        <w:widowControl/>
        <w:spacing w:after="280" w:line="312" w:lineRule="auto"/>
        <w:ind w:firstLine="567"/>
        <w:jc w:val="both"/>
      </w:pPr>
      <w:r>
        <w:rPr>
          <w:rFonts w:ascii="Inter" w:hAnsi="Inter"/>
          <w:color w:val="655D50"/>
          <w:sz w:val="24"/>
        </w:rPr>
        <w:t>Если судья при разрешении вопроса о принятии искового заявления или суд при рассмотрении дела придут к выводу об обоснованности отказа финансового уполномоченного в принятии обращения потребителя финансовых услуг или принятого решения о прекращении рассмотрения обращения потерпевшего, обязательный досудебный порядок урегулирования спора считается несоблюденным, в связи с чем исковое заявление потребителя финансовых услуг, соответственно, возвращается судьей на основании пункта 1 части 1 статьи 135 ГПК РФ либо подлежит оставлению судом без рассмотрения на основании абзаца второго статьи 222 ГПК РФ.</w:t>
      </w:r>
    </w:p>
    <w:p>
      <w:pPr>
        <w:widowControl/>
        <w:spacing w:after="280" w:line="312" w:lineRule="auto"/>
        <w:ind w:firstLine="567"/>
        <w:jc w:val="both"/>
      </w:pPr>
      <w:r>
        <w:rPr>
          <w:rFonts w:ascii="Inter" w:hAnsi="Inter"/>
          <w:color w:val="655D50"/>
          <w:sz w:val="24"/>
        </w:rPr>
        <w:t>При необоснованности отказа финансового уполномоченного в принятии обращения потерпевшего или решения финансового уполномоченного о прекращении рассмотрения обращения потерпевшего обязательный досудебный порядок урегулирования спора считается соблюденным, и спор между ним и страховщиком рассматривается судом по существу.</w:t>
      </w:r>
    </w:p>
    <w:p>
      <w:pPr>
        <w:widowControl/>
        <w:spacing w:after="280" w:line="312" w:lineRule="auto"/>
        <w:ind w:firstLine="567"/>
        <w:jc w:val="both"/>
      </w:pPr>
      <w:r>
        <w:rPr>
          <w:rFonts w:ascii="Inter" w:hAnsi="Inter"/>
          <w:color w:val="655D50"/>
          <w:sz w:val="24"/>
        </w:rPr>
        <w:t>109. Досудебный порядок урегулирования спора не может быть признан соблюденным, если на момент подачи искового заявления в суд обращение истца находится на рассмотрении финансового уполномоченного свыше сроков, установленных частью 8 статьи 20 Закона о финансовом уполномоченном, по причине их приостановления финансовым уполномоченным в соответствии с частями 7, 9 и 10 той же статьи.</w:t>
      </w:r>
    </w:p>
    <w:p>
      <w:pPr>
        <w:widowControl/>
        <w:spacing w:after="280" w:line="312" w:lineRule="auto"/>
        <w:ind w:firstLine="567"/>
        <w:jc w:val="both"/>
      </w:pPr>
      <w:r>
        <w:rPr>
          <w:rFonts w:ascii="Inter" w:hAnsi="Inter"/>
          <w:color w:val="655D50"/>
          <w:sz w:val="24"/>
        </w:rPr>
        <w:t>110. Потребитель финансовых услуг вправе заявлять в суд требования к страховщику исключительно по предмету, содержавшемуся в обращении к финансовому уполномоченному, в связи с чем требования о взыскании основного долга, неустойки, финансовой санкции могут быть предъявлены в суд только при условии соблюдения обязательного досудебного порядка урегулирования спора, установленного Законом о финансовом уполномоченном, в отношении каждого из указанных требований (часть 3 статьи 25 Закона о финансовом уполномоченном).</w:t>
      </w:r>
    </w:p>
    <w:p>
      <w:pPr>
        <w:widowControl/>
        <w:spacing w:after="280" w:line="312" w:lineRule="auto"/>
        <w:ind w:firstLine="567"/>
        <w:jc w:val="both"/>
      </w:pPr>
      <w:r>
        <w:rPr>
          <w:rFonts w:ascii="Inter" w:hAnsi="Inter"/>
          <w:color w:val="655D50"/>
          <w:sz w:val="24"/>
        </w:rPr>
        <w:t>Несовпадение сумм основного долга, неустойки, финансовой санкции, указанных в обращении к финансовому уполномоченному, не свидетельствует о несоблюдении потребителем финансовых услуг требований пункта 1 статьи 161 Закона об ОСАГО и части 1 статьи 16 Закона о финансовом уполномоченном.</w:t>
      </w:r>
    </w:p>
    <w:p>
      <w:pPr>
        <w:widowControl/>
        <w:spacing w:after="280" w:line="312" w:lineRule="auto"/>
        <w:ind w:firstLine="567"/>
        <w:jc w:val="both"/>
      </w:pPr>
      <w:r>
        <w:rPr>
          <w:rFonts w:ascii="Inter" w:hAnsi="Inter"/>
          <w:color w:val="655D50"/>
          <w:sz w:val="24"/>
        </w:rPr>
        <w:t>При несоблюдении потребителем финансовых услуг обязательного досудебного порядка урегулирования спора в отношении какого-либо из требований суд возвращает исковое заявление в этой части на основании пункта 1 части 1 статьи 135 ГПК РФ, а в случае принятия такого иска к производству суда оставляет исковое заявление в этой части без рассмотрения на основании абзаца второго статьи 222 ГПК РФ.</w:t>
      </w:r>
    </w:p>
    <w:p>
      <w:pPr>
        <w:widowControl/>
        <w:spacing w:after="280" w:line="312" w:lineRule="auto"/>
        <w:ind w:firstLine="567"/>
        <w:jc w:val="both"/>
      </w:pPr>
      <w:r>
        <w:rPr>
          <w:rFonts w:ascii="Inter" w:hAnsi="Inter"/>
          <w:color w:val="655D50"/>
          <w:sz w:val="24"/>
        </w:rPr>
        <w:t>111. Для потерпевшего, не являющегося потребителем финансовых услуг, выполнившего обязательный претензионный порядок урегулирования спора только по требованию о взыскании основного долга, по которому принято решение суда, и не заявлявшего ранее исковые требования о взыскании неустойки, соблюдение досудебного порядка урегулирования спора по предъявленному впоследствии требованию о взыскании неустойки является обязательным.</w:t>
      </w:r>
    </w:p>
    <w:p>
      <w:pPr>
        <w:widowControl/>
        <w:spacing w:after="280" w:line="312" w:lineRule="auto"/>
        <w:ind w:firstLine="567"/>
        <w:jc w:val="both"/>
      </w:pPr>
      <w:r>
        <w:rPr>
          <w:rFonts w:ascii="Inter" w:hAnsi="Inter"/>
          <w:color w:val="655D50"/>
          <w:sz w:val="24"/>
        </w:rPr>
        <w:t>112. Соблюдение обязательного досудебного порядка урегулирования спора для обращения в суд с требованиями о страховой выплате не является обязательным, если такой порядок соблюден в отношении требований потерпевшего об организации и оплате восстановительного ремонта.</w:t>
      </w:r>
    </w:p>
    <w:p>
      <w:pPr>
        <w:widowControl/>
        <w:spacing w:after="280" w:line="312" w:lineRule="auto"/>
        <w:ind w:firstLine="567"/>
        <w:jc w:val="both"/>
      </w:pPr>
      <w:r>
        <w:rPr>
          <w:rFonts w:ascii="Inter" w:hAnsi="Inter"/>
          <w:color w:val="655D50"/>
          <w:sz w:val="24"/>
        </w:rPr>
        <w:t>113. Если требование потерпевшего предъявляется к нескольким страховщикам, то обязательный досудебный порядок урегулирования спора должен быть соблюден потерпевшим в отношении каждого из них (статьи 131, 132 ГПК РФ, статьи 125, 126 АПК РФ).</w:t>
      </w:r>
    </w:p>
    <w:p>
      <w:pPr>
        <w:widowControl/>
        <w:spacing w:after="280" w:line="312" w:lineRule="auto"/>
        <w:ind w:firstLine="567"/>
        <w:jc w:val="both"/>
      </w:pPr>
      <w:r>
        <w:rPr>
          <w:rFonts w:ascii="Inter" w:hAnsi="Inter"/>
          <w:color w:val="655D50"/>
          <w:sz w:val="24"/>
        </w:rPr>
        <w:t>При этом, если названный порядок соблюден применительно к одному из страховщиков и рассмотрение дела без участия других лиц в качестве соответчиков, в отношении которых такой порядок не соблюдался, возможно, то досудебный порядок считается соблюденным и дело подлежит рассмотрению только с участием соответствующего ответчика (часть 2 статьи 40 ГПК РФ, часть 2 статьи 46 АПК РФ), а в части исковых требований к соответчикам, в отношении которых обязательный досудебный порядок не соблюден, подлежит оставлению без рассмотрения на основании абзаца второго статьи 222 ГПК РФ или пункта 2 части 1 статьи 148 АПК РФ.</w:t>
      </w:r>
    </w:p>
    <w:p>
      <w:pPr>
        <w:widowControl/>
        <w:spacing w:after="280" w:line="312" w:lineRule="auto"/>
        <w:ind w:firstLine="567"/>
        <w:jc w:val="both"/>
      </w:pPr>
      <w:r>
        <w:rPr>
          <w:rFonts w:ascii="Inter" w:hAnsi="Inter"/>
          <w:color w:val="655D50"/>
          <w:sz w:val="24"/>
        </w:rPr>
        <w:t>Вместе с тем при невозможности рассмотрения дела без участия всех ответчиков исковые требования потерпевшего подлежат оставлению без рассмотрения (часть 3 статьи 40, абзац второй статьи 222 ГПК РФ и часть 5 статьи 46, пункт 2 части 1 статьи 148 АПК РФ).</w:t>
      </w:r>
    </w:p>
    <w:p>
      <w:pPr>
        <w:widowControl/>
        <w:spacing w:after="280" w:line="312" w:lineRule="auto"/>
        <w:ind w:firstLine="567"/>
        <w:jc w:val="both"/>
      </w:pPr>
      <w:r>
        <w:rPr>
          <w:rFonts w:ascii="Inter" w:hAnsi="Inter"/>
          <w:color w:val="655D50"/>
          <w:sz w:val="24"/>
        </w:rPr>
        <w:t>114. Если потерпевший не обращался в страховую организацию с заявлением о страховой выплате или прямом возмещении убытков (абзац второй пункта 2 статьи 11 Закона об ОСАГО), то при предъявлении потерпевшим иска непосредственно к причинителю вреда суд в силу части 3 статьи 40 ГПК РФ и части 6 статьи 46 АПК РФ обязан привлечь к участию в деле в качестве ответчика страховую организацию, к которой в соответствии с Законом об ОСАГО потерпевший имеет право обратиться с заявлением о страховой выплате или прямом возмещении убытков (абзац второй пункта 2 статьи 11 Закона об ОСАГО). Исковые требования как к страховщику, так и к причинителю вреда в этом случае подлежат оставлению без рассмотрения на основании абзаца второго статьи 222 ГПК РФ и пункта 2 части 1 статьи 148 АПК РФ.</w:t>
      </w:r>
    </w:p>
    <w:p>
      <w:pPr>
        <w:widowControl/>
        <w:spacing w:after="280" w:line="312" w:lineRule="auto"/>
        <w:ind w:firstLine="567"/>
        <w:jc w:val="both"/>
      </w:pPr>
      <w:r>
        <w:rPr>
          <w:rFonts w:ascii="Inter" w:hAnsi="Inter"/>
          <w:color w:val="655D50"/>
          <w:sz w:val="24"/>
        </w:rPr>
        <w:t>Если потерпевший обращался в страховую организацию с заявлением о страховой выплате или прямом возмещении убытков (абзац второй пункта 2 статьи 11 Закона об ОСАГО), в отношении которой им был соблюден обязательный досудебный порядок урегулирования спора, то при предъявлении им иска непосредственно к причинителю вреда суд в силу части 1 статьи 43 ГПК РФ и части 1 статьи 51 АПК РФ обязан привлечь к участию в деле в качестве третьего лица страховую организацию. В этом случае суд в целях определения суммы ущерба, подлежащего возмещению причинителем вреда, определяет разницу между фактическим размером ущерба и надлежащим размером страхового возмещения, подлежавшим выплате страховщиком.</w:t>
      </w:r>
    </w:p>
    <w:p>
      <w:pPr>
        <w:widowControl/>
        <w:spacing w:after="280" w:line="312" w:lineRule="auto"/>
        <w:ind w:firstLine="567"/>
        <w:jc w:val="both"/>
      </w:pPr>
      <w:r>
        <w:rPr>
          <w:rFonts w:ascii="Inter" w:hAnsi="Inter"/>
          <w:color w:val="655D50"/>
          <w:sz w:val="24"/>
        </w:rPr>
        <w:t>Правила об обязательном досудебном порядке урегулирования спора применяются и в случае замены ответчика - причинителя вреда на страховую компанию в соответствии со статьей 41 ГПК РФ и статьей 47 АПК РФ.</w:t>
      </w:r>
    </w:p>
    <w:p>
      <w:pPr>
        <w:widowControl/>
        <w:spacing w:after="280" w:line="312" w:lineRule="auto"/>
        <w:ind w:firstLine="567"/>
        <w:jc w:val="both"/>
      </w:pPr>
      <w:r>
        <w:rPr>
          <w:rFonts w:ascii="Inter" w:hAnsi="Inter"/>
          <w:color w:val="655D50"/>
          <w:sz w:val="24"/>
        </w:rPr>
        <w:t>115. Соблюдения досудебного порядка урегулирования спора при подаче встречного иска не требуется, поскольку встречный иск предъявляется после возбуждения производства по делу и соблюдение такого порядка не будет способствовать достижению целей досудебного урегулирования (статья 138 ГПК РФ, часть 3 статьи 132 АПК РФ).</w:t>
      </w:r>
    </w:p>
    <w:p>
      <w:pPr>
        <w:widowControl/>
        <w:spacing w:after="280" w:line="312" w:lineRule="auto"/>
        <w:ind w:firstLine="567"/>
        <w:jc w:val="both"/>
      </w:pPr>
      <w:r>
        <w:rPr>
          <w:rFonts w:ascii="Inter" w:hAnsi="Inter"/>
          <w:color w:val="655D50"/>
          <w:sz w:val="24"/>
        </w:rPr>
        <w:t>116. Суд первой инстанции или суд апелляционной инстанции, рассматривающий дело по правилам суда первой инстанции, удовлетворяет ходатайство страховщика об оставлении иска без рассмотрения в связи с несоблюдением истцом досудебного порядка урегулирования спора, если оно подано не позднее дня представления страховщиком первого заявления по существу спора и им выражено намерение его урегулировать, а также если на момент подачи данного ходатайства не истек установленный законом срок досудебного урегулирования и отсутствует ответ на обращение либо иной документ, подтверждающий соблюдение такого урегулирования (пункт 5 части 1 статьи 148, часть 5 статьи 159 АПК РФ, часть 4 статьи 1, статья 222 ГПК РФ).</w:t>
      </w:r>
    </w:p>
    <w:p>
      <w:pPr>
        <w:widowControl/>
        <w:spacing w:after="280" w:line="312" w:lineRule="auto"/>
        <w:ind w:firstLine="567"/>
        <w:jc w:val="both"/>
      </w:pPr>
      <w:r>
        <w:rPr>
          <w:rFonts w:ascii="Inter" w:hAnsi="Inter"/>
          <w:color w:val="655D50"/>
          <w:sz w:val="24"/>
        </w:rPr>
        <w:t>Довод о несоблюдении истцом досудебного порядка урегулирования спора не может являться основанием для отмены судебных актов в суде апелляционной или кассационной инстанции, поскольку иное противоречило бы целям досудебного урегулирования споров (статьи 327.1, 328, 330, 379.6 и 379.7 ГПК РФ, статьи 268 - 270, 286 - 288 АПК РФ).</w:t>
      </w:r>
    </w:p>
    <w:p>
      <w:pPr>
        <w:widowControl/>
        <w:spacing w:after="280" w:line="312" w:lineRule="auto"/>
        <w:ind w:firstLine="567"/>
        <w:jc w:val="both"/>
      </w:pPr>
      <w:r>
        <w:rPr>
          <w:rFonts w:ascii="Inter" w:hAnsi="Inter"/>
          <w:color w:val="655D50"/>
          <w:sz w:val="24"/>
        </w:rPr>
        <w:t>117. Дела по спорам, возникающим из договора обязательного страхования гражданской ответственности владельцев транспортных средств (граждан, организаций, органов государственной власти, органов местного самоуправления) и не связанным с осуществлением ими предпринимательской и иной экономической деятельности, подлежат рассмотрению судами общей юрисдикции (пункт 1 части 1 и часть 3 статьи 22 ГПК РФ).</w:t>
      </w:r>
    </w:p>
    <w:p>
      <w:pPr>
        <w:widowControl/>
        <w:spacing w:after="280" w:line="312" w:lineRule="auto"/>
        <w:ind w:firstLine="567"/>
        <w:jc w:val="both"/>
      </w:pPr>
      <w:r>
        <w:rPr>
          <w:rFonts w:ascii="Inter" w:hAnsi="Inter"/>
          <w:color w:val="655D50"/>
          <w:sz w:val="24"/>
        </w:rPr>
        <w:t>При этом дела по имущественным спорам при цене иска, не превышающей пятидесяти тысяч рублей на день подачи заявления, а по спорам, возникающим в сфере защиты прав потребителей, - не превышающей ста тысяч рублей, подсудны мировому судье (пункты 4 и 5 части 1 статьи 23 ГПК РФ).</w:t>
      </w:r>
    </w:p>
    <w:p>
      <w:pPr>
        <w:widowControl/>
        <w:spacing w:after="280" w:line="312" w:lineRule="auto"/>
        <w:ind w:firstLine="567"/>
        <w:jc w:val="both"/>
      </w:pPr>
      <w:r>
        <w:rPr>
          <w:rFonts w:ascii="Inter" w:hAnsi="Inter"/>
          <w:color w:val="655D50"/>
          <w:sz w:val="24"/>
        </w:rPr>
        <w:t>Дела по имущественным спорам при цене иска, превышающей указанный выше размер на день подачи заявления, а также дела по искам, не подлежащим оценке (например, о нарушении права потребителя на достоверную информацию), подсудны районному суду (статья 24 ГПК РФ).</w:t>
      </w:r>
    </w:p>
    <w:p>
      <w:pPr>
        <w:widowControl/>
        <w:spacing w:after="280" w:line="312" w:lineRule="auto"/>
        <w:ind w:firstLine="567"/>
        <w:jc w:val="both"/>
      </w:pPr>
      <w:r>
        <w:rPr>
          <w:rFonts w:ascii="Inter" w:hAnsi="Inter"/>
          <w:color w:val="655D50"/>
          <w:sz w:val="24"/>
        </w:rPr>
        <w:t>В случае, если одновременно с требованием имущественного характера, подсудным мировому судье, заявлено производное от него требование о компенсации морального вреда, то такие дела подсудны мировому судье.</w:t>
      </w:r>
    </w:p>
    <w:p>
      <w:pPr>
        <w:widowControl/>
        <w:spacing w:after="280" w:line="312" w:lineRule="auto"/>
        <w:ind w:firstLine="567"/>
        <w:jc w:val="both"/>
      </w:pPr>
      <w:r>
        <w:rPr>
          <w:rFonts w:ascii="Inter" w:hAnsi="Inter"/>
          <w:color w:val="655D50"/>
          <w:sz w:val="24"/>
        </w:rPr>
        <w:t>Если после увеличения исковых требований или при предъявлении встречного иска новые требования частично или полностью подсудны районному суду, все требования подлежат рассмотрению в районном суде. В этом случае мировой судья выносит определение о передаче дела в районный суд (часть 3 статьи 23 ГПК РФ).</w:t>
      </w:r>
    </w:p>
    <w:p>
      <w:pPr>
        <w:widowControl/>
        <w:spacing w:after="280" w:line="312" w:lineRule="auto"/>
        <w:ind w:firstLine="567"/>
        <w:jc w:val="both"/>
      </w:pPr>
      <w:r>
        <w:rPr>
          <w:rFonts w:ascii="Inter" w:hAnsi="Inter"/>
          <w:color w:val="655D50"/>
          <w:sz w:val="24"/>
        </w:rPr>
        <w:t>Обращение страховщика в случае его несогласия с решением финансового уполномоченного подлежит рассмотрению районным судом в порядке гражданского судопроизводства независимо от субъектного состава лиц, участвующих в деле (часть 4 статьи 1, статьи 23 и 24 ГПК РФ, статья 26 Закона о финансовом уполномоченном).</w:t>
      </w:r>
    </w:p>
    <w:p>
      <w:pPr>
        <w:widowControl/>
        <w:spacing w:after="280" w:line="312" w:lineRule="auto"/>
        <w:ind w:firstLine="567"/>
        <w:jc w:val="both"/>
      </w:pPr>
      <w:r>
        <w:rPr>
          <w:rFonts w:ascii="Inter" w:hAnsi="Inter"/>
          <w:color w:val="655D50"/>
          <w:sz w:val="24"/>
        </w:rPr>
        <w:t>118. Дела по спорам, возникающим из договора обязательного страхования гражданской ответственности владельцев транспортных средств и связанным с осуществлением предпринимательской и иной экономической деятельности юридическими лицами и индивидуальными предпринимателями, подлежат рассмотрению арбитражным судом (часть 1 статьи 27, статья 28 АПК РФ).</w:t>
      </w:r>
    </w:p>
    <w:p>
      <w:pPr>
        <w:widowControl/>
        <w:spacing w:after="280" w:line="312" w:lineRule="auto"/>
        <w:ind w:firstLine="567"/>
        <w:jc w:val="both"/>
      </w:pPr>
      <w:r>
        <w:rPr>
          <w:rFonts w:ascii="Inter" w:hAnsi="Inter"/>
          <w:color w:val="655D50"/>
          <w:sz w:val="24"/>
        </w:rPr>
        <w:t>119. Дела по спорам, связанным с обязательным страхованием гражданской ответственности владельцев транспортных средств, рассматриваются по общему правилу территориальной подсудности по месту нахождения ответчика (статья 28 ГПК РФ, статья 35 АПК РФ).</w:t>
      </w:r>
    </w:p>
    <w:p>
      <w:pPr>
        <w:widowControl/>
        <w:spacing w:after="280" w:line="312" w:lineRule="auto"/>
        <w:ind w:firstLine="567"/>
        <w:jc w:val="both"/>
      </w:pPr>
      <w:r>
        <w:rPr>
          <w:rFonts w:ascii="Inter" w:hAnsi="Inter"/>
          <w:color w:val="655D50"/>
          <w:sz w:val="24"/>
        </w:rPr>
        <w:t>Иск к страховой организации может быть предъявлен также по месту нахождения филиала или представительства, заключившего договор обязательного страхования, или по месту нахождения филиала или представительства, принявшего заявление об осуществлении страховой выплаты (часть 2 статьи 29 ГПК РФ и часть 5 статьи 36 АПК РФ).</w:t>
      </w:r>
    </w:p>
    <w:p>
      <w:pPr>
        <w:widowControl/>
        <w:spacing w:after="280" w:line="312" w:lineRule="auto"/>
        <w:ind w:firstLine="567"/>
        <w:jc w:val="both"/>
      </w:pPr>
      <w:r>
        <w:rPr>
          <w:rFonts w:ascii="Inter" w:hAnsi="Inter"/>
          <w:color w:val="655D50"/>
          <w:sz w:val="24"/>
        </w:rPr>
        <w:t>При этом иски по спорам о защите прав потребителя, являющегося страхователем, выгодоприобретателем по договору обязательного страхования гражданской ответственности владельцев транспортных средств, могут также предъявляться в суд по месту жительства или по месту пребывания истца либо по месту заключения или месту исполнения договора (часть 7 статьи 29 ГПК РФ).</w:t>
      </w:r>
    </w:p>
    <w:p>
      <w:pPr>
        <w:widowControl/>
        <w:spacing w:after="280" w:line="312" w:lineRule="auto"/>
        <w:ind w:firstLine="567"/>
        <w:jc w:val="both"/>
      </w:pPr>
      <w:r>
        <w:rPr>
          <w:rFonts w:ascii="Inter" w:hAnsi="Inter"/>
          <w:color w:val="655D50"/>
          <w:sz w:val="24"/>
        </w:rPr>
        <w:t>Иски по спорам, связанным с компенсационными выплатами, подлежат рассмотрению по общим правилам территориальной подсудности - по месту нахождения профессионального объединения страховщиков либо по месту нахождения его филиала или представительства.</w:t>
      </w:r>
    </w:p>
    <w:p>
      <w:pPr>
        <w:widowControl/>
        <w:spacing w:after="280" w:line="312" w:lineRule="auto"/>
        <w:ind w:firstLine="567"/>
        <w:jc w:val="both"/>
      </w:pPr>
      <w:r>
        <w:rPr>
          <w:rFonts w:ascii="Inter" w:hAnsi="Inter"/>
          <w:color w:val="655D50"/>
          <w:sz w:val="24"/>
        </w:rPr>
        <w:t>120. Обращение страховщика в случае его несогласия с решением финансового уполномоченного подлежит рассмотрению по месту жительства потерпевшего - потребителя финансовых услуг (часть 7 статьи 29 ГПК РФ). Если потерпевшим - потребителем финансовых услуг является иностранное лицо, то обращение страховщика подлежит рассмотрению по месту жительства такого потерпевшего на территории Российской Федерации, а в случае его отсутствия по месту урегулирования страхового случая (статья 402 и часть 7 статьи 29 ГПК РФ, статья 2 Федерального закона от 18 июля 2006 года № 109-ФЗ "О миграционном учете иностранных граждан и лиц без гражданства в Российской Федерации").</w:t>
      </w:r>
    </w:p>
    <w:p>
      <w:pPr>
        <w:widowControl/>
        <w:spacing w:after="280" w:line="312" w:lineRule="auto"/>
        <w:ind w:firstLine="567"/>
        <w:jc w:val="both"/>
      </w:pPr>
      <w:r>
        <w:rPr>
          <w:rFonts w:ascii="Inter" w:hAnsi="Inter"/>
          <w:color w:val="655D50"/>
          <w:sz w:val="24"/>
        </w:rPr>
        <w:t>После принятия судом дела к производству оно может быть передано в другой суд по основаниям, предусмотренным статьей 33 ГПК РФ.</w:t>
      </w:r>
    </w:p>
    <w:p>
      <w:pPr>
        <w:widowControl/>
        <w:spacing w:after="280" w:line="312" w:lineRule="auto"/>
        <w:ind w:firstLine="567"/>
        <w:jc w:val="both"/>
      </w:pPr>
      <w:r>
        <w:rPr>
          <w:rFonts w:ascii="Inter" w:hAnsi="Inter"/>
          <w:color w:val="655D50"/>
          <w:sz w:val="24"/>
        </w:rPr>
        <w:t>121. Если при рассмотрении спора между потребителем финансовых услуг и страховщиком судом установлено, что в производстве другого суда имеется заявление страховщика об обжаловании решения финансового уполномоченного, суд вправе приостановить производство по делу до разрешения спора, возбужденного ранее (абзац пятый статьи 215 ГПК РФ, пункт 1 части 1 статьи 143 АПК РФ).</w:t>
      </w:r>
    </w:p>
    <w:p>
      <w:pPr>
        <w:widowControl/>
        <w:spacing w:after="280" w:line="312" w:lineRule="auto"/>
        <w:ind w:firstLine="567"/>
        <w:jc w:val="both"/>
      </w:pPr>
      <w:r>
        <w:rPr>
          <w:rFonts w:ascii="Inter" w:hAnsi="Inter"/>
          <w:color w:val="655D50"/>
          <w:sz w:val="24"/>
        </w:rPr>
        <w:t>122. В случае несогласия с вступившим в силу решением финансового уполномоченного потребитель финансовых услуг вправе в течение тридцати дней после дня вступления в силу указанного решения обратиться с иском непосредственно к страховщику в порядке гражданского судопроизводства (пункт 3 части 1, часть 3 статьи 25 Закона о финансовом уполномоченном) в районный суд или к мировому судье в зависимости от цены иска.</w:t>
      </w:r>
    </w:p>
    <w:p>
      <w:pPr>
        <w:widowControl/>
        <w:spacing w:after="280" w:line="312" w:lineRule="auto"/>
        <w:ind w:firstLine="567"/>
        <w:jc w:val="both"/>
      </w:pPr>
      <w:r>
        <w:rPr>
          <w:rFonts w:ascii="Inter" w:hAnsi="Inter"/>
          <w:color w:val="655D50"/>
          <w:sz w:val="24"/>
        </w:rPr>
        <w:t>В случае несогласия с решением финансового уполномоченного страховщик вправе в течение десяти рабочих дней после дня вступления в силу решения финансового уполномоченного обратиться в суд в порядке, установленном гражданским процессуальным законодательством (часть 1 статьи 26 Закона о финансовом уполномоченном). Рассмотрение таких требований страховщика производится судами общей юрисдикции по общим правилам производства в суде первой инстанции (подраздел II раздела II ГПК РФ).</w:t>
      </w:r>
    </w:p>
    <w:p>
      <w:pPr>
        <w:widowControl/>
        <w:spacing w:after="280" w:line="312" w:lineRule="auto"/>
        <w:ind w:firstLine="567"/>
        <w:jc w:val="both"/>
      </w:pPr>
      <w:r>
        <w:rPr>
          <w:rFonts w:ascii="Inter" w:hAnsi="Inter"/>
          <w:color w:val="655D50"/>
          <w:sz w:val="24"/>
        </w:rPr>
        <w:t>123. Тридцатидневный срок для обращения в суд за разрешением спора в случае несогласия потребителя финансовой услуги с вступившим в силу решением финансового уполномоченного (часть 3 статьи 25 Закона о финансовом уполномоченном), а также десятидневный срок для обжалования страховщиком вступившего в силу решения финансового уполномоченного (часть 1 статьи 26 Закона о финансовом уполномоченном) является процессуальным и может быть восстановлен судьей в соответствии со статьей 112 ГПК РФ и статьей 117 АПК РФ при наличии уважительных причин пропуска этого срока.</w:t>
      </w:r>
    </w:p>
    <w:p>
      <w:pPr>
        <w:widowControl/>
        <w:spacing w:after="280" w:line="312" w:lineRule="auto"/>
        <w:ind w:firstLine="567"/>
        <w:jc w:val="both"/>
      </w:pPr>
      <w:r>
        <w:rPr>
          <w:rFonts w:ascii="Inter" w:hAnsi="Inter"/>
          <w:color w:val="655D50"/>
          <w:sz w:val="24"/>
        </w:rPr>
        <w:t>К данному процессуальному сроку, исчисляемому в днях, применяются положения части 3 статьи 107 ГПК РФ и положения части 3 статьи 113 АПК РФ об исключении нерабочих дней.</w:t>
      </w:r>
    </w:p>
    <w:p>
      <w:pPr>
        <w:widowControl/>
        <w:spacing w:after="280" w:line="312" w:lineRule="auto"/>
        <w:ind w:firstLine="567"/>
        <w:jc w:val="both"/>
      </w:pPr>
      <w:r>
        <w:rPr>
          <w:rFonts w:ascii="Inter" w:hAnsi="Inter"/>
          <w:color w:val="655D50"/>
          <w:sz w:val="24"/>
        </w:rPr>
        <w:t>124. Поскольку вопрос о принятии искового заявления либо о его возвращении в соответствии со статьями 133 и 135 ГПК РФ разрешается судьей единолично и без судебного заседания, то вопрос о восстановлении указанного выше тридцатидневного срока для обращения потребителя финансовых услуг в суд либо десятидневного срока для обращения в суд страховщиком при наличии соответствующего заявления разрешается судьей также единолично и без судебного заседания.</w:t>
      </w:r>
    </w:p>
    <w:p>
      <w:pPr>
        <w:widowControl/>
        <w:spacing w:after="280" w:line="312" w:lineRule="auto"/>
        <w:ind w:firstLine="567"/>
        <w:jc w:val="both"/>
      </w:pPr>
      <w:r>
        <w:rPr>
          <w:rFonts w:ascii="Inter" w:hAnsi="Inter"/>
          <w:color w:val="655D50"/>
          <w:sz w:val="24"/>
        </w:rPr>
        <w:t>При отказе в удовлетворении ходатайства о восстановлении пропущенного срока судья в том же определении указывает на возврат соответствующего искового заявления в связи с истечением срока на обращение в суд (статья 109 ГПК РФ, статья 115 АПК РФ).</w:t>
      </w:r>
    </w:p>
    <w:p>
      <w:pPr>
        <w:widowControl/>
        <w:spacing w:after="280" w:line="312" w:lineRule="auto"/>
        <w:ind w:firstLine="567"/>
        <w:jc w:val="both"/>
      </w:pPr>
      <w:r>
        <w:rPr>
          <w:rFonts w:ascii="Inter" w:hAnsi="Inter"/>
          <w:color w:val="655D50"/>
          <w:sz w:val="24"/>
        </w:rPr>
        <w:t>На определение о восстановлении срока и на определение об отказе в его восстановлении может быть подана частная жалоба (часть 4 статьи 1 и часть 5 статьи 112 ГПК РФ, часть 5 статьи 3 и часть 6 статьи 117 АПК РФ).</w:t>
      </w:r>
    </w:p>
    <w:p>
      <w:pPr>
        <w:widowControl/>
        <w:spacing w:after="280" w:line="312" w:lineRule="auto"/>
        <w:ind w:firstLine="567"/>
        <w:jc w:val="both"/>
      </w:pPr>
      <w:r>
        <w:rPr>
          <w:rFonts w:ascii="Inter" w:hAnsi="Inter"/>
          <w:color w:val="655D50"/>
          <w:sz w:val="24"/>
        </w:rPr>
        <w:t>125. При обращении потерпевшего или страховщика в суд по истечении установленного соответственно частью 3 статьи 25 или частью 1 статьи 26 Закона о финансовом уполномоченном срока, если в заявлении либо в отдельном ходатайстве не содержится просьба о восстановлении этого срока, заявление подлежит возвращению судом в связи с пропуском указанного срока (часть 2 статьи 109 ГПК РФ, часть 2 статьи 115 АПК РФ).</w:t>
      </w:r>
    </w:p>
    <w:p>
      <w:pPr>
        <w:widowControl/>
        <w:spacing w:after="280" w:line="312" w:lineRule="auto"/>
        <w:ind w:firstLine="567"/>
        <w:jc w:val="both"/>
      </w:pPr>
      <w:r>
        <w:rPr>
          <w:rFonts w:ascii="Inter" w:hAnsi="Inter"/>
          <w:color w:val="655D50"/>
          <w:sz w:val="24"/>
        </w:rPr>
        <w:t>Возвращение судьей заявления или оставление его судом без рассмотрения не препятствует потребителю финансовых услуг или страховщику вновь обратиться в суд с ходатайством о восстановлении пропущенного процессуального срока с указанием уважительных причин его пропуска.</w:t>
      </w:r>
    </w:p>
    <w:p>
      <w:pPr>
        <w:widowControl/>
        <w:spacing w:after="280" w:line="312" w:lineRule="auto"/>
        <w:ind w:firstLine="567"/>
        <w:jc w:val="both"/>
      </w:pPr>
      <w:r>
        <w:rPr>
          <w:rFonts w:ascii="Inter" w:hAnsi="Inter"/>
          <w:color w:val="655D50"/>
          <w:sz w:val="24"/>
        </w:rPr>
        <w:t>126. При разрешении спора между потерпевшим, не согласным с решением финансового уполномоченного, и страховщиком финансовый уполномоченный в качестве ответчика или третьего лица не привлекается, однако может направить письменные объяснения по существу принятого им решения.</w:t>
      </w:r>
    </w:p>
    <w:p>
      <w:pPr>
        <w:widowControl/>
        <w:spacing w:after="280" w:line="312" w:lineRule="auto"/>
        <w:ind w:firstLine="567"/>
        <w:jc w:val="both"/>
      </w:pPr>
      <w:r>
        <w:rPr>
          <w:rFonts w:ascii="Inter" w:hAnsi="Inter"/>
          <w:color w:val="655D50"/>
          <w:sz w:val="24"/>
        </w:rPr>
        <w:t>При рассмотрении судом заявления страховщика, не согласного с решением финансового уполномоченного, страховщик участвует в деле в качестве заявителя, финансовый уполномоченный и потребитель финансовых услуг привлекаются к участию в деле в качестве заинтересованных лиц (часть 4 статьи 1 ГПК РФ, часть 5 статьи 3 АПК РФ).</w:t>
      </w:r>
    </w:p>
    <w:p>
      <w:pPr>
        <w:widowControl/>
        <w:spacing w:after="280" w:line="312" w:lineRule="auto"/>
        <w:ind w:firstLine="567"/>
        <w:jc w:val="both"/>
      </w:pPr>
      <w:r>
        <w:rPr>
          <w:rFonts w:ascii="Inter" w:hAnsi="Inter"/>
          <w:color w:val="655D50"/>
          <w:sz w:val="24"/>
        </w:rPr>
        <w:t>127. Суд при подготовке дела по иску потерпевшего - потребителя финансовых услуг к судебному разбирательству извещает финансового уполномоченного о принятии судом иска к производству, направляет ему копию искового заявления с приложенными материалами (часть 3 статьи 25 Закона о финансовом уполномоченном) и истребует у финансового уполномоченного копии материалов, положенных в основу его решения.</w:t>
      </w:r>
    </w:p>
    <w:p>
      <w:pPr>
        <w:widowControl/>
        <w:spacing w:after="280" w:line="312" w:lineRule="auto"/>
        <w:ind w:firstLine="567"/>
        <w:jc w:val="both"/>
      </w:pPr>
      <w:r>
        <w:rPr>
          <w:rFonts w:ascii="Inter" w:hAnsi="Inter"/>
          <w:color w:val="655D50"/>
          <w:sz w:val="24"/>
        </w:rPr>
        <w:t>По требованиям о возмещении вреда, причиненного жизни или здоровью гражданина в результате имевшего место страхового случая (дорожно-транспортного происшествия), прокурор участвует в деле на основании части 3 статьи 45 ГПК РФ.</w:t>
      </w:r>
    </w:p>
    <w:p>
      <w:pPr>
        <w:widowControl/>
        <w:spacing w:after="280" w:line="312" w:lineRule="auto"/>
        <w:ind w:firstLine="567"/>
        <w:jc w:val="both"/>
      </w:pPr>
      <w:r>
        <w:rPr>
          <w:rFonts w:ascii="Inter" w:hAnsi="Inter"/>
          <w:color w:val="655D50"/>
          <w:sz w:val="24"/>
        </w:rPr>
        <w:t>128. При подготовке дела по обращению страховщика, не согласного с решением финансового уполномоченного, копия заявления страховщика подлежит направлению финансовому уполномоченному, рассматривавшему дело, и потерпевшему, в отношении обращения которого принято решение финансового уполномоченного, в течение одного дня со дня принятия судом заявления к рассмотрению (часть 1 статьи 26 Закона о финансовом уполномоченном, статья 133 ГПК РФ). Судья также истребует у финансового уполномоченного копии материалов, положенных в основу его решения.</w:t>
      </w:r>
    </w:p>
    <w:p>
      <w:pPr>
        <w:widowControl/>
        <w:spacing w:after="280" w:line="312" w:lineRule="auto"/>
        <w:ind w:firstLine="567"/>
        <w:jc w:val="both"/>
      </w:pPr>
      <w:r>
        <w:rPr>
          <w:rFonts w:ascii="Inter" w:hAnsi="Inter"/>
          <w:color w:val="655D50"/>
          <w:sz w:val="24"/>
        </w:rPr>
        <w:t>Страховщик, потерпевший и финансовый уполномоченный, рассмотревший дело, извещаются о месте и времени судебного заседания, однако их неявка не является препятствием для рассмотрения дела.</w:t>
      </w:r>
    </w:p>
    <w:p>
      <w:pPr>
        <w:widowControl/>
        <w:spacing w:after="280" w:line="312" w:lineRule="auto"/>
        <w:ind w:firstLine="567"/>
        <w:jc w:val="both"/>
      </w:pPr>
      <w:r>
        <w:rPr>
          <w:rFonts w:ascii="Inter" w:hAnsi="Inter"/>
          <w:color w:val="655D50"/>
          <w:sz w:val="24"/>
        </w:rPr>
        <w:t>129. По ходатайству потерпевшего или страховой организации суд вправе при необходимости приостановить исполнение решения финансового уполномоченного, о чем выносит соответствующее определение, и направляет копии определения лицам, участвующим в деле, и финансовому уполномоченному.</w:t>
      </w:r>
    </w:p>
    <w:p>
      <w:pPr>
        <w:widowControl/>
        <w:spacing w:after="280" w:line="312" w:lineRule="auto"/>
        <w:ind w:firstLine="567"/>
        <w:jc w:val="both"/>
      </w:pPr>
      <w:r>
        <w:rPr>
          <w:rFonts w:ascii="Inter" w:hAnsi="Inter"/>
          <w:color w:val="655D50"/>
          <w:sz w:val="24"/>
        </w:rPr>
        <w:t>Исполнение решения финансового уполномоченного может быть приостановлено самим финансовым уполномоченным по ходатайству страховой организации при обращении этой организации в суд с заявлением об обжаловании решения финансового уполномоченного (часть 2 статьи 26 Закона о финансовом уполномоченном).</w:t>
      </w:r>
    </w:p>
    <w:p>
      <w:pPr>
        <w:widowControl/>
        <w:spacing w:after="280" w:line="312" w:lineRule="auto"/>
        <w:ind w:firstLine="567"/>
        <w:jc w:val="both"/>
      </w:pPr>
      <w:r>
        <w:rPr>
          <w:rFonts w:ascii="Inter" w:hAnsi="Inter"/>
          <w:color w:val="655D50"/>
          <w:sz w:val="24"/>
        </w:rPr>
        <w:t>130. Если при рассмотрении обращения потерпевшего финансовым уполномоченным было организовано и проведено экспертное исследование, то вопрос о необходимости назначения судебной экспертизы по тем же вопросам разрешается судом применительно к положениям статьи 87 ГПК РФ о назначении дополнительной или повторной экспертизы, в связи с чем на сторону, ходатайствующую о назначении судебной экспертизы, должна быть возложена обязанность обосновать необходимость ее проведения. Несогласие заявителя с результатом организованного финансовым уполномоченным экспертного исследования, наличие нескольких экспертных исследований, организованных заинтересованными сторонами, безусловными основаниями для назначения судебной экспертизы не являются.</w:t>
      </w:r>
    </w:p>
    <w:p>
      <w:pPr>
        <w:widowControl/>
        <w:spacing w:after="280" w:line="312" w:lineRule="auto"/>
        <w:ind w:firstLine="567"/>
        <w:jc w:val="both"/>
      </w:pPr>
      <w:r>
        <w:rPr>
          <w:rFonts w:ascii="Inter" w:hAnsi="Inter"/>
          <w:color w:val="655D50"/>
          <w:sz w:val="24"/>
        </w:rPr>
        <w:t>131. В случае несогласия суда с отказом финансового уполномоченного в удовлетворении требований потерпевшего или с размером удовлетворенных финансовым уполномоченным требований потребителя финансовых услуг суд изменяет решение финансового уполномоченного и взыскивает соответствующую сумму страхового возмещения или возлагает на ответчика обязанность совершить определенные действия.</w:t>
      </w:r>
    </w:p>
    <w:p>
      <w:pPr>
        <w:widowControl/>
        <w:spacing w:after="280" w:line="312" w:lineRule="auto"/>
        <w:ind w:firstLine="567"/>
        <w:jc w:val="both"/>
      </w:pPr>
      <w:r>
        <w:rPr>
          <w:rFonts w:ascii="Inter" w:hAnsi="Inter"/>
          <w:color w:val="655D50"/>
          <w:sz w:val="24"/>
        </w:rPr>
        <w:t>В случае взыскания судом дополнительных денежных сумм по отношению к тем, которые взысканы решением финансового уполномоченного, решение финансового уполномоченного и решение суда исполняются самостоятельно в установленном для этого порядке.</w:t>
      </w:r>
    </w:p>
    <w:p>
      <w:pPr>
        <w:widowControl/>
        <w:spacing w:after="280" w:line="312" w:lineRule="auto"/>
        <w:ind w:firstLine="567"/>
        <w:jc w:val="both"/>
      </w:pPr>
      <w:r>
        <w:rPr>
          <w:rFonts w:ascii="Inter" w:hAnsi="Inter"/>
          <w:color w:val="655D50"/>
          <w:sz w:val="24"/>
        </w:rPr>
        <w:t>132. В том случае, когда суд при рассмотрении заявления страховщика, не согласного с решением финансового уполномоченного, придет к выводу о необоснованности удовлетворенных финансовым уполномоченным требований потерпевшего, суд указывает на это в мотивировочной части решения и отменяет решение финансового уполномоченного. Если суд придет к выводу о том, что финансовым уполномоченным требования потерпевшего удовлетворены в большем, чем это положено по закону, объеме либо размер неустойки, финансовой санкции подлежит снижению на основании статьи 333 ГК РФ, суд изменяет решение финансового уполномоченного в соответствующей части.</w:t>
      </w:r>
    </w:p>
    <w:p>
      <w:pPr>
        <w:widowControl/>
        <w:spacing w:after="280" w:line="312" w:lineRule="auto"/>
        <w:ind w:firstLine="567"/>
        <w:jc w:val="both"/>
      </w:pPr>
      <w:r>
        <w:rPr>
          <w:rFonts w:ascii="Inter" w:hAnsi="Inter"/>
          <w:color w:val="655D50"/>
          <w:sz w:val="24"/>
        </w:rPr>
        <w:t>При признании решения финансового уполномоченного законным и обоснованным суд отказывает в удовлетворении заявления страховщика.</w:t>
      </w:r>
    </w:p>
    <w:p>
      <w:pPr>
        <w:widowControl/>
        <w:spacing w:after="280" w:line="312" w:lineRule="auto"/>
        <w:ind w:firstLine="567"/>
        <w:jc w:val="both"/>
      </w:pPr>
      <w:r>
        <w:rPr>
          <w:rFonts w:ascii="Inter" w:hAnsi="Inter"/>
          <w:color w:val="655D50"/>
          <w:sz w:val="24"/>
        </w:rPr>
        <w:t>Копия решения суда в любом случае в обязательном порядке направляется финансовому уполномоченному.</w:t>
      </w:r>
    </w:p>
    <w:p>
      <w:pPr>
        <w:widowControl/>
        <w:spacing w:after="280" w:line="312" w:lineRule="auto"/>
        <w:ind w:firstLine="567"/>
        <w:jc w:val="both"/>
      </w:pPr>
      <w:r>
        <w:rPr>
          <w:rFonts w:ascii="Inter" w:hAnsi="Inter"/>
          <w:color w:val="655D50"/>
          <w:sz w:val="24"/>
        </w:rPr>
        <w:t>133. Стоимость независимой технической экспертизы и (или) независимой экспертизы (оценки), организованной потерпевшим в связи с неисполнением страховщиком обязанности по осмотру поврежденного транспортного средства и (или) организации соответствующей экспертизы страховщиком в установленный пунктом 11 статьи 12 Закона об ОСАГО срок, является убытками. Такие убытки подлежат возмещению страховщиком по договору обязательного страхования сверх предусмотренного Законом об ОСАГО размера страхового возмещения как в случае добровольного удовлетворения страховщиком требований потерпевшего, так и в случае удовлетворения их судом (статья 15 ГК РФ, пункт 14 статьи 12 Закона об ОСАГО).</w:t>
      </w:r>
    </w:p>
    <w:p>
      <w:pPr>
        <w:widowControl/>
        <w:spacing w:after="280" w:line="312" w:lineRule="auto"/>
        <w:ind w:firstLine="567"/>
        <w:jc w:val="both"/>
      </w:pPr>
      <w:r>
        <w:rPr>
          <w:rFonts w:ascii="Inter" w:hAnsi="Inter"/>
          <w:color w:val="655D50"/>
          <w:sz w:val="24"/>
        </w:rPr>
        <w:t>С момента оплаты стоимости указанной экспертизы на эту сумму расходов, понесенных потерпевшим, могут быть начислены проценты по правилам статьи 395 ГК РФ.</w:t>
      </w:r>
    </w:p>
    <w:p>
      <w:pPr>
        <w:widowControl/>
        <w:spacing w:after="280" w:line="312" w:lineRule="auto"/>
        <w:ind w:firstLine="567"/>
        <w:jc w:val="both"/>
      </w:pPr>
      <w:r>
        <w:rPr>
          <w:rFonts w:ascii="Inter" w:hAnsi="Inter"/>
          <w:color w:val="655D50"/>
          <w:sz w:val="24"/>
        </w:rPr>
        <w:t>134. Если потерпевший, не являющийся потребителем финансовых услуг, не согласившись с результатами проведенной страховщиком независимой технической экспертизы и (или) независимой экспертизы (оценки), самостоятельно организовал проведение независимой экспертизы до обращения в суд, то ее стоимость относится к судебным расходам и подлежит возмещению по правилам части 1 статьи 98 ГПК РФ и части 1 статьи 110 АПК РФ независимо от факта проведения по аналогичным вопросам судебной экспертизы.</w:t>
      </w:r>
    </w:p>
    <w:p>
      <w:pPr>
        <w:widowControl/>
        <w:spacing w:after="280" w:line="312" w:lineRule="auto"/>
        <w:ind w:firstLine="567"/>
        <w:jc w:val="both"/>
      </w:pPr>
      <w:r>
        <w:rPr>
          <w:rFonts w:ascii="Inter" w:hAnsi="Inter"/>
          <w:color w:val="655D50"/>
          <w:sz w:val="24"/>
        </w:rPr>
        <w:t>Поскольку финансовый уполномоченный вправе организовывать проведение независимой экспертизы (оценки) по предмету спора для решения вопросов, связанных с рассмотрением обращения (часть 10 статьи 20 Закона о финансовом уполномоченном), то расходы потребителя финансовых услуг на проведение независимой экспертизы, понесенные до вынесения финансовым уполномоченным решения по существу обращения потребителя, не могут быть признаны необходимыми и не подлежат взысканию со страховщика (статья 962 ГК РФ, абзац третий пункта 1 статьи 16.1 Закона об ОСАГО, часть 10 статьи 20 Закона о финансовом уполномоченном).</w:t>
      </w:r>
    </w:p>
    <w:p>
      <w:pPr>
        <w:widowControl/>
        <w:spacing w:after="280" w:line="312" w:lineRule="auto"/>
        <w:ind w:firstLine="567"/>
        <w:jc w:val="both"/>
      </w:pPr>
      <w:r>
        <w:rPr>
          <w:rFonts w:ascii="Inter" w:hAnsi="Inter"/>
          <w:color w:val="655D50"/>
          <w:sz w:val="24"/>
        </w:rPr>
        <w:t>Если названные расходы понесены потребителем финансовых услуг в связи с несогласием с решением финансового уполномоченного, то они могут быть взысканы по правилам части 1 статьи 98 ГПК РФ.</w:t>
      </w:r>
    </w:p>
    <w:p>
      <w:pPr>
        <w:widowControl/>
        <w:spacing w:after="280" w:line="312" w:lineRule="auto"/>
        <w:ind w:firstLine="567"/>
        <w:jc w:val="both"/>
      </w:pPr>
      <w:r>
        <w:rPr>
          <w:rFonts w:ascii="Inter" w:hAnsi="Inter"/>
          <w:color w:val="655D50"/>
          <w:sz w:val="24"/>
        </w:rPr>
        <w:t>135. Исходя из требований добросовестности (часть 1 статьи 35 ГПК РФ и часть 2 статьи 41 АПК РФ) расходы на оплату независимой технической экспертизы и (или) независимой экспертизы (оценки), понесенные потерпевшим, в пользу которого принят судебный акт, взыскиваются судом со страховщика в разумных пределах, под которыми следует понимать расходы, обычно взимаемые за аналогичные услуги (часть 1 статьи 100 ГПК РФ, часть 2 статьи 110 АПК РФ).</w:t>
      </w:r>
    </w:p>
    <w:p>
      <w:pPr>
        <w:widowControl/>
        <w:spacing w:after="280" w:line="312" w:lineRule="auto"/>
        <w:ind w:firstLine="567"/>
        <w:jc w:val="both"/>
      </w:pPr>
      <w:r>
        <w:rPr>
          <w:rFonts w:ascii="Inter" w:hAnsi="Inter"/>
          <w:color w:val="655D50"/>
          <w:sz w:val="24"/>
        </w:rPr>
        <w:t>Бремя доказывания того, что понесенные потерпевшим расходы являются завышенными, возлагается на страховщика (статья 56 ГПК РФ и статья 65 АПК РФ).</w:t>
      </w:r>
    </w:p>
    <w:p>
      <w:pPr>
        <w:widowControl/>
        <w:spacing w:after="280" w:line="312" w:lineRule="auto"/>
        <w:ind w:firstLine="567"/>
        <w:jc w:val="both"/>
      </w:pPr>
      <w:r>
        <w:rPr>
          <w:rFonts w:ascii="Inter" w:hAnsi="Inter"/>
          <w:color w:val="655D50"/>
          <w:sz w:val="24"/>
        </w:rPr>
        <w:t>136. При удовлетворении исковых требований к страховщику расходы, понесенные лицами, которым уступлено право требования потребителя финансовых услуг к страховщику, в связи с рассмотрением обращения финансовым уполномоченным, подлежат возмещению страховщиком в соответствии с положениями главы 7 ГПК РФ и главы 9 АПК РФ.</w:t>
      </w:r>
    </w:p>
    <w:p>
      <w:pPr>
        <w:widowControl/>
        <w:spacing w:after="280" w:line="312" w:lineRule="auto"/>
        <w:ind w:firstLine="567"/>
        <w:jc w:val="both"/>
      </w:pPr>
      <w:r>
        <w:rPr>
          <w:rFonts w:ascii="Inter" w:hAnsi="Inter"/>
          <w:color w:val="655D50"/>
          <w:sz w:val="24"/>
        </w:rPr>
        <w:t>137. С финансового уполномоченного не могут быть взысканы судебные расходы сторон, понесенные при оспаривании решения финансового уполномоченного, за исключением случаев вынесения им заведомо незаконного решения (часть 4 статьи 26 Закона о финансовом уполномоченном).</w:t>
      </w:r>
    </w:p>
    <w:p>
      <w:pPr>
        <w:widowControl/>
        <w:spacing w:after="280" w:line="312" w:lineRule="auto"/>
        <w:ind w:firstLine="567"/>
        <w:jc w:val="both"/>
      </w:pPr>
      <w:r>
        <w:rPr>
          <w:rFonts w:ascii="Inter" w:hAnsi="Inter"/>
          <w:color w:val="655D50"/>
          <w:sz w:val="24"/>
        </w:rPr>
        <w:t>Расходы финансового уполномоченного, понесенные при рассмотрении судом дела об отмене его решения, не могут быть взысканы с лиц, участвующих в деле (статья 6 ГПК РФ, статья 11 Закона о финансовом уполномоченном).</w:t>
      </w:r>
    </w:p>
    <w:p>
      <w:pPr>
        <w:widowControl/>
        <w:spacing w:after="280" w:line="312" w:lineRule="auto"/>
        <w:ind w:firstLine="567"/>
        <w:jc w:val="both"/>
      </w:pPr>
      <w:r>
        <w:rPr>
          <w:rFonts w:ascii="Inter" w:hAnsi="Inter"/>
          <w:color w:val="655D50"/>
          <w:sz w:val="24"/>
        </w:rPr>
        <w:t>Исходя из положений статей 98, 100 и 103 ГПК РФ в случае отказа судом в удовлетворении заявления страховой организации об обжаловании решения финансового уполномоченного судебные расходы, понесенные потребителем финансовых услуг, подлежат взысканию со страховщика, а в случае удовлетворения заявления страховщика понесенные им судебные расходы возмещению не подлежат.</w:t>
      </w:r>
    </w:p>
    <w:p>
      <w:pPr>
        <w:widowControl/>
        <w:spacing w:after="280" w:line="312" w:lineRule="auto"/>
        <w:ind w:firstLine="567"/>
        <w:jc w:val="both"/>
      </w:pPr>
      <w:r>
        <w:rPr>
          <w:rFonts w:ascii="Inter" w:hAnsi="Inter"/>
          <w:color w:val="655D50"/>
          <w:sz w:val="24"/>
        </w:rPr>
        <w:t>138. С целью обеспечения баланса интересов сторон, исключения возможности получения необоснованной выгоды в результате недобросовестного поведения стороны, которое может выражаться в том числе в искусственном разделении требования по одному договору посредством предъявления нескольких исковых заявлений, судом с учетом конкретных обстоятельств дела такие действия могут быть признаны злоупотреблением процессуальными правами истца и повлечь отказ в признании понесенных истцом судебных издержек разумными и необходимыми полностью или в части (часть 1 статьи 35 ГПК РФ) либо возложение на истца понесенных ответчиком судебных издержек (статья 111 АПК РФ).</w:t>
      </w:r>
    </w:p>
    <w:p>
      <w:pPr>
        <w:widowControl/>
        <w:spacing w:after="280" w:line="312" w:lineRule="auto"/>
        <w:ind w:firstLine="567"/>
        <w:jc w:val="both"/>
      </w:pPr>
      <w:r>
        <w:rPr>
          <w:rFonts w:ascii="Inter" w:hAnsi="Inter"/>
          <w:color w:val="655D50"/>
          <w:sz w:val="24"/>
        </w:rPr>
        <w:t>139. В связи с принятием настоящего постановления признать утратившим силу постановление Пленума Верховного Суда Российской Федерации от 26 декабря 2017 года № 58 "О применении судами законодательства об обязательном страховании гражданской ответственности владельцев транспортных средств".</w:t>
      </w:r>
    </w:p>
    <w:p>
      <w:pPr>
        <w:widowControl/>
        <w:spacing w:after="280" w:line="312" w:lineRule="auto"/>
        <w:ind w:firstLine="567"/>
        <w:jc w:val="both"/>
      </w:pPr>
      <w:r>
        <w:rPr>
          <w:rFonts w:ascii="Inter" w:hAnsi="Inter"/>
          <w:color w:val="655D50"/>
          <w:sz w:val="24"/>
        </w:rPr>
        <w:t>Председатель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В.М.ЛЕБЕДЕВ</w:t>
      </w:r>
    </w:p>
    <w:p>
      <w:pPr>
        <w:widowControl/>
        <w:spacing w:after="280" w:line="312" w:lineRule="auto"/>
        <w:ind w:firstLine="567"/>
        <w:jc w:val="both"/>
      </w:pPr>
      <w:r>
        <w:rPr>
          <w:rFonts w:ascii="Inter" w:hAnsi="Inter"/>
          <w:color w:val="655D50"/>
          <w:sz w:val="24"/>
        </w:rPr>
        <w:t>Секретарь Пленума,</w:t>
      </w:r>
    </w:p>
    <w:p>
      <w:pPr>
        <w:widowControl/>
        <w:spacing w:after="280" w:line="312" w:lineRule="auto"/>
        <w:ind w:firstLine="567"/>
        <w:jc w:val="both"/>
      </w:pPr>
      <w:r>
        <w:rPr>
          <w:rFonts w:ascii="Inter" w:hAnsi="Inter"/>
          <w:color w:val="655D50"/>
          <w:sz w:val="24"/>
        </w:rPr>
        <w:t>судья Верховного Суда</w:t>
      </w:r>
    </w:p>
    <w:p>
      <w:pPr>
        <w:widowControl/>
        <w:spacing w:after="280" w:line="312" w:lineRule="auto"/>
        <w:ind w:firstLine="567"/>
        <w:jc w:val="both"/>
      </w:pPr>
      <w:r>
        <w:rPr>
          <w:rFonts w:ascii="Inter" w:hAnsi="Inter"/>
          <w:color w:val="655D50"/>
          <w:sz w:val="24"/>
        </w:rPr>
        <w:t>Российской Федерации</w:t>
      </w:r>
    </w:p>
    <w:p>
      <w:pPr>
        <w:widowControl/>
        <w:spacing w:after="280" w:line="312" w:lineRule="auto"/>
        <w:ind w:firstLine="567"/>
        <w:jc w:val="both"/>
      </w:pPr>
      <w:r>
        <w:rPr>
          <w:rFonts w:ascii="Inter" w:hAnsi="Inter"/>
          <w:color w:val="655D50"/>
          <w:sz w:val="24"/>
        </w:rPr>
        <w:t>В.В.МОМОТОВ</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Постановление Пленума Верховного Суда РФ от 08.11.2022 № 31</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Пленума Верховного Суда РФ от 08.11.2022 № 31</dc:title>
  <dc:subject/>
  <dc:creator>CasusLegal</dc:creator>
  <cp:keywords/>
  <dc:description/>
  <cp:lastModifiedBy>CasusLegal</cp:lastModifiedBy>
  <cp:revision>1</cp:revision>
  <dcterms:created xsi:type="dcterms:W3CDTF">2026-08-16T11:28:29Z</dcterms:created>
  <dcterms:modified xsi:type="dcterms:W3CDTF">2026-08-16T11:28:29Z</dcterms:modified>
  <cp:category/>
</cp:coreProperties>
</file>