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04.07.2024 № 307-ЭС24-2577 по делу № А56-79982/2022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04.07.2024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307-ЭС24-2577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291.11 АПК РФ, ст. 324 АПК РФ, ст. 69 АПК РФ, ст. 71 АПК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Договор финансовой аренды (лизинга), Договор купли-продажи, Убытки, Статья 15 ГК РФ, Статья 393 ГК РФ, Статья 670 ГК РФ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Лизингополучатель ссылается на причинение ему убытков в виде уплаченных лизинговых платежей вследствие поставки товара ненадлежащего качества и неисполнения судебного акта о замене ненадлежащего товара, что привело к невозможности использовать предмет лизинга.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№ А56-79982/2022 Резолютивная часть определения объявлена 20.06.2024. Полный текст определения изготовлен 04.07.2024. Судебная коллегия по экономическим спорам Верховного Суда Российской Федерации в составе председательствующего Хатыповой Р.А., судей Чучуновой Н.С., Якимова А.А., при участии в судебном заседании представителей акционерного общества "Петербургский тракторный завод" Иванова Р.Г. (доверенность от 04.07.2023), Скачковой Е.В. (доверенность от 01.03.2024), рассмотрев в открытом судебном заседании кассационную жалобу Лагутиной Ирины Васильевны - конкурсного управляющего индивидуального предпринимателя - Главы крестьянского (фермерского) хозяйства Есина Виктора Валентиновича на решение Арбитражного суда города Санкт-Петербурга и Ленинградской области от 30.05.2023, постановление Тринадцатого арбитражного апелляционного суда от 26.09.2023 и постановление Арбитражного суда Северо-Западного округа от 29.01.2024 по делу № А56-79982/2022,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индивидуальный предприниматель - Глава крестьянского (фермерского) хозяйства Есин Виктор Валентинович (далее - предприниматель) обратился в лице конкурсного управляющего Лагутиной Ирины Васильевны в арбитражный суд с иском, уточненным в порядке статьи 49 Арбитражного процессуального кодекса Российской Федерации (далее - АПК РФ), к акционерному обществу "Петербургский тракторный завод" (далее - завод) о взыскании 5 663 482 руб. 67 коп. убытков.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Акционерное общество "Росагролизинг" (далее - общество) привлечено к участию в деле в качестве третьего лица, не заявляющего самостоятельных требований относительно предмета спора.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первой инстанции решением от 30.05.2023, оставленным без изменения постановлениями апелляционного суда от 26.09.2023 и окружного суда от 29.01.2024, в иске отказал.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жалобе, поданной в Верховный Суд Российской Федерации, заявитель, ссылаясь на существенное нарушение судами норм материального и процессуального права, просит отменить названные судебные акты и направить дело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от 03.06.2024 судьи Верховного Суда Российской Федерации кассационная жалоба вместе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отзыве на кассационную жалобу завод просит оставить судебные акты без изменения, считая их законными и обоснованными.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судебном заседании представители завода возражали против удовлетворения кассационной жалобы, поддержали доводы, приведенные в отзыве на жалобу.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Иные лица, участвующие в деле, извещены надлежащим образом о времени и месте судебного заседания, своих представителей в суд не направили, что в соответствии со статьей 291.10 АПК РФ не является препятствием для рассмотрения дела.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Заслушав доклад судьи Верховного Суда Российской Федерации Хатыповой Р.А., выслушав объяснения представителей завода, Судебная коллегия по экономическим спорам Верховного Суда Российской Федерации пришла к выводу о том, что принятые по делу судебные акты подлежат отмене.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материалов дела, общество (покупатель) и завод (продавец) заключили 08.04.2013 договор купли-продажи сельскохозяйственной техники и оборудования № 5430097 (далее - договор купли-продажи).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пунктами 3.1, 3.2 Общих условий договора купли-продажи (поставки) сельскохозяйственной техники и оборудования (далее - Общие условия договора купли-продажи), утвержденных 21.01.2013 и размещенных на официальном сайте общества, являющихся неотъемлемой частью договора, товар, приобретаемый покупателем, предназначен для передачи в лизинг на условиях договоров финансовой аренды (лизинга), заключаемых между покупателем и лизингополучателями, указанными в спецификациях. Спецификации согласовываются сторонами на каждую отдельную поставляемую партию товара.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(лизингодатель) и предприниматель (лизингополучатель) заключили 12.03.2014 договор финансовой аренды (лизинга) № 0140351 (далее - договор лизинга), в соответствии с пунктами 3, 5, 7 которого лизингодатель обязался по выбору лизингополучателя приобрести в собственность трактор "Кировец" К-9430, комплект для сдваивания колес с колесами для трактора и предоставить ему во владение и пользование на срок 120 месяцев.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 исполнение обязательств по договору лизинга общество и завод согласовали 26.03.2014 спецификацию № 2/247 к договору купли-продажи, в соответствии с которой завод передал обществу трактор "Кировец" К-9430 стоимостью 6 758 314 руб. 50 коп., комплект для сдваивания колес с колесами для трактора стоимостью 534 375 руб. 50 коп. Полная стоимость партии товара составила 7 292 690 руб. (включая НДС 18%).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Предмет лизинга передан предпринимателю 18.07.2014.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пункте 9 договора лизинга в редакции дополнительного соглашения от 18.07.2014 № 1 общая сумма лизинговых платежей с учетом НДС 18% была определена сторонами в размере 9 004 880 руб.; в связи с увеличением ставки НДС до 20% эта сумма составила 9 090 095 руб. 28 коп. (уведомление общества от 28.11.2018).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5.5 Общих условий договора финансовой аренды (лизинга) сельскохозяйственной техники и оборудования (далее - Общие условия договора лизинга), которые утверждены 15.07.2011, размещены на официальном сайте общества и являются неотъемлемой частью договора, лизингополучатель/потребитель вправе предъявлять непосредственно продавцу предмета лизинга требования, вытекающие из договора купли-продажи, в частности, в отношении качества и комплектности предмета лизинга.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пункте 8.2 Общих условий договора купли-продажи также содержится положение о том, что всеми правами по гарантиям на товар и предъявлению претензий по комплектности и качеству товара продавцу помимо покупателя располагает лизингополучатель. В случае, если неисправность товара, произошедшая в гарантийный период эксплуатации, не может быть устранена без соразмерных расходов или затрат времени, или выявляется неоднократно, либо вновь проявляется после ее устранения, то по требованию покупателя/потребителя продавец производит замену товара ненадлежащего качества товаром, соответствующим договору купли-продажи, либо осуществляет возврат уплаченной за товар денежной суммы (пункт 8.9).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Предприниматель, ссылаясь на то, что в ходе эксплуатации трактора неоднократно выявлялись неисправности, 18.08.2016 направил в адрес завода претензию с требованием о замене трактора на трактор надлежащего качества. Поскольку завод оставил претензию без удовлетворения, предприниматель обратился с этим требованием в арбитражный суд.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города Москвы решением от 28.02.2018 по делу № А40-201656/2016, которое оставлено без изменения постановлениями апелляционного суда от 06.06.2018 и окружного суда от 06.09.2018, обязал завод заменить трактор "Кировец" К-9430, поставленный по договору купли-продажи, на трактор надлежащего качества с аналогичными характеристиками.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первой инстанции 26.10.2018 выдал исполнительный лист; судебный пристав-исполнитель Кировского РОСП возбудил 28.11.2018 исполнительное производство, которое окончено постановлением от 09.10.2019.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города Санкт-Петербурга и Ленинградской области определением от 08.08.2019 по делу № А56-82666/2019, оставленным без изменения постановлением апелляционного суда от 06.11.2019, отказал заводу в удовлетворении заявления о прекращении исполнительного производства, предъявленного по основанию отказа предпринимателя принять исполнение.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26.11.2019 направило предпринимателю уведомление об одностороннем отказе от исполнения договора лизинга со ссылкой на пункт 9.2.1 Общих условий договора лизинга (неисполнение обязательства по уплате лизинговых платежей в полном объеме в течение 30 календарных дней).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Амурской области решением от 26.11.2019 по делу № А04-67/2019 признал предпринимателя несостоятельным (банкротом) и в отношении него открыл конкурсное производство. Определением от 04.06.2020 суд включил в реестр требований кредиторов предпринимателя требования общества по договору лизинга в размере 4 558 152 руб. 60 коп. (основной долг). Впоследствии общество уточнило требования, просило исключить из реестра сумму в размере 2 365 657 руб. 27 коп. с учетом представленного им расчета сальдо встречных обязательств по договору лизинга.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Предмет лизинга (трактор "Кировец" К-9430, комплект колес 4 штуки) изъят обществом по акту от 04.08.2020 и реализован 15.10.2020 по договору купли-продажи по цене 1 755 110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Предприниматель, ссылаясь на нарушение заводом требований к качеству проданного трактора, неоднократное выявление недостатков в период его эксплуатации и возникновение убытков, составляющих разницу между положительным сальдо встречных обязательств в пользу лизингополучателя в случае принятия рыночной стоимости предмета лизинга без учета его недостатков (7 418 592 руб. 67 коп.) и суммой реализации трактора лизингодателем (1 755 110 руб.) при определении сальдо встречных обязательств, обратился в суд с настоящим иском.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Разрешая спор и отказывая в иске, суды руководствовались статьями 15, 309, 310, 393, 506, 665, 670 Гражданского кодекса Российской Федерации (далее - Гражданский кодекс) и исходили из того, что сальдо между сторонами лизинга вследствие расторжения договора и изъятия предмета лизинга не определялось; представленный истцом расчет убытков недостоверен, размер убытков не доказан, является предположительным. Суды также указали, что последствия невозможности (затруднительности) исполнения решения о замене техники ненадлежащего качества должны решаться по правилам статьи 324 АПК РФ в рамках дела № А40-201656/2016.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суды трех инстанций не учли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смыслу статей 624, 665 Гражданского кодекса, статей 2 и 4 Федерального закона от 29.10.1998 № 164-ФЗ "О финансовой аренде (лизинге)" в договоре выкупного лизинга законный имущественный интерес лизингодателя заключается в размещении денежных средств (посредством приобретения в собственность указанного лизингополучателем имущества и предоставления ему этого имущества за плату), а интерес лизингополучателя - в пользовании имуществом и последующем его выкупе.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пункта 1 статьи 9 Гражданского кодекса граждане и юридические лица по своему усмотрению осуществляют принадлежащие им гражданские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Возмещение убытков статьей 12 Гражданского кодекса отнесено к одному из способов защиты гражданских прав.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1 статьи 670 Гражданского кодекса лизингополучатель вправе предъявлять непосредственно продавцу имущества, являющегося предметом договора лизинга, требования, вытекающие из договора купли-продажи, заключенного между продавцом и арендодателем, в частности, в отношении качества и комплектности имущества.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Право лизингополучателя на предъявление непосредственно продавцу требований, связанных с ненадлежащим исполнением им договора, также закреплено в пункте 6 Обзора судебной практики по спорам, связанным с договором финансовой аренды (лизинга), утвержденного Президиумом Верховного Суда Российской Федерации 27.10.2021 (далее - Обзор от 27.10.2021).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Приобретенная обществом у завода техника была передана на условиях договора лизинга предпринимателю, который с учетом приведенных норм права и указанного правового подхода, положений пункта 5.5 Общих условий договора лизинга и пункта 8.2 Общих условий договора купли-продажи вправе предъявлять непосредственно продавцу требования, вытекающие из договора купли-продажи, относительно комплектности и качества товара.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 (пункт 1 статьи 15 Гражданского кодекса).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Под убытками согласно пункту 2 статьи 15 Гражданского кодекса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пункта 1 статьи 393 Гражданского кодекса возмещению подлежат, в том числе убытки, причиненные неисполнением или ненадлежащим исполнением обязательства.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Сторона договора, в частности, вправе требовать возмещения убытков, причиненных расторжением договора, если основанием для расторжения договора послужило существенное нарушение договора другой стороной (статья 393.1, пункт 5 статьи 453 Гражданского кодекса).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разъяснениям, данным в пункте 5 постановления Пленума Верховного Суда Российской Федерации от 24.03.2016 № 7 "О применении судами некоторых положений Гражданского кодекса Российской Федерации об ответственности за нарушение обязательств" (далее - постановление Пленума № 7), кредитор представляет доказательства, подтверждающие наличие у него убытков, а также обосновывающие с разумной степенью достоверности их размер и причинную связь между неисполнением или ненадлежащим исполнением обязательства должником и названными убытками.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установлении причинной связи между нарушением обязательства и убытками необходимо учитывать, в частности, то, к каким последствиям в обычных условиях гражданского оборота могло привести подобное нарушение. Если возникновение убытков, возмещения которых требует кредитор, является обычным последствием допущенного должником нарушения обязательства, то наличие причинной связи между нарушением и доказанными кредитором убытками предполагается.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приведенных положений гражданского законодательства и разъяснений Пленума Верховного Суда Российской Федерации следует, что возмещение убытков как мера ответственности носит компенсационный характер и направлено на восстановление имущественного положения лица. При этом объективная сложность доказывания убытков и их размера, равно как и причинно-следственной связи, не должна снижать уровень правовой защищенности участников экономического оборота при необоснованном посягательстве на их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прекращение договора вызвано неисполнением или ненадлежащим исполнением должником своего обязательства, кредитор вправе требовать приведения его в то имущественное положение, в котором он должен был бы оказаться в случае, если бы обязательство должника было исполнено надлежащим образом и цель договора была достигнута.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то же время сторона, не получившая ожидавшегося исполнения, вправе рассчитывать на то, что ее имущественное положение будет восстановлено, по крайней мере, до того уровня, который имел место до заключения договора с контрагентом (как если бы договор не был заключен).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характера допущенного ответчиком нарушения договора, не позволившего реализовать имущественный интерес предпринимателя (лизингополучателя) в использовании техники, истец вправе произвести альтернативный расчет размера убытков, включающий в себя расходы, которые возникли у него в связи с исполнением договора, основываясь на возможности приведения ситуации в положение, существовавшее до заключения договора лизинга.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данном случае, принимая на себя обязательство по поставке товара (статьи 456, 469, 475 Гражданского кодекса), завод должен был предвидеть, что нарушение требований к качеству товара повлечет для истца невозможность получения дохода от его использования и может привести к расторжению договора лизинга, а в случае досрочного истребования предоставленного финансирования лизинговой компанией и изъятия предмета лизинга его реализация при наличии недостатков, требующих несения издержек на их устранение, в обычной ситуации отразится на вырученной лизингодателем сумме от продажи предмета лизинга.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Уменьшение суммы, вырученной лизингодателем от продажи предмета лизинга, обусловленное снижением (уценкой) его стоимости как товара ненадлежащего качества, представляет собой реальный ущерб лизингополучателя.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Требования лизингодателя на сумму такой уценки останутся не удовлетворенными и, следовательно, будут подлежать удовлетворению не за счет стоимости товара, а за счет имущества лизингополучателя. В том случае, когда требования лизингодателя будут полностью удовлетворены за счет стоимости товара и сальдо встречных предоставлений сложится в пользу лизингополучателя, уценка товара фактически снизит величину завершающей договорной обязанности лизингодателя перед лизингополучателем (пункт 4 статьи 453 Гражданского кодекса, пункты 3.1, 3.2, 4 постановления Пленума Высшего Арбитражного Суда Российской Федерации от 14.03.2014 № 17 "Об отдельных вопросах, связанных с договором выкупного лизинга", далее - постановление Пленума № 17).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наличие причинно-следственной связи между продажей товара ненадлежащего качества продавцом и убытками лизингополучателя в размере уценки стоимости товара (предмета лизинга) должно предполагаться, пока иное не доказано продавцом.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Иное может вытекать из условий купли-продажи товара, связанных с предоставлением продавцом гарантии качества (статья 470 Гражданского кодекса), а именно, с переходом к приобретателям товара права на устранение недостатков за счет продавца, с наличием фактической возможности восстановления качества товара (доступность запасных частей, существование сети ремонтных организаций, сотрудничающих с продавцом и т.п.).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бремя доказывания другой причины возникновения убытков у лизингополучателя (например, занижение стоимости предмета лизинга при его продаже лизинговой компанией) должно было возлагаться в данном деле на ответчика (абзац третий пункта 5 постановления Пленума № 7).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первой инстанции установил, что в ходе эксплуатации трактора неоднократно обнаруживались различные неисправности, а именно, за период использования трактора в полевых работах в 2014 и 2015 годах обнаружены следующие неисправности: излом кожуха ведущего моста, излом полуоси; неисправность электросистемы трактора; отказ рулевого управления; доработка электрооборудования и гидросистемы трактора; неисправность пневмосистемы трактора и отвода выхлопных газов; течь радиатора. В апреле 2016 года при проверке готовности трактора к полевым работам обнаружилась неисправность в виде сильной вибрации трактора, что привело к разрушению карданного вала коробки переключения передач. Специалисты уполномоченного ответчиком сервисного центра не смогли устранить указанную неисправность и установить ее причину.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Выводами экспертизы, проведенной в рамках дела № А40-201656/2016, подтвержден факт поставки заводом товара с существенными нарушениями требований к его качеству. Суд возложил на завод обязанность заменить трактор ненадлежащего качества.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Приведенные обстоятельства, касающиеся существенного нарушения качества товара, установлены судебными актами по делу № А40-201656/2016, не подлежат повторному доказыванию в рамках настоящего спора между теми же сторонами (часть 2 статьи 69 АПК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качестве убытков, обусловленных поставкой товара ненадлежащего качества, истцом заявлена сумма в размере 5 663 482 руб. 67 коп., рассчитанная как разница между положительным сальдо встречных обязательств в пользу лизингополучателя в случае принятия рыночной стоимости предмета лизинга без учета его недостатков, то есть если бы обязательство по качественной поставке товара ответчиком не было нарушено (7 418 592 руб. 67 коп.), и суммой реализации данного имущества лизингодателем (1 755 110 руб.) при расчете сальдо встречных обязательств, которая была определена в связи с поставкой некачественного товара, то есть по сути речь идет о взыскании именно уценки стоимости товара.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материалов дела, истец при уточнении требований представил справку ООО "Амурский оценщик" от 11.11.2022, согласно которой средняя рыночная стоимость аналога предмета лизинга в новом состоянии на 15.10.2020 (дата заключения лизингодателем сделки по реализации возвращенного предмета лизинга) составила 11 366 198 руб., следовательно, при определении сальдо встречных обязательств разница в пользу лизингополучателя составила бы сумму в размере 7 418 592 руб. 67 коп.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при рассмотрении дела в суде первой инстанции истец ходатайствовал о назначении судебной экспертизы для определения по состоянию на 04.08.2020 и на 15.10.2020 рыночной стоимости аналога (в новом состоянии) трактора "Кировец" К-9430, снятого с производства, однако в удовлетворении ходатайства суд отказал по основанию нецелесообразности проведения экспертизы.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Вместе с тем со стороны завода в материалы дела не были представлены какие-либо доказательства, ставящие под сомнение факт снижения (уценки) стоимости трактора в связи с наличием в нем недостатков, либо доказательства, подтверждающие занижение стоимости предмета лизинга при его продаже лизинговой компанией относительно рыночного уровня (с учетом имеющихся в товаре недостатков).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Нельзя признать обоснованной также позицию судов об отказе в иске, мотивированную тем, что последствия невозможности (затруднительности) исполнения решения о замене техники ненадлежащего качества должны решаться в рамках дела № А40-201656/2016 по правилам статьи 324 АПК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со статьей 324 АПК РФ при наличии обстоятельств, затрудняющих исполнение судебного акта, арбитражный суд, выдавший исполнительный лист, по заявлению взыскателя, должника или судебного пристава-исполнителя, в частности, вправе изменить способ и порядок его исполнения.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Целью института изменения способа и порядка исполнения решения является обеспечение исполнимости решения суда. По смыслу данной нормы изменение способа и порядка исполнения решения суда допускается только при наличии обстоятельств, затрудняющих исполнение решения суда, либо свидетельствующих о невозможности исполнить решение суда тем способом, который указан в судебном акте.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Исходя из разъяснений, данных в пункте 35 постановления Пленума Верховного Суда Российской Федерации от 17.11.2015 № 50 "О применении судами законодательства при рассмотрении некоторых вопросов, возникающих в ходе исполнительного производства" (далее - постановление Пленума № 50), не исключается возможность обращения взыскателя в суд с заявлением об изменении способа исполнения судебного акта путем замены передачи имущества в натуре на взыскание его стоимости, если имеются обстоятельства, препятствующие фактическому исполнению судебного акта.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то же время, если вследствие просрочки должника исполнение утратило интерес для кредитора, он в силу пункта 2 статьи 405 Гражданского кодекса может отказаться от принятия исполнения и требовать возмещения убытков.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Покупатель (взыскатель), столкнувшийся с очевидными затруднениями при исполнении судебного акта о передаче индивидуально-определенной вещи, не может быть лишен возможности предъявить другой имущественный иск к продавцу, на что обращено внимание в абзаце четвертом пункта 35 постановления Пленума № 50.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именно усмотрением взыскателя, чьи гражданские права были нарушены должником, а не желанием самого должника определяется, каким способом и в каком процессуальном порядке истец будет добиваться фактического удовлетворения своих имущественных притязаний.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данном случае лицами, участвующими в деле, не оспаривалось, что замена трактора стала невозможной, как по причине, связанной с прекращением производства такой линейки тракторов заводом, так и в связи с отчуждением подлежавшего замене товара (предмета лизинга) лизинговой компанией. Фактически завод не может предоставить предпринимателю аналогичный трактор, а предприниматель, в свою очередь, лишен возможности возвратить заводу ранее поставленный ему трактор.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подтверждение данных обстоятельств истец ссылается на материалы исполнительного производства Кировского РОСП, в которых содержатся объяснения завода о невозможности замены товара, однако вопреки положениям частей 1, 2 статьи 65, статьи 71 АПК РФ приведенные доводы не были оценены судами.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Вместе с тем предприниматель, реализовав право на предъявление требования о замене товара ненадлежащего качества и не получив исполнения, вправе в соответствии с пунктом 1 статьи 11 и статьей 12 Гражданского кодекса обратиться в суд с новым иском о возмещении причиненных ему убытков.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приведенных норм права и правовых подходов относительно возможности взыскания лизингополучателем убытков, необходимых для восстановления нарушенного права, непосредственно с продавца, допустившего нарушение условий договора купли-продажи, Судебная коллегия считает выводы судов трех инстанций противоречащими положениям статей 12, 15, 393, 405, 670 Гражданского кодекса и разъяснениям, приведенным в постановлениях Пленумов № 7, 17, 50 и в Обзоре от 27.10.2021.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решение суда первой инстанции от 30.05.2023, постановление апелляционного суда от 26.09.2023 и постановление суда округа от 29.01.2024 приняты с существенным нарушением норм материального и процессуального права, при неполном исследовании обстоятельств, имеющих существенное значение для правильного разрешения спора, поэтому указанные судебные акты на основании части 1 статьи 291.11 АПК РФ подлежат отмене, а дело - направлению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новом рассмотрении дела суду надлежит учесть изложенную в настоящем определении правовую позицию, исследовать все обстоятельства, имеющие значение для разрешения спора, правильно применив нормы материального и процессуального права, принять законное и обоснованное решение.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176, 291.11 - 291.15 АПК РФ,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 Арбитражного суда города Санкт-Петербурга и Ленинградской области от 30.05.2023, постановление Тринадцатого арбитражного апелляционного суда от 26.09.2023 и постановление Арбитражного суда Северо-Западного округа от 29.01.2024 по делу № А56-79982/2022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№ А56-79982/2022 направить на новое рассмотрение в Арбитражный суд города Санкт-Петербурга и Ленинградской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 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Р.А.ХАТЫПОВА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Н.С.ЧУЧУНОВА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А.А.ЯКИМОВ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направлено на новое рассмотрение, так как судом не учтено то, что лизингополучатель, реализовав право на предъявление требования о замене товара ненадлежащего качества и не получив исполнения, вправе был обратиться в суд с новым иском о возмещении причиненных ему убытков.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04.07.2024 № 307-ЭС24-2577 по делу № А56-79982/2022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04.07.2024 № 307-ЭС24-2577 по делу № А56-79982/2022</dc:title>
  <dc:subject/>
  <dc:creator>CasusLegal</dc:creator>
  <cp:keywords/>
  <dc:description/>
  <cp:lastModifiedBy>CasusLegal</cp:lastModifiedBy>
  <cp:revision>1</cp:revision>
  <dcterms:created xsi:type="dcterms:W3CDTF">2026-08-16T11:29:07Z</dcterms:created>
  <dcterms:modified xsi:type="dcterms:W3CDTF">2026-08-16T11:29:07Z</dcterms:modified>
  <cp:category/>
</cp:coreProperties>
</file>